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5AC3C" w14:textId="77777777" w:rsidR="007521CA" w:rsidRDefault="00000000">
      <w:pPr>
        <w:jc w:val="center"/>
      </w:pPr>
      <w:r>
        <w:rPr>
          <w:b/>
          <w:sz w:val="26"/>
        </w:rPr>
        <w:t>İSTANBUL KENT ÜNİVERSİTESİ</w:t>
      </w:r>
    </w:p>
    <w:p w14:paraId="3FCD3DD5" w14:textId="77777777" w:rsidR="007521CA" w:rsidRDefault="00000000">
      <w:pPr>
        <w:jc w:val="center"/>
      </w:pPr>
      <w:r>
        <w:rPr>
          <w:b/>
          <w:sz w:val="24"/>
        </w:rPr>
        <w:t>SAĞLIK HİZMETLERİ MESLEK YÜKSEKOKULU</w:t>
      </w:r>
    </w:p>
    <w:p w14:paraId="3FC9EB85" w14:textId="77777777" w:rsidR="007521CA" w:rsidRDefault="00000000">
      <w:pPr>
        <w:jc w:val="center"/>
      </w:pPr>
      <w:r>
        <w:rPr>
          <w:b/>
          <w:sz w:val="24"/>
        </w:rPr>
        <w:t>FİZYOTERAPİ PROGRAMI</w:t>
      </w:r>
    </w:p>
    <w:p w14:paraId="405D30AC" w14:textId="77777777" w:rsidR="007521CA" w:rsidRDefault="00000000">
      <w:pPr>
        <w:jc w:val="center"/>
      </w:pPr>
      <w:r>
        <w:rPr>
          <w:b/>
          <w:color w:val="800000"/>
          <w:sz w:val="28"/>
        </w:rPr>
        <w:t>2017-2018 EĞİTİM ÖĞRETİM YILI MÜFREDATI</w:t>
      </w:r>
    </w:p>
    <w:p w14:paraId="52210AC7" w14:textId="77777777" w:rsidR="007521CA" w:rsidRPr="00C424AC" w:rsidRDefault="00000000">
      <w:pPr>
        <w:jc w:val="center"/>
        <w:rPr>
          <w:sz w:val="24"/>
          <w:szCs w:val="24"/>
        </w:rPr>
      </w:pPr>
      <w:r w:rsidRPr="00C424AC">
        <w:rPr>
          <w:b/>
          <w:sz w:val="24"/>
          <w:szCs w:val="24"/>
        </w:rPr>
        <w:t>1. YARIYIL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870"/>
      </w:tblGrid>
      <w:tr w:rsidR="007521CA" w:rsidRPr="00C424AC" w14:paraId="0CA824FC" w14:textId="7777777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58A75B65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276A0922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Ders Adı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29ED3638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0C45C628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6BCFAEC4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197084ED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AKTS</w:t>
            </w:r>
          </w:p>
        </w:tc>
      </w:tr>
      <w:tr w:rsidR="007521CA" w:rsidRPr="00C424AC" w14:paraId="504AAC3B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F8375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VTRD101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2E3E9" w14:textId="77777777" w:rsidR="007521CA" w:rsidRPr="00C424AC" w:rsidRDefault="00000000">
            <w:pPr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Türk Dili 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E5BA1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DFE3D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F4054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3AC03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</w:tr>
      <w:tr w:rsidR="007521CA" w:rsidRPr="00C424AC" w14:paraId="4CA06561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E35AA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VATA102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1D999E" w14:textId="77777777" w:rsidR="007521CA" w:rsidRPr="00C424AC" w:rsidRDefault="00000000">
            <w:pPr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Atatürk İlkeleri ve İnkılap Tarihi 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B1A97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7E4AD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CA82C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C8C55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</w:tr>
      <w:tr w:rsidR="007521CA" w:rsidRPr="00C424AC" w14:paraId="5032C2AB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E2589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VYDL101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2D6CD" w14:textId="77777777" w:rsidR="007521CA" w:rsidRPr="00C424AC" w:rsidRDefault="00000000">
            <w:pPr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Yabancı Dil 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7751B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43F63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083BD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AF482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4</w:t>
            </w:r>
          </w:p>
        </w:tc>
      </w:tr>
      <w:tr w:rsidR="007521CA" w:rsidRPr="00C424AC" w14:paraId="7A4CDE84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2F0BD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VSAG101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A5B99" w14:textId="77777777" w:rsidR="007521CA" w:rsidRPr="00C424AC" w:rsidRDefault="00000000">
            <w:pPr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Tıbbi Terminoloji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8EDB9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4B6B0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147BE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A1AA4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</w:tr>
      <w:tr w:rsidR="007521CA" w:rsidRPr="00C424AC" w14:paraId="0661C84B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15F18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VSAG103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A0059" w14:textId="77777777" w:rsidR="007521CA" w:rsidRPr="00C424AC" w:rsidRDefault="00000000">
            <w:pPr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Anatomi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C2E13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05D48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7467C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7C6C8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5</w:t>
            </w:r>
          </w:p>
        </w:tc>
      </w:tr>
      <w:tr w:rsidR="007521CA" w:rsidRPr="00C424AC" w14:paraId="25DB4059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D8C5B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VFIZ101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E7837" w14:textId="77777777" w:rsidR="007521CA" w:rsidRPr="00C424AC" w:rsidRDefault="00000000">
            <w:pPr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Fizik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6CB3E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FEDA1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C06BC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B64E9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</w:tr>
      <w:tr w:rsidR="007521CA" w:rsidRPr="00C424AC" w14:paraId="231F8ED3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059FD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VFZY101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93FF0" w14:textId="77777777" w:rsidR="007521CA" w:rsidRPr="00C424AC" w:rsidRDefault="00000000">
            <w:pPr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Fizik Tedavi ve Rehabilitasyon Yöntemleri 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6ABCA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91070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89165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EC16E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5</w:t>
            </w:r>
          </w:p>
        </w:tc>
      </w:tr>
      <w:tr w:rsidR="007521CA" w:rsidRPr="00C424AC" w14:paraId="4F6D3C9E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703DB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VSAG105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B9BCF" w14:textId="77777777" w:rsidR="007521CA" w:rsidRPr="00C424AC" w:rsidRDefault="00000000">
            <w:pPr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Fizyoloji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53755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87745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45F2B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3CAF0" w14:textId="77777777" w:rsidR="007521CA" w:rsidRPr="00C424AC" w:rsidRDefault="00000000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4</w:t>
            </w:r>
          </w:p>
        </w:tc>
      </w:tr>
      <w:tr w:rsidR="007521CA" w:rsidRPr="00C424AC" w14:paraId="47F5C7B3" w14:textId="77777777" w:rsidTr="00C424AC">
        <w:trPr>
          <w:jc w:val="center"/>
        </w:trPr>
        <w:tc>
          <w:tcPr>
            <w:tcW w:w="7257" w:type="dxa"/>
            <w:gridSpan w:val="2"/>
            <w:shd w:val="clear" w:color="auto" w:fill="F2D27A"/>
            <w:vAlign w:val="center"/>
          </w:tcPr>
          <w:p w14:paraId="2CBB54AA" w14:textId="77777777" w:rsidR="007521CA" w:rsidRPr="00C424AC" w:rsidRDefault="00000000">
            <w:pPr>
              <w:jc w:val="right"/>
              <w:rPr>
                <w:sz w:val="24"/>
                <w:szCs w:val="24"/>
              </w:rPr>
            </w:pPr>
            <w:r w:rsidRPr="00C424AC">
              <w:rPr>
                <w:b/>
                <w:sz w:val="24"/>
                <w:szCs w:val="24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29ABBA60" w14:textId="77777777" w:rsidR="007521CA" w:rsidRPr="00C424AC" w:rsidRDefault="007521CA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F2D27A"/>
            <w:vAlign w:val="center"/>
          </w:tcPr>
          <w:p w14:paraId="3C19CCB1" w14:textId="77777777" w:rsidR="007521CA" w:rsidRPr="00C424AC" w:rsidRDefault="007521CA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F2D27A"/>
            <w:vAlign w:val="center"/>
          </w:tcPr>
          <w:p w14:paraId="44CE77A5" w14:textId="77777777" w:rsidR="007521CA" w:rsidRPr="00C424AC" w:rsidRDefault="00000000">
            <w:pPr>
              <w:rPr>
                <w:sz w:val="24"/>
                <w:szCs w:val="24"/>
              </w:rPr>
            </w:pPr>
            <w:r w:rsidRPr="00C424AC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3FD0CA83" w14:textId="77777777" w:rsidR="007521CA" w:rsidRPr="00C424AC" w:rsidRDefault="00000000">
            <w:pPr>
              <w:rPr>
                <w:sz w:val="24"/>
                <w:szCs w:val="24"/>
              </w:rPr>
            </w:pPr>
            <w:r w:rsidRPr="00C424AC">
              <w:rPr>
                <w:b/>
                <w:sz w:val="24"/>
                <w:szCs w:val="24"/>
              </w:rPr>
              <w:t>30</w:t>
            </w:r>
          </w:p>
        </w:tc>
      </w:tr>
    </w:tbl>
    <w:p w14:paraId="2C338A79" w14:textId="77777777" w:rsidR="00C424AC" w:rsidRPr="00C424AC" w:rsidRDefault="00C424AC">
      <w:pPr>
        <w:spacing w:after="40"/>
        <w:rPr>
          <w:b/>
          <w:sz w:val="24"/>
          <w:szCs w:val="24"/>
        </w:rPr>
      </w:pPr>
    </w:p>
    <w:p w14:paraId="3AFAFC23" w14:textId="5E4C3253" w:rsidR="007521CA" w:rsidRDefault="00C424AC" w:rsidP="00C424AC">
      <w:pPr>
        <w:spacing w:after="40"/>
        <w:ind w:left="4320" w:firstLine="720"/>
        <w:rPr>
          <w:b/>
          <w:sz w:val="24"/>
          <w:szCs w:val="24"/>
        </w:rPr>
      </w:pPr>
      <w:r w:rsidRPr="00C424AC">
        <w:rPr>
          <w:b/>
          <w:sz w:val="24"/>
          <w:szCs w:val="24"/>
        </w:rPr>
        <w:t>2. YARIYIL</w:t>
      </w:r>
    </w:p>
    <w:p w14:paraId="7734DCE9" w14:textId="77777777" w:rsidR="00C424AC" w:rsidRPr="00C424AC" w:rsidRDefault="00C424AC" w:rsidP="00C424AC">
      <w:pPr>
        <w:spacing w:after="40"/>
        <w:ind w:left="4320" w:firstLine="720"/>
        <w:rPr>
          <w:b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870"/>
      </w:tblGrid>
      <w:tr w:rsidR="00C424AC" w:rsidRPr="00C424AC" w14:paraId="5D172CEE" w14:textId="77777777" w:rsidTr="00096C9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2B4C86BF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31DA13D2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 xml:space="preserve">Ders </w:t>
            </w:r>
            <w:proofErr w:type="spellStart"/>
            <w:r w:rsidRPr="00C424AC">
              <w:rPr>
                <w:b/>
                <w:color w:val="FFFFFF"/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16372F3E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5E1C09BB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74AE2B37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58BCC67A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AKTS</w:t>
            </w:r>
          </w:p>
        </w:tc>
      </w:tr>
      <w:tr w:rsidR="00C424AC" w:rsidRPr="00C424AC" w14:paraId="57D48A51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394E7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VTRD101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45815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proofErr w:type="spellStart"/>
            <w:r w:rsidRPr="00C424AC">
              <w:rPr>
                <w:sz w:val="24"/>
                <w:szCs w:val="24"/>
              </w:rPr>
              <w:t>Türk</w:t>
            </w:r>
            <w:proofErr w:type="spellEnd"/>
            <w:r w:rsidRPr="00C424AC">
              <w:rPr>
                <w:sz w:val="24"/>
                <w:szCs w:val="24"/>
              </w:rPr>
              <w:t xml:space="preserve"> Dili 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3E243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C0CDD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D66308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22790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</w:tr>
      <w:tr w:rsidR="00C424AC" w:rsidRPr="00C424AC" w14:paraId="749CA83C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B1873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VATA102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5B124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 xml:space="preserve">Atatürk </w:t>
            </w:r>
            <w:proofErr w:type="spellStart"/>
            <w:r w:rsidRPr="00C424AC">
              <w:rPr>
                <w:sz w:val="24"/>
                <w:szCs w:val="24"/>
              </w:rPr>
              <w:t>İlkeleri</w:t>
            </w:r>
            <w:proofErr w:type="spellEnd"/>
            <w:r w:rsidRPr="00C424AC">
              <w:rPr>
                <w:sz w:val="24"/>
                <w:szCs w:val="24"/>
              </w:rPr>
              <w:t xml:space="preserve"> ve </w:t>
            </w:r>
            <w:proofErr w:type="spellStart"/>
            <w:r w:rsidRPr="00C424AC">
              <w:rPr>
                <w:sz w:val="24"/>
                <w:szCs w:val="24"/>
              </w:rPr>
              <w:t>İnkılap</w:t>
            </w:r>
            <w:proofErr w:type="spellEnd"/>
            <w:r w:rsidRPr="00C424AC">
              <w:rPr>
                <w:sz w:val="24"/>
                <w:szCs w:val="24"/>
              </w:rPr>
              <w:t xml:space="preserve"> </w:t>
            </w:r>
            <w:proofErr w:type="spellStart"/>
            <w:r w:rsidRPr="00C424AC">
              <w:rPr>
                <w:sz w:val="24"/>
                <w:szCs w:val="24"/>
              </w:rPr>
              <w:t>Tarihi</w:t>
            </w:r>
            <w:proofErr w:type="spellEnd"/>
            <w:r w:rsidRPr="00C424AC">
              <w:rPr>
                <w:sz w:val="24"/>
                <w:szCs w:val="24"/>
              </w:rPr>
              <w:t xml:space="preserve"> 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9A937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D75A1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66260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8E241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</w:tr>
      <w:tr w:rsidR="00C424AC" w:rsidRPr="00C424AC" w14:paraId="4B6BB549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EF0B8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VYDL102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5A47A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proofErr w:type="spellStart"/>
            <w:r w:rsidRPr="00C424AC">
              <w:rPr>
                <w:sz w:val="24"/>
                <w:szCs w:val="24"/>
              </w:rPr>
              <w:t>Yabancı</w:t>
            </w:r>
            <w:proofErr w:type="spellEnd"/>
            <w:r w:rsidRPr="00C424AC">
              <w:rPr>
                <w:sz w:val="24"/>
                <w:szCs w:val="24"/>
              </w:rPr>
              <w:t xml:space="preserve"> Dil 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3A9CC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5C9E7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F981B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B20F1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4</w:t>
            </w:r>
          </w:p>
        </w:tc>
      </w:tr>
      <w:tr w:rsidR="00C424AC" w:rsidRPr="00C424AC" w14:paraId="4D76CCB5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69565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VSAG102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E48C4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İlk ve Acil Yardım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A5174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3CF91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ED467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74E62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4</w:t>
            </w:r>
          </w:p>
        </w:tc>
      </w:tr>
      <w:tr w:rsidR="00C424AC" w:rsidRPr="00C424AC" w14:paraId="561ECBA9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8240D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VFZY102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C00EF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 xml:space="preserve">Fizik Tedavi ve </w:t>
            </w:r>
            <w:proofErr w:type="spellStart"/>
            <w:r w:rsidRPr="00C424AC">
              <w:rPr>
                <w:sz w:val="24"/>
                <w:szCs w:val="24"/>
              </w:rPr>
              <w:t>Rehabilitasyon</w:t>
            </w:r>
            <w:proofErr w:type="spellEnd"/>
            <w:r w:rsidRPr="00C424AC">
              <w:rPr>
                <w:sz w:val="24"/>
                <w:szCs w:val="24"/>
              </w:rPr>
              <w:t xml:space="preserve"> </w:t>
            </w:r>
            <w:proofErr w:type="spellStart"/>
            <w:r w:rsidRPr="00C424AC">
              <w:rPr>
                <w:sz w:val="24"/>
                <w:szCs w:val="24"/>
              </w:rPr>
              <w:t>Yöntemleri</w:t>
            </w:r>
            <w:proofErr w:type="spellEnd"/>
            <w:r w:rsidRPr="00C424AC">
              <w:rPr>
                <w:sz w:val="24"/>
                <w:szCs w:val="24"/>
              </w:rPr>
              <w:t xml:space="preserve"> 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C8E1D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4DEB3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07615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EE39D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6</w:t>
            </w:r>
          </w:p>
        </w:tc>
      </w:tr>
      <w:tr w:rsidR="00C424AC" w:rsidRPr="00C424AC" w14:paraId="72EF5125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7F320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VFZY104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6FF91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 xml:space="preserve">Fizik </w:t>
            </w:r>
            <w:proofErr w:type="spellStart"/>
            <w:r w:rsidRPr="00C424AC">
              <w:rPr>
                <w:sz w:val="24"/>
                <w:szCs w:val="24"/>
              </w:rPr>
              <w:t>Tedavide</w:t>
            </w:r>
            <w:proofErr w:type="spellEnd"/>
            <w:r w:rsidRPr="00C424AC">
              <w:rPr>
                <w:sz w:val="24"/>
                <w:szCs w:val="24"/>
              </w:rPr>
              <w:t xml:space="preserve"> </w:t>
            </w:r>
            <w:proofErr w:type="spellStart"/>
            <w:r w:rsidRPr="00C424AC">
              <w:rPr>
                <w:sz w:val="24"/>
                <w:szCs w:val="24"/>
              </w:rPr>
              <w:t>Yardımcı</w:t>
            </w:r>
            <w:proofErr w:type="spellEnd"/>
            <w:r w:rsidRPr="00C424AC">
              <w:rPr>
                <w:sz w:val="24"/>
                <w:szCs w:val="24"/>
              </w:rPr>
              <w:t xml:space="preserve"> </w:t>
            </w:r>
            <w:proofErr w:type="spellStart"/>
            <w:r w:rsidRPr="00C424AC">
              <w:rPr>
                <w:sz w:val="24"/>
                <w:szCs w:val="24"/>
              </w:rPr>
              <w:t>Gereçler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76212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A4B3F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5695C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7AE1C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5</w:t>
            </w:r>
          </w:p>
        </w:tc>
      </w:tr>
      <w:tr w:rsidR="00C424AC" w:rsidRPr="00C424AC" w14:paraId="53CDF71E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8E4A3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VFZY201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82626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 xml:space="preserve">Masaj </w:t>
            </w:r>
            <w:proofErr w:type="spellStart"/>
            <w:r w:rsidRPr="00C424AC">
              <w:rPr>
                <w:sz w:val="24"/>
                <w:szCs w:val="24"/>
              </w:rPr>
              <w:t>Teknikleri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C269F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258AE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110E2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189BE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5</w:t>
            </w:r>
          </w:p>
        </w:tc>
      </w:tr>
      <w:tr w:rsidR="00C424AC" w:rsidRPr="00C424AC" w14:paraId="35BBE955" w14:textId="77777777" w:rsidTr="00C424AC">
        <w:trPr>
          <w:jc w:val="center"/>
        </w:trPr>
        <w:tc>
          <w:tcPr>
            <w:tcW w:w="7257" w:type="dxa"/>
            <w:gridSpan w:val="2"/>
            <w:shd w:val="clear" w:color="auto" w:fill="F2D27A"/>
            <w:vAlign w:val="center"/>
          </w:tcPr>
          <w:p w14:paraId="1F8E237A" w14:textId="77777777" w:rsidR="00C424AC" w:rsidRPr="00C424AC" w:rsidRDefault="00C424AC" w:rsidP="00096C97">
            <w:pPr>
              <w:jc w:val="right"/>
              <w:rPr>
                <w:sz w:val="24"/>
                <w:szCs w:val="24"/>
              </w:rPr>
            </w:pPr>
            <w:r w:rsidRPr="00C424AC">
              <w:rPr>
                <w:b/>
                <w:sz w:val="24"/>
                <w:szCs w:val="24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2AF3B02D" w14:textId="77777777" w:rsidR="00C424AC" w:rsidRPr="00C424AC" w:rsidRDefault="00C424AC" w:rsidP="00096C97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F2D27A"/>
            <w:vAlign w:val="center"/>
          </w:tcPr>
          <w:p w14:paraId="61BA724E" w14:textId="77777777" w:rsidR="00C424AC" w:rsidRPr="00C424AC" w:rsidRDefault="00C424AC" w:rsidP="00096C97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F2D27A"/>
            <w:vAlign w:val="center"/>
          </w:tcPr>
          <w:p w14:paraId="48C010DF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r w:rsidRPr="00C424AC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0B54227E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r w:rsidRPr="00C424AC">
              <w:rPr>
                <w:b/>
                <w:sz w:val="24"/>
                <w:szCs w:val="24"/>
              </w:rPr>
              <w:t>30</w:t>
            </w:r>
          </w:p>
        </w:tc>
      </w:tr>
    </w:tbl>
    <w:p w14:paraId="1A899602" w14:textId="77777777" w:rsidR="00C424AC" w:rsidRPr="00C424AC" w:rsidRDefault="00C424AC" w:rsidP="00C424AC">
      <w:pPr>
        <w:spacing w:after="40"/>
        <w:ind w:left="4320" w:firstLine="720"/>
        <w:rPr>
          <w:sz w:val="24"/>
          <w:szCs w:val="24"/>
        </w:rPr>
      </w:pPr>
    </w:p>
    <w:p w14:paraId="1A28D7C1" w14:textId="77777777" w:rsidR="00C424AC" w:rsidRPr="00C424AC" w:rsidRDefault="00C424AC" w:rsidP="00C424AC">
      <w:pPr>
        <w:pageBreakBefore/>
        <w:jc w:val="center"/>
        <w:rPr>
          <w:sz w:val="24"/>
          <w:szCs w:val="24"/>
        </w:rPr>
      </w:pPr>
      <w:r w:rsidRPr="00C424AC">
        <w:rPr>
          <w:b/>
          <w:sz w:val="24"/>
          <w:szCs w:val="24"/>
        </w:rPr>
        <w:lastRenderedPageBreak/>
        <w:t>3. YARIYIL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870"/>
      </w:tblGrid>
      <w:tr w:rsidR="00C424AC" w:rsidRPr="00C424AC" w14:paraId="6DC583DD" w14:textId="77777777" w:rsidTr="00096C9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2BE9BF03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41519CE6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 xml:space="preserve">Ders </w:t>
            </w:r>
            <w:proofErr w:type="spellStart"/>
            <w:r w:rsidRPr="00C424AC">
              <w:rPr>
                <w:b/>
                <w:color w:val="FFFFFF"/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72FCEFFB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6C8F5483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51AA07D2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02FAE23A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AKTS</w:t>
            </w:r>
          </w:p>
        </w:tc>
      </w:tr>
      <w:tr w:rsidR="00C424AC" w:rsidRPr="00C424AC" w14:paraId="232C0036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0A95A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VSAG201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DBA0A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proofErr w:type="spellStart"/>
            <w:r w:rsidRPr="00C424AC">
              <w:rPr>
                <w:sz w:val="24"/>
                <w:szCs w:val="24"/>
              </w:rPr>
              <w:t>Ortopedik</w:t>
            </w:r>
            <w:proofErr w:type="spellEnd"/>
            <w:r w:rsidRPr="00C424AC">
              <w:rPr>
                <w:sz w:val="24"/>
                <w:szCs w:val="24"/>
              </w:rPr>
              <w:t xml:space="preserve"> </w:t>
            </w:r>
            <w:proofErr w:type="spellStart"/>
            <w:r w:rsidRPr="00C424AC">
              <w:rPr>
                <w:sz w:val="24"/>
                <w:szCs w:val="24"/>
              </w:rPr>
              <w:t>Hastalılarda</w:t>
            </w:r>
            <w:proofErr w:type="spellEnd"/>
            <w:r w:rsidRPr="00C424AC">
              <w:rPr>
                <w:sz w:val="24"/>
                <w:szCs w:val="24"/>
              </w:rPr>
              <w:t xml:space="preserve"> Fizik Tedavi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6CB08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7AAA2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9A939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DB52B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5</w:t>
            </w:r>
          </w:p>
        </w:tc>
      </w:tr>
      <w:tr w:rsidR="00C424AC" w:rsidRPr="00C424AC" w14:paraId="07584C29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0E1A5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VSAG211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D6277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proofErr w:type="spellStart"/>
            <w:r w:rsidRPr="00C424AC">
              <w:rPr>
                <w:sz w:val="24"/>
                <w:szCs w:val="24"/>
              </w:rPr>
              <w:t>Nörolojik</w:t>
            </w:r>
            <w:proofErr w:type="spellEnd"/>
            <w:r w:rsidRPr="00C424AC">
              <w:rPr>
                <w:sz w:val="24"/>
                <w:szCs w:val="24"/>
              </w:rPr>
              <w:t xml:space="preserve"> </w:t>
            </w:r>
            <w:proofErr w:type="spellStart"/>
            <w:r w:rsidRPr="00C424AC">
              <w:rPr>
                <w:sz w:val="24"/>
                <w:szCs w:val="24"/>
              </w:rPr>
              <w:t>Hastalıklarda</w:t>
            </w:r>
            <w:proofErr w:type="spellEnd"/>
            <w:r w:rsidRPr="00C424AC">
              <w:rPr>
                <w:sz w:val="24"/>
                <w:szCs w:val="24"/>
              </w:rPr>
              <w:t xml:space="preserve"> Fizik Tedavi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73BCF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E4019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DFF5B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A4510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5</w:t>
            </w:r>
          </w:p>
        </w:tc>
      </w:tr>
      <w:tr w:rsidR="00C424AC" w:rsidRPr="00C424AC" w14:paraId="33584504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E7019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VFZY203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F598E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proofErr w:type="spellStart"/>
            <w:r w:rsidRPr="00C424AC">
              <w:rPr>
                <w:sz w:val="24"/>
                <w:szCs w:val="24"/>
              </w:rPr>
              <w:t>Romatizmal</w:t>
            </w:r>
            <w:proofErr w:type="spellEnd"/>
            <w:r w:rsidRPr="00C424AC">
              <w:rPr>
                <w:sz w:val="24"/>
                <w:szCs w:val="24"/>
              </w:rPr>
              <w:t xml:space="preserve"> </w:t>
            </w:r>
            <w:proofErr w:type="spellStart"/>
            <w:r w:rsidRPr="00C424AC">
              <w:rPr>
                <w:sz w:val="24"/>
                <w:szCs w:val="24"/>
              </w:rPr>
              <w:t>Hastalıklarda</w:t>
            </w:r>
            <w:proofErr w:type="spellEnd"/>
            <w:r w:rsidRPr="00C424AC">
              <w:rPr>
                <w:sz w:val="24"/>
                <w:szCs w:val="24"/>
              </w:rPr>
              <w:t xml:space="preserve"> Fizik Tedavi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B7AB3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EDDE6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E3953A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0A64A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5</w:t>
            </w:r>
          </w:p>
        </w:tc>
      </w:tr>
      <w:tr w:rsidR="00C424AC" w:rsidRPr="00C424AC" w14:paraId="6A2D271F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C8604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VFZY205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E1FF1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proofErr w:type="spellStart"/>
            <w:r w:rsidRPr="00C424AC">
              <w:rPr>
                <w:sz w:val="24"/>
                <w:szCs w:val="24"/>
              </w:rPr>
              <w:t>Elektroterapi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C4E3F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29DBB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9D66B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38549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4</w:t>
            </w:r>
          </w:p>
        </w:tc>
      </w:tr>
      <w:tr w:rsidR="00C424AC" w:rsidRPr="00C424AC" w14:paraId="6DB1DCE1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2B5CA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VFZY207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4E4F1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 xml:space="preserve">Spor ve </w:t>
            </w:r>
            <w:proofErr w:type="spellStart"/>
            <w:r w:rsidRPr="00C424AC">
              <w:rPr>
                <w:sz w:val="24"/>
                <w:szCs w:val="24"/>
              </w:rPr>
              <w:t>Egzersiz</w:t>
            </w:r>
            <w:proofErr w:type="spellEnd"/>
            <w:r w:rsidRPr="00C424AC">
              <w:rPr>
                <w:sz w:val="24"/>
                <w:szCs w:val="24"/>
              </w:rPr>
              <w:t xml:space="preserve"> </w:t>
            </w:r>
            <w:proofErr w:type="spellStart"/>
            <w:r w:rsidRPr="00C424AC">
              <w:rPr>
                <w:sz w:val="24"/>
                <w:szCs w:val="24"/>
              </w:rPr>
              <w:t>Fizyolojisi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FD43C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DBDBD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4E17D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B4C7B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4</w:t>
            </w:r>
          </w:p>
        </w:tc>
      </w:tr>
      <w:tr w:rsidR="00C424AC" w:rsidRPr="00C424AC" w14:paraId="16670C27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3878B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VFZY209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3B73C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proofErr w:type="spellStart"/>
            <w:r w:rsidRPr="00C424AC">
              <w:rPr>
                <w:sz w:val="24"/>
                <w:szCs w:val="24"/>
              </w:rPr>
              <w:t>Fizyoterapi</w:t>
            </w:r>
            <w:proofErr w:type="spellEnd"/>
            <w:r w:rsidRPr="00C424AC">
              <w:rPr>
                <w:sz w:val="24"/>
                <w:szCs w:val="24"/>
              </w:rPr>
              <w:t xml:space="preserve"> </w:t>
            </w:r>
            <w:proofErr w:type="spellStart"/>
            <w:r w:rsidRPr="00C424AC">
              <w:rPr>
                <w:sz w:val="24"/>
                <w:szCs w:val="24"/>
              </w:rPr>
              <w:t>Meslek</w:t>
            </w:r>
            <w:proofErr w:type="spellEnd"/>
            <w:r w:rsidRPr="00C424AC">
              <w:rPr>
                <w:sz w:val="24"/>
                <w:szCs w:val="24"/>
              </w:rPr>
              <w:t xml:space="preserve"> </w:t>
            </w:r>
            <w:proofErr w:type="spellStart"/>
            <w:r w:rsidRPr="00C424AC">
              <w:rPr>
                <w:sz w:val="24"/>
                <w:szCs w:val="24"/>
              </w:rPr>
              <w:t>Uygulamaları</w:t>
            </w:r>
            <w:proofErr w:type="spellEnd"/>
            <w:r w:rsidRPr="00C424AC">
              <w:rPr>
                <w:sz w:val="24"/>
                <w:szCs w:val="24"/>
              </w:rPr>
              <w:t xml:space="preserve"> 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96D89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BFA9D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4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A0459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57D5C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7</w:t>
            </w:r>
          </w:p>
        </w:tc>
      </w:tr>
      <w:tr w:rsidR="00C424AC" w:rsidRPr="00C424AC" w14:paraId="7BD6691A" w14:textId="77777777" w:rsidTr="00096C97">
        <w:trPr>
          <w:jc w:val="center"/>
        </w:trPr>
        <w:tc>
          <w:tcPr>
            <w:tcW w:w="7257" w:type="dxa"/>
            <w:gridSpan w:val="2"/>
            <w:shd w:val="clear" w:color="auto" w:fill="F2D27A"/>
            <w:vAlign w:val="center"/>
          </w:tcPr>
          <w:p w14:paraId="0A49E82C" w14:textId="77777777" w:rsidR="00C424AC" w:rsidRPr="00C424AC" w:rsidRDefault="00C424AC" w:rsidP="00096C97">
            <w:pPr>
              <w:jc w:val="right"/>
              <w:rPr>
                <w:sz w:val="24"/>
                <w:szCs w:val="24"/>
              </w:rPr>
            </w:pPr>
            <w:r w:rsidRPr="00C424AC">
              <w:rPr>
                <w:b/>
                <w:sz w:val="24"/>
                <w:szCs w:val="24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505C95B5" w14:textId="77777777" w:rsidR="00C424AC" w:rsidRPr="00C424AC" w:rsidRDefault="00C424AC" w:rsidP="00096C97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F2D27A"/>
            <w:vAlign w:val="center"/>
          </w:tcPr>
          <w:p w14:paraId="0AE823AA" w14:textId="77777777" w:rsidR="00C424AC" w:rsidRPr="00C424AC" w:rsidRDefault="00C424AC" w:rsidP="00096C97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F2D27A"/>
            <w:vAlign w:val="center"/>
          </w:tcPr>
          <w:p w14:paraId="06ACDB3F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r w:rsidRPr="00C424AC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3063B2FD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r w:rsidRPr="00C424AC">
              <w:rPr>
                <w:b/>
                <w:sz w:val="24"/>
                <w:szCs w:val="24"/>
              </w:rPr>
              <w:t>30</w:t>
            </w:r>
          </w:p>
        </w:tc>
      </w:tr>
    </w:tbl>
    <w:p w14:paraId="6B8AF870" w14:textId="77777777" w:rsidR="00C424AC" w:rsidRPr="00C424AC" w:rsidRDefault="00C424AC" w:rsidP="00C424AC">
      <w:pPr>
        <w:spacing w:after="40"/>
        <w:ind w:left="4320"/>
        <w:rPr>
          <w:b/>
          <w:sz w:val="24"/>
          <w:szCs w:val="24"/>
        </w:rPr>
      </w:pPr>
      <w:r w:rsidRPr="00C424AC">
        <w:rPr>
          <w:b/>
          <w:sz w:val="24"/>
          <w:szCs w:val="24"/>
        </w:rPr>
        <w:t xml:space="preserve">      </w:t>
      </w:r>
    </w:p>
    <w:p w14:paraId="4D69D367" w14:textId="77777777" w:rsidR="00C424AC" w:rsidRPr="00C424AC" w:rsidRDefault="00C424AC" w:rsidP="00C424AC">
      <w:pPr>
        <w:spacing w:after="40"/>
        <w:ind w:left="4320"/>
        <w:rPr>
          <w:b/>
          <w:sz w:val="24"/>
          <w:szCs w:val="24"/>
        </w:rPr>
      </w:pPr>
      <w:r w:rsidRPr="00C424AC">
        <w:rPr>
          <w:b/>
          <w:sz w:val="24"/>
          <w:szCs w:val="24"/>
        </w:rPr>
        <w:t xml:space="preserve">     </w:t>
      </w:r>
    </w:p>
    <w:p w14:paraId="6FDFF3DA" w14:textId="1BBC14C3" w:rsidR="00C424AC" w:rsidRDefault="00C424AC" w:rsidP="00C424AC">
      <w:pPr>
        <w:spacing w:after="40"/>
        <w:ind w:left="4320"/>
        <w:rPr>
          <w:b/>
          <w:sz w:val="24"/>
          <w:szCs w:val="24"/>
        </w:rPr>
      </w:pPr>
      <w:r w:rsidRPr="00C424A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Pr="00C424AC">
        <w:rPr>
          <w:b/>
          <w:sz w:val="24"/>
          <w:szCs w:val="24"/>
        </w:rPr>
        <w:t xml:space="preserve">  4. YARIYIL</w:t>
      </w:r>
    </w:p>
    <w:p w14:paraId="5949EB15" w14:textId="77777777" w:rsidR="00C424AC" w:rsidRPr="00C424AC" w:rsidRDefault="00C424AC" w:rsidP="00C424AC">
      <w:pPr>
        <w:spacing w:after="40"/>
        <w:ind w:left="4320"/>
        <w:rPr>
          <w:b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870"/>
      </w:tblGrid>
      <w:tr w:rsidR="00C424AC" w:rsidRPr="00C424AC" w14:paraId="7FD10A4F" w14:textId="77777777" w:rsidTr="00096C9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7D9ADF70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397AC599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 xml:space="preserve">Ders </w:t>
            </w:r>
            <w:proofErr w:type="spellStart"/>
            <w:r w:rsidRPr="00C424AC">
              <w:rPr>
                <w:b/>
                <w:color w:val="FFFFFF"/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35FB4670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03CA17F3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7B056FE9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1AA3250C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b/>
                <w:color w:val="FFFFFF"/>
                <w:sz w:val="24"/>
                <w:szCs w:val="24"/>
              </w:rPr>
              <w:t>AKTS</w:t>
            </w:r>
          </w:p>
        </w:tc>
      </w:tr>
      <w:tr w:rsidR="00C424AC" w:rsidRPr="00C424AC" w14:paraId="314A9285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56772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VSAG202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E45DF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proofErr w:type="spellStart"/>
            <w:r w:rsidRPr="00C424AC">
              <w:rPr>
                <w:sz w:val="24"/>
                <w:szCs w:val="24"/>
              </w:rPr>
              <w:t>Sağlık</w:t>
            </w:r>
            <w:proofErr w:type="spellEnd"/>
            <w:r w:rsidRPr="00C424AC">
              <w:rPr>
                <w:sz w:val="24"/>
                <w:szCs w:val="24"/>
              </w:rPr>
              <w:t xml:space="preserve"> </w:t>
            </w:r>
            <w:proofErr w:type="spellStart"/>
            <w:r w:rsidRPr="00C424AC">
              <w:rPr>
                <w:sz w:val="24"/>
                <w:szCs w:val="24"/>
              </w:rPr>
              <w:t>Hizmetlerinde</w:t>
            </w:r>
            <w:proofErr w:type="spellEnd"/>
            <w:r w:rsidRPr="00C424AC">
              <w:rPr>
                <w:sz w:val="24"/>
                <w:szCs w:val="24"/>
              </w:rPr>
              <w:t xml:space="preserve"> </w:t>
            </w:r>
            <w:proofErr w:type="spellStart"/>
            <w:r w:rsidRPr="00C424AC">
              <w:rPr>
                <w:sz w:val="24"/>
                <w:szCs w:val="24"/>
              </w:rPr>
              <w:t>İletişim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B6475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9E4A6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58FCA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A3045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4</w:t>
            </w:r>
          </w:p>
        </w:tc>
      </w:tr>
      <w:tr w:rsidR="00C424AC" w:rsidRPr="00C424AC" w14:paraId="7B6643A2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3CEC9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VFZY202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0C007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proofErr w:type="spellStart"/>
            <w:r w:rsidRPr="00C424AC">
              <w:rPr>
                <w:sz w:val="24"/>
                <w:szCs w:val="24"/>
              </w:rPr>
              <w:t>Kinezyoloji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37934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D7D42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B34C1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3998B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5</w:t>
            </w:r>
          </w:p>
        </w:tc>
      </w:tr>
      <w:tr w:rsidR="00C424AC" w:rsidRPr="00C424AC" w14:paraId="3626770B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D8B66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VFZY204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9911C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proofErr w:type="spellStart"/>
            <w:r w:rsidRPr="00C424AC">
              <w:rPr>
                <w:sz w:val="24"/>
                <w:szCs w:val="24"/>
              </w:rPr>
              <w:t>Hidroterapi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0BCD5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9132B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11FA6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82B00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5</w:t>
            </w:r>
          </w:p>
        </w:tc>
      </w:tr>
      <w:tr w:rsidR="00C424AC" w:rsidRPr="00C424AC" w14:paraId="020B1143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1A4E1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VSAG204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F3B4E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proofErr w:type="spellStart"/>
            <w:r w:rsidRPr="00C424AC">
              <w:rPr>
                <w:sz w:val="24"/>
                <w:szCs w:val="24"/>
              </w:rPr>
              <w:t>Tıbbi</w:t>
            </w:r>
            <w:proofErr w:type="spellEnd"/>
            <w:r w:rsidRPr="00C424AC">
              <w:rPr>
                <w:sz w:val="24"/>
                <w:szCs w:val="24"/>
              </w:rPr>
              <w:t xml:space="preserve"> </w:t>
            </w:r>
            <w:proofErr w:type="spellStart"/>
            <w:r w:rsidRPr="00C424AC">
              <w:rPr>
                <w:sz w:val="24"/>
                <w:szCs w:val="24"/>
              </w:rPr>
              <w:t>Etik</w:t>
            </w:r>
            <w:proofErr w:type="spellEnd"/>
            <w:r w:rsidRPr="00C424AC">
              <w:rPr>
                <w:sz w:val="24"/>
                <w:szCs w:val="24"/>
              </w:rPr>
              <w:t xml:space="preserve"> ve Hasta </w:t>
            </w:r>
            <w:proofErr w:type="spellStart"/>
            <w:r w:rsidRPr="00C424AC">
              <w:rPr>
                <w:sz w:val="24"/>
                <w:szCs w:val="24"/>
              </w:rPr>
              <w:t>Hakları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30B02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A263D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9DC30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0D1BD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4</w:t>
            </w:r>
          </w:p>
        </w:tc>
      </w:tr>
      <w:tr w:rsidR="00C424AC" w:rsidRPr="00C424AC" w14:paraId="63DDBDA5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1E365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VFZY208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D9267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 xml:space="preserve">Ortez ve </w:t>
            </w:r>
            <w:proofErr w:type="spellStart"/>
            <w:r w:rsidRPr="00C424AC">
              <w:rPr>
                <w:sz w:val="24"/>
                <w:szCs w:val="24"/>
              </w:rPr>
              <w:t>Protez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65BCD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C8DE7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CCD3A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A2301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5</w:t>
            </w:r>
          </w:p>
        </w:tc>
      </w:tr>
      <w:tr w:rsidR="00C424AC" w:rsidRPr="00C424AC" w14:paraId="1BED5810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14C71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VFZY210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E5B4D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proofErr w:type="spellStart"/>
            <w:r w:rsidRPr="00C424AC">
              <w:rPr>
                <w:sz w:val="24"/>
                <w:szCs w:val="24"/>
              </w:rPr>
              <w:t>Fizyoterapi</w:t>
            </w:r>
            <w:proofErr w:type="spellEnd"/>
            <w:r w:rsidRPr="00C424AC">
              <w:rPr>
                <w:sz w:val="24"/>
                <w:szCs w:val="24"/>
              </w:rPr>
              <w:t xml:space="preserve"> </w:t>
            </w:r>
            <w:proofErr w:type="spellStart"/>
            <w:r w:rsidRPr="00C424AC">
              <w:rPr>
                <w:sz w:val="24"/>
                <w:szCs w:val="24"/>
              </w:rPr>
              <w:t>Meslek</w:t>
            </w:r>
            <w:proofErr w:type="spellEnd"/>
            <w:r w:rsidRPr="00C424AC">
              <w:rPr>
                <w:sz w:val="24"/>
                <w:szCs w:val="24"/>
              </w:rPr>
              <w:t xml:space="preserve"> </w:t>
            </w:r>
            <w:proofErr w:type="spellStart"/>
            <w:r w:rsidRPr="00C424AC">
              <w:rPr>
                <w:sz w:val="24"/>
                <w:szCs w:val="24"/>
              </w:rPr>
              <w:t>Uygulamaları</w:t>
            </w:r>
            <w:proofErr w:type="spellEnd"/>
            <w:r w:rsidRPr="00C424AC">
              <w:rPr>
                <w:sz w:val="24"/>
                <w:szCs w:val="24"/>
              </w:rPr>
              <w:t xml:space="preserve"> 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1610F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525E2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4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B3A1A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0B99C" w14:textId="77777777" w:rsidR="00C424AC" w:rsidRPr="00C424AC" w:rsidRDefault="00C424AC" w:rsidP="00096C97">
            <w:pPr>
              <w:jc w:val="center"/>
              <w:rPr>
                <w:sz w:val="24"/>
                <w:szCs w:val="24"/>
              </w:rPr>
            </w:pPr>
            <w:r w:rsidRPr="00C424AC">
              <w:rPr>
                <w:sz w:val="24"/>
                <w:szCs w:val="24"/>
              </w:rPr>
              <w:t>7</w:t>
            </w:r>
          </w:p>
        </w:tc>
      </w:tr>
      <w:tr w:rsidR="00C424AC" w:rsidRPr="00C424AC" w14:paraId="1593D596" w14:textId="77777777" w:rsidTr="00096C97">
        <w:trPr>
          <w:jc w:val="center"/>
        </w:trPr>
        <w:tc>
          <w:tcPr>
            <w:tcW w:w="5783" w:type="dxa"/>
            <w:gridSpan w:val="2"/>
            <w:shd w:val="clear" w:color="auto" w:fill="F2D27A"/>
            <w:vAlign w:val="center"/>
          </w:tcPr>
          <w:p w14:paraId="7B580EBD" w14:textId="77777777" w:rsidR="00C424AC" w:rsidRPr="00C424AC" w:rsidRDefault="00C424AC" w:rsidP="00096C97">
            <w:pPr>
              <w:jc w:val="right"/>
              <w:rPr>
                <w:sz w:val="24"/>
                <w:szCs w:val="24"/>
              </w:rPr>
            </w:pPr>
            <w:r w:rsidRPr="00C424AC">
              <w:rPr>
                <w:b/>
                <w:sz w:val="24"/>
                <w:szCs w:val="24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7C3A59F3" w14:textId="77777777" w:rsidR="00C424AC" w:rsidRPr="00C424AC" w:rsidRDefault="00C424AC" w:rsidP="00096C97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F2D27A"/>
            <w:vAlign w:val="center"/>
          </w:tcPr>
          <w:p w14:paraId="6599B1B1" w14:textId="77777777" w:rsidR="00C424AC" w:rsidRPr="00C424AC" w:rsidRDefault="00C424AC" w:rsidP="00096C97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F2D27A"/>
            <w:vAlign w:val="center"/>
          </w:tcPr>
          <w:p w14:paraId="5442BB3A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r w:rsidRPr="00C424AC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1F157770" w14:textId="77777777" w:rsidR="00C424AC" w:rsidRPr="00C424AC" w:rsidRDefault="00C424AC" w:rsidP="00096C97">
            <w:pPr>
              <w:rPr>
                <w:sz w:val="24"/>
                <w:szCs w:val="24"/>
              </w:rPr>
            </w:pPr>
            <w:r w:rsidRPr="00C424AC">
              <w:rPr>
                <w:b/>
                <w:sz w:val="24"/>
                <w:szCs w:val="24"/>
              </w:rPr>
              <w:t>30</w:t>
            </w:r>
          </w:p>
        </w:tc>
      </w:tr>
    </w:tbl>
    <w:p w14:paraId="39109E86" w14:textId="77777777" w:rsidR="007521CA" w:rsidRDefault="007521CA">
      <w:pPr>
        <w:spacing w:after="40"/>
      </w:pPr>
    </w:p>
    <w:sectPr w:rsidR="007521CA" w:rsidSect="00034616">
      <w:pgSz w:w="12240" w:h="15840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5255308">
    <w:abstractNumId w:val="8"/>
  </w:num>
  <w:num w:numId="2" w16cid:durableId="1155997034">
    <w:abstractNumId w:val="6"/>
  </w:num>
  <w:num w:numId="3" w16cid:durableId="1456369421">
    <w:abstractNumId w:val="5"/>
  </w:num>
  <w:num w:numId="4" w16cid:durableId="1959871258">
    <w:abstractNumId w:val="4"/>
  </w:num>
  <w:num w:numId="5" w16cid:durableId="920481243">
    <w:abstractNumId w:val="7"/>
  </w:num>
  <w:num w:numId="6" w16cid:durableId="1606308326">
    <w:abstractNumId w:val="3"/>
  </w:num>
  <w:num w:numId="7" w16cid:durableId="1802574550">
    <w:abstractNumId w:val="2"/>
  </w:num>
  <w:num w:numId="8" w16cid:durableId="26836342">
    <w:abstractNumId w:val="1"/>
  </w:num>
  <w:num w:numId="9" w16cid:durableId="266499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3AE9"/>
    <w:rsid w:val="0029639D"/>
    <w:rsid w:val="00326F90"/>
    <w:rsid w:val="003B5132"/>
    <w:rsid w:val="007521CA"/>
    <w:rsid w:val="00AA1D8D"/>
    <w:rsid w:val="00B47730"/>
    <w:rsid w:val="00C424AC"/>
    <w:rsid w:val="00CB0664"/>
    <w:rsid w:val="00E526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3AA329"/>
  <w14:defaultImageDpi w14:val="300"/>
  <w15:docId w15:val="{F1A0B7FB-13D7-470E-846B-B70F21300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arzu dilekçier</cp:lastModifiedBy>
  <cp:revision>3</cp:revision>
  <dcterms:created xsi:type="dcterms:W3CDTF">2026-10-10T22:30:00Z</dcterms:created>
  <dcterms:modified xsi:type="dcterms:W3CDTF">2026-10-13T06:49:00Z</dcterms:modified>
  <cp:category/>
</cp:coreProperties>
</file>