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68B53" w14:textId="77777777" w:rsidR="000A4A86" w:rsidRDefault="00000000">
      <w:pPr>
        <w:jc w:val="center"/>
      </w:pPr>
      <w:r>
        <w:rPr>
          <w:b/>
          <w:sz w:val="26"/>
        </w:rPr>
        <w:t>İSTANBUL KENT ÜNİVERSİTESİ</w:t>
      </w:r>
    </w:p>
    <w:p w14:paraId="3E2BB0DD" w14:textId="77777777" w:rsidR="000A4A86" w:rsidRDefault="00000000">
      <w:pPr>
        <w:jc w:val="center"/>
      </w:pPr>
      <w:r>
        <w:rPr>
          <w:b/>
          <w:sz w:val="24"/>
        </w:rPr>
        <w:t>SAĞLIK HİZMETLERİ MESLEK YÜKSEKOKULU</w:t>
      </w:r>
    </w:p>
    <w:p w14:paraId="2D2CF397" w14:textId="77777777" w:rsidR="000A4A86" w:rsidRDefault="00000000">
      <w:pPr>
        <w:jc w:val="center"/>
      </w:pPr>
      <w:r>
        <w:rPr>
          <w:b/>
          <w:sz w:val="24"/>
        </w:rPr>
        <w:t>FİZYOTERAPİ PROGRAMI</w:t>
      </w:r>
    </w:p>
    <w:p w14:paraId="3089B183" w14:textId="77777777" w:rsidR="000A4A86" w:rsidRDefault="00000000">
      <w:pPr>
        <w:jc w:val="center"/>
      </w:pPr>
      <w:r>
        <w:rPr>
          <w:b/>
          <w:color w:val="800000"/>
          <w:sz w:val="28"/>
        </w:rPr>
        <w:t>2018-2019 EĞİTİM ÖĞRETİM YILI MÜFREDATI</w:t>
      </w:r>
    </w:p>
    <w:p w14:paraId="2D6BB746" w14:textId="77777777" w:rsidR="000A4A86" w:rsidRDefault="00000000">
      <w:pPr>
        <w:jc w:val="center"/>
      </w:pPr>
      <w:r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0A4A86" w14:paraId="069BE10B" w14:textId="7777777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1862B340" w14:textId="77777777" w:rsidR="000A4A86" w:rsidRDefault="00000000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1D836848" w14:textId="77777777" w:rsidR="000A4A86" w:rsidRDefault="00000000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55445750" w14:textId="77777777" w:rsidR="000A4A86" w:rsidRDefault="00000000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39D68B01" w14:textId="77777777" w:rsidR="000A4A86" w:rsidRDefault="00000000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769F7143" w14:textId="77777777" w:rsidR="000A4A86" w:rsidRDefault="00000000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5DC9179E" w14:textId="77777777" w:rsidR="000A4A86" w:rsidRDefault="00000000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0A4A86" w14:paraId="32158062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511E7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9985" w14:textId="77777777" w:rsidR="000A4A86" w:rsidRDefault="00000000">
            <w:r>
              <w:rPr>
                <w:sz w:val="17"/>
              </w:rPr>
              <w:t>İNGİLİZCE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A4B8C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11798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304FA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2ADE1" w14:textId="77777777" w:rsidR="000A4A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0A4A86" w14:paraId="425F2AFF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AFBF3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09D00" w14:textId="77777777" w:rsidR="000A4A86" w:rsidRDefault="00000000">
            <w:r>
              <w:rPr>
                <w:sz w:val="17"/>
              </w:rPr>
              <w:t>TÜRK DİLİ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3EF6D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50E0D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8E077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8039B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0A4A86" w14:paraId="3CF017AD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162BC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5A7EE" w14:textId="77777777" w:rsidR="000A4A86" w:rsidRDefault="00000000">
            <w:r>
              <w:rPr>
                <w:sz w:val="17"/>
              </w:rPr>
              <w:t>ATATÜRK İLKELERİ VE İNKILAP TARİHİ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822F0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123FC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E4960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19EA6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0A4A86" w14:paraId="546F3755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92BBA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F5D47" w14:textId="77777777" w:rsidR="000A4A86" w:rsidRDefault="00000000">
            <w:r>
              <w:rPr>
                <w:sz w:val="17"/>
              </w:rPr>
              <w:t>TIBBİ TERMİNOLOJİ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A5D69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E5F49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A3AB3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AD44D" w14:textId="77777777" w:rsidR="000A4A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0A4A86" w14:paraId="7E21147F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A9BE9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C16EE" w14:textId="77777777" w:rsidR="000A4A86" w:rsidRDefault="00000000">
            <w:r>
              <w:rPr>
                <w:sz w:val="17"/>
              </w:rPr>
              <w:t>FİZİK TEDAVİ REHABİLİTASYON YÖNTEMLERİ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887C6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D6C34" w14:textId="77777777" w:rsidR="000A4A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CE65A" w14:textId="77777777" w:rsidR="000A4A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DCDE7" w14:textId="77777777" w:rsidR="000A4A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0A4A86" w14:paraId="748B428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C3675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21D1E" w14:textId="77777777" w:rsidR="000A4A86" w:rsidRDefault="00000000">
            <w:r>
              <w:rPr>
                <w:sz w:val="17"/>
              </w:rPr>
              <w:t>ANATOMİ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3CFFB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E9FFB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C4B2F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D0C3C" w14:textId="77777777" w:rsidR="000A4A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0A4A86" w14:paraId="6C66251F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4CC27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8BF2D" w14:textId="77777777" w:rsidR="000A4A86" w:rsidRDefault="00000000">
            <w:r>
              <w:rPr>
                <w:sz w:val="17"/>
              </w:rPr>
              <w:t>FİZYOLOJİ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ACE02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DE017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AC97E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0B96C" w14:textId="77777777" w:rsidR="000A4A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0A4A86" w14:paraId="04FD757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AFBA4" w14:textId="77777777" w:rsidR="000A4A86" w:rsidRDefault="000A4A86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49347" w14:textId="77777777" w:rsidR="000A4A86" w:rsidRDefault="00000000">
            <w:r>
              <w:rPr>
                <w:sz w:val="17"/>
              </w:rPr>
              <w:t>FİZİK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2D653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4E53A" w14:textId="77777777" w:rsidR="000A4A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AA8F4" w14:textId="77777777" w:rsidR="000A4A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06C0A" w14:textId="77777777" w:rsidR="000A4A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0A4A86" w14:paraId="688FD8FF" w14:textId="77777777" w:rsidTr="00525262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0A90ABDB" w14:textId="77777777" w:rsidR="000A4A86" w:rsidRDefault="00000000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B1D9E90" w14:textId="77777777" w:rsidR="000A4A86" w:rsidRDefault="00000000">
            <w:r>
              <w:rPr>
                <w:b/>
                <w:sz w:val="17"/>
              </w:rPr>
              <w:t>16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A58E861" w14:textId="77777777" w:rsidR="000A4A86" w:rsidRDefault="00000000">
            <w:r>
              <w:rPr>
                <w:b/>
                <w:sz w:val="17"/>
              </w:rPr>
              <w:t>1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FD7CAFF" w14:textId="77777777" w:rsidR="000A4A86" w:rsidRDefault="00000000">
            <w:r>
              <w:rPr>
                <w:b/>
                <w:sz w:val="17"/>
              </w:rPr>
              <w:t>17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449378D8" w14:textId="77777777" w:rsidR="000A4A86" w:rsidRDefault="00000000">
            <w:r>
              <w:rPr>
                <w:b/>
                <w:sz w:val="17"/>
              </w:rPr>
              <w:t>30</w:t>
            </w:r>
          </w:p>
        </w:tc>
      </w:tr>
    </w:tbl>
    <w:p w14:paraId="287EA69B" w14:textId="77777777" w:rsidR="00525262" w:rsidRDefault="00525262" w:rsidP="00525262">
      <w:pPr>
        <w:spacing w:after="40"/>
        <w:ind w:left="4320"/>
        <w:rPr>
          <w:b/>
          <w:sz w:val="24"/>
        </w:rPr>
      </w:pPr>
    </w:p>
    <w:p w14:paraId="75F9566F" w14:textId="77777777" w:rsidR="00525262" w:rsidRDefault="00525262" w:rsidP="00525262">
      <w:pPr>
        <w:spacing w:after="40"/>
        <w:ind w:left="4320"/>
        <w:rPr>
          <w:b/>
          <w:sz w:val="24"/>
        </w:rPr>
      </w:pPr>
    </w:p>
    <w:p w14:paraId="7184A95E" w14:textId="588B291C" w:rsidR="000A4A86" w:rsidRDefault="00525262" w:rsidP="00525262">
      <w:pPr>
        <w:spacing w:after="40"/>
        <w:ind w:left="4320"/>
        <w:rPr>
          <w:b/>
          <w:sz w:val="24"/>
        </w:rPr>
      </w:pPr>
      <w:r>
        <w:rPr>
          <w:b/>
          <w:sz w:val="24"/>
        </w:rPr>
        <w:t xml:space="preserve">    </w:t>
      </w:r>
      <w:r>
        <w:rPr>
          <w:b/>
          <w:sz w:val="24"/>
        </w:rPr>
        <w:t>2. YARIYIL</w:t>
      </w:r>
    </w:p>
    <w:p w14:paraId="169C24EB" w14:textId="77777777" w:rsidR="00525262" w:rsidRDefault="00525262" w:rsidP="00525262">
      <w:pPr>
        <w:spacing w:after="40"/>
        <w:ind w:left="432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525262" w14:paraId="5A5AD201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3669E219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1713B8EB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6AA9CF0F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0F795B6D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3DB52A6E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6A29A2E3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525262" w14:paraId="55CEE236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74DA6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AB89E" w14:textId="77777777" w:rsidR="00525262" w:rsidRDefault="00525262" w:rsidP="00096C97">
            <w:r>
              <w:rPr>
                <w:sz w:val="17"/>
              </w:rPr>
              <w:t>İNGİLİZCE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93AA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CB7F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98247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79C9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25262" w14:paraId="3488BBA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90289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34891" w14:textId="77777777" w:rsidR="00525262" w:rsidRDefault="00525262" w:rsidP="00096C97">
            <w:r>
              <w:rPr>
                <w:sz w:val="17"/>
              </w:rPr>
              <w:t>TÜRK DİLİ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3B3D3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674A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50932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EB2A8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25262" w14:paraId="3DAD9CF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41A0F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89F38" w14:textId="77777777" w:rsidR="00525262" w:rsidRDefault="00525262" w:rsidP="00096C97">
            <w:r>
              <w:rPr>
                <w:sz w:val="17"/>
              </w:rPr>
              <w:t>ATATÜRK İLKELERİ VE İNKILAP TARİHİ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1053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272C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983D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4E478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25262" w14:paraId="41149D2B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CAE77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DDE2E" w14:textId="77777777" w:rsidR="00525262" w:rsidRDefault="00525262" w:rsidP="00096C97">
            <w:r>
              <w:rPr>
                <w:sz w:val="17"/>
              </w:rPr>
              <w:t>FİZİK TEDAVİDE YARDIMCI GEREÇLER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1411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BA410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1F25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C0A50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25262" w14:paraId="5925104A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E4912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61832" w14:textId="77777777" w:rsidR="00525262" w:rsidRDefault="00525262" w:rsidP="00096C97">
            <w:r>
              <w:rPr>
                <w:sz w:val="17"/>
              </w:rPr>
              <w:t>FİZİK TEDAVİ VE REHABİLİASTYON YÖNTEMLERİ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B1C2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3731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2DCF2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31479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25262" w14:paraId="5C7FD32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ED8C5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F015D" w14:textId="77777777" w:rsidR="00525262" w:rsidRDefault="00525262" w:rsidP="00096C97">
            <w:r>
              <w:rPr>
                <w:sz w:val="17"/>
              </w:rPr>
              <w:t>MASAJ TEKNİKLERİ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43A1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5F82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E8C13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0718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25262" w14:paraId="748CC4C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394B2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C463C" w14:textId="77777777" w:rsidR="00525262" w:rsidRDefault="00525262" w:rsidP="00096C97">
            <w:r>
              <w:rPr>
                <w:sz w:val="17"/>
              </w:rPr>
              <w:t>İLK VE ACİL YARDIM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F2FE8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DB56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49C90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714FC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25262" w14:paraId="582DBFE9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5765560A" w14:textId="77777777" w:rsidR="00525262" w:rsidRDefault="00525262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5A2985E" w14:textId="77777777" w:rsidR="00525262" w:rsidRDefault="00525262" w:rsidP="00096C97">
            <w:r>
              <w:rPr>
                <w:b/>
                <w:sz w:val="17"/>
              </w:rPr>
              <w:t>13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9BC4D14" w14:textId="77777777" w:rsidR="00525262" w:rsidRDefault="00525262" w:rsidP="00096C97">
            <w:r>
              <w:rPr>
                <w:b/>
                <w:sz w:val="17"/>
              </w:rPr>
              <w:t>4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7E5C691" w14:textId="77777777" w:rsidR="00525262" w:rsidRDefault="00525262" w:rsidP="00096C97">
            <w:r>
              <w:rPr>
                <w:b/>
                <w:sz w:val="17"/>
              </w:rPr>
              <w:t>16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04FF7B67" w14:textId="77777777" w:rsidR="00525262" w:rsidRDefault="00525262" w:rsidP="00096C97">
            <w:r>
              <w:rPr>
                <w:b/>
                <w:sz w:val="17"/>
              </w:rPr>
              <w:t>30</w:t>
            </w:r>
          </w:p>
        </w:tc>
      </w:tr>
    </w:tbl>
    <w:p w14:paraId="7AF8D0A9" w14:textId="77777777" w:rsidR="00525262" w:rsidRDefault="00525262" w:rsidP="00525262">
      <w:pPr>
        <w:spacing w:after="40"/>
        <w:ind w:left="4320"/>
      </w:pPr>
    </w:p>
    <w:p w14:paraId="5B0A9123" w14:textId="18F54727" w:rsidR="00525262" w:rsidRDefault="00525262" w:rsidP="00525262">
      <w:pPr>
        <w:pageBreakBefore/>
        <w:jc w:val="center"/>
      </w:pPr>
    </w:p>
    <w:p w14:paraId="51A65E8E" w14:textId="3DEA7D49" w:rsidR="000A4A86" w:rsidRDefault="00525262" w:rsidP="00525262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</w:t>
      </w:r>
      <w:r>
        <w:rPr>
          <w:b/>
          <w:sz w:val="24"/>
        </w:rPr>
        <w:t>3.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525262" w14:paraId="425338FC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3118FD93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26C4B9C2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64171AA5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5661D9B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98AB235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78E34822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525262" w14:paraId="59AA922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E0679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B0B26" w14:textId="77777777" w:rsidR="00525262" w:rsidRDefault="00525262" w:rsidP="00096C97">
            <w:r>
              <w:rPr>
                <w:sz w:val="17"/>
              </w:rPr>
              <w:t>FİZYOTERAPİ MESLEK UYGULAMALARI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79DAE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8CCC3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449A7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A6C52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25262" w14:paraId="7C46BAF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4DE11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82976" w14:textId="77777777" w:rsidR="00525262" w:rsidRDefault="00525262" w:rsidP="00096C97">
            <w:r>
              <w:rPr>
                <w:sz w:val="17"/>
              </w:rPr>
              <w:t>ORTOPEDİK HASTALARDA FİZİK TEDAVİ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B744D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97F0C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BB75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659F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660773C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E8857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154E2" w14:textId="77777777" w:rsidR="00525262" w:rsidRDefault="00525262" w:rsidP="00096C97">
            <w:r>
              <w:rPr>
                <w:sz w:val="17"/>
              </w:rPr>
              <w:t>KİNEZYOLOJİ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255C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2119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A3E6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7C543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688F068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099D7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AA812" w14:textId="77777777" w:rsidR="00525262" w:rsidRDefault="00525262" w:rsidP="00096C97">
            <w:r>
              <w:rPr>
                <w:sz w:val="17"/>
              </w:rPr>
              <w:t>ROMATİZMAL HASTALIKLARDA TEDAVİ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E81A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07F3D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E415E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E96E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1A5EB50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9A216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BFF4E" w14:textId="77777777" w:rsidR="00525262" w:rsidRDefault="00525262" w:rsidP="00096C97">
            <w:r>
              <w:rPr>
                <w:sz w:val="17"/>
              </w:rPr>
              <w:t>ELEKTROTERAPİ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E40F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EC6F5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35137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F64E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600CF69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4AA56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76D53" w14:textId="77777777" w:rsidR="00525262" w:rsidRDefault="00525262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9D8F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4CD4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3DEF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D1F78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25262" w14:paraId="4300F5A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BE673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4B873" w14:textId="77777777" w:rsidR="00525262" w:rsidRDefault="00525262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4D23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08767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75FF2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8A57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25262" w14:paraId="48DC7A65" w14:textId="77777777" w:rsidTr="00525262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16DC5086" w14:textId="77777777" w:rsidR="00525262" w:rsidRDefault="00525262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1D09E425" w14:textId="77777777" w:rsidR="00525262" w:rsidRDefault="00525262" w:rsidP="00096C97">
            <w:r>
              <w:rPr>
                <w:b/>
                <w:sz w:val="17"/>
              </w:rPr>
              <w:t>17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1F823383" w14:textId="77777777" w:rsidR="00525262" w:rsidRDefault="00525262" w:rsidP="00096C97">
            <w:r>
              <w:rPr>
                <w:b/>
                <w:sz w:val="17"/>
              </w:rPr>
              <w:t>5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0FEFAC9" w14:textId="77777777" w:rsidR="00525262" w:rsidRDefault="00525262" w:rsidP="00096C97">
            <w:r>
              <w:rPr>
                <w:b/>
                <w:sz w:val="17"/>
              </w:rPr>
              <w:t>22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30E7D4D3" w14:textId="77777777" w:rsidR="00525262" w:rsidRDefault="00525262" w:rsidP="00096C97">
            <w:r>
              <w:rPr>
                <w:b/>
                <w:sz w:val="17"/>
              </w:rPr>
              <w:t>33</w:t>
            </w:r>
          </w:p>
        </w:tc>
      </w:tr>
    </w:tbl>
    <w:p w14:paraId="74614B2B" w14:textId="77777777" w:rsidR="00525262" w:rsidRDefault="00525262" w:rsidP="00525262">
      <w:r>
        <w:rPr>
          <w:b/>
          <w:sz w:val="20"/>
        </w:rPr>
        <w:t xml:space="preserve">Ders </w:t>
      </w:r>
      <w:proofErr w:type="spellStart"/>
      <w:r>
        <w:rPr>
          <w:b/>
          <w:sz w:val="20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257"/>
        <w:gridCol w:w="850"/>
        <w:gridCol w:w="850"/>
        <w:gridCol w:w="850"/>
        <w:gridCol w:w="850"/>
      </w:tblGrid>
      <w:tr w:rsidR="00525262" w14:paraId="0983844D" w14:textId="77777777" w:rsidTr="00096C97">
        <w:trPr>
          <w:jc w:val="center"/>
        </w:trPr>
        <w:tc>
          <w:tcPr>
            <w:tcW w:w="7257" w:type="dxa"/>
            <w:shd w:val="clear" w:color="auto" w:fill="D9E2F3"/>
          </w:tcPr>
          <w:p w14:paraId="538DB64B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 xml:space="preserve">Ders </w:t>
            </w:r>
            <w:proofErr w:type="spellStart"/>
            <w:r>
              <w:rPr>
                <w:b/>
                <w:sz w:val="17"/>
              </w:rPr>
              <w:t>Adı</w:t>
            </w:r>
            <w:proofErr w:type="spellEnd"/>
          </w:p>
        </w:tc>
        <w:tc>
          <w:tcPr>
            <w:tcW w:w="850" w:type="dxa"/>
            <w:shd w:val="clear" w:color="auto" w:fill="D9E2F3"/>
          </w:tcPr>
          <w:p w14:paraId="7E9736E1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T</w:t>
            </w:r>
          </w:p>
        </w:tc>
        <w:tc>
          <w:tcPr>
            <w:tcW w:w="850" w:type="dxa"/>
            <w:shd w:val="clear" w:color="auto" w:fill="D9E2F3"/>
          </w:tcPr>
          <w:p w14:paraId="0A215B90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U</w:t>
            </w:r>
          </w:p>
        </w:tc>
        <w:tc>
          <w:tcPr>
            <w:tcW w:w="850" w:type="dxa"/>
            <w:shd w:val="clear" w:color="auto" w:fill="D9E2F3"/>
          </w:tcPr>
          <w:p w14:paraId="3CC266AC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K</w:t>
            </w:r>
          </w:p>
        </w:tc>
        <w:tc>
          <w:tcPr>
            <w:tcW w:w="850" w:type="dxa"/>
            <w:shd w:val="clear" w:color="auto" w:fill="D9E2F3"/>
          </w:tcPr>
          <w:p w14:paraId="08E9B9A4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AKTS</w:t>
            </w:r>
          </w:p>
        </w:tc>
      </w:tr>
      <w:tr w:rsidR="00525262" w14:paraId="6CA6169A" w14:textId="77777777" w:rsidTr="00096C97">
        <w:trPr>
          <w:jc w:val="center"/>
        </w:trPr>
        <w:tc>
          <w:tcPr>
            <w:tcW w:w="7257" w:type="dxa"/>
          </w:tcPr>
          <w:p w14:paraId="15772889" w14:textId="77777777" w:rsidR="00525262" w:rsidRDefault="00525262" w:rsidP="00096C97">
            <w:r>
              <w:rPr>
                <w:sz w:val="16"/>
              </w:rPr>
              <w:t>MESLEKİ İNGİLİZCE I</w:t>
            </w:r>
          </w:p>
        </w:tc>
        <w:tc>
          <w:tcPr>
            <w:tcW w:w="850" w:type="dxa"/>
          </w:tcPr>
          <w:p w14:paraId="175AC9D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0FE0E2E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D72C2B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6A4D5A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158273F5" w14:textId="77777777" w:rsidTr="00096C97">
        <w:trPr>
          <w:jc w:val="center"/>
        </w:trPr>
        <w:tc>
          <w:tcPr>
            <w:tcW w:w="7257" w:type="dxa"/>
          </w:tcPr>
          <w:p w14:paraId="3ABDFA19" w14:textId="77777777" w:rsidR="00525262" w:rsidRDefault="00525262" w:rsidP="00096C97">
            <w:r>
              <w:rPr>
                <w:sz w:val="16"/>
              </w:rPr>
              <w:t>YOGA</w:t>
            </w:r>
          </w:p>
        </w:tc>
        <w:tc>
          <w:tcPr>
            <w:tcW w:w="850" w:type="dxa"/>
          </w:tcPr>
          <w:p w14:paraId="25305724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A8BD38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13F8908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D78FCAE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56296003" w14:textId="77777777" w:rsidTr="00096C97">
        <w:trPr>
          <w:jc w:val="center"/>
        </w:trPr>
        <w:tc>
          <w:tcPr>
            <w:tcW w:w="7257" w:type="dxa"/>
          </w:tcPr>
          <w:p w14:paraId="48A74230" w14:textId="77777777" w:rsidR="00525262" w:rsidRDefault="00525262" w:rsidP="00096C97">
            <w:r>
              <w:rPr>
                <w:sz w:val="16"/>
              </w:rPr>
              <w:t>KLİNİK PLATES</w:t>
            </w:r>
          </w:p>
        </w:tc>
        <w:tc>
          <w:tcPr>
            <w:tcW w:w="850" w:type="dxa"/>
          </w:tcPr>
          <w:p w14:paraId="53A31084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1BD7311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BF42838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0B7CC66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0C2D0388" w14:textId="77777777" w:rsidTr="00096C97">
        <w:trPr>
          <w:jc w:val="center"/>
        </w:trPr>
        <w:tc>
          <w:tcPr>
            <w:tcW w:w="7257" w:type="dxa"/>
          </w:tcPr>
          <w:p w14:paraId="0C552FC8" w14:textId="77777777" w:rsidR="00525262" w:rsidRDefault="00525262" w:rsidP="00096C97">
            <w:r>
              <w:rPr>
                <w:sz w:val="16"/>
              </w:rPr>
              <w:t>ÇOCUKLARDA ENGELSİZ YAŞAM</w:t>
            </w:r>
          </w:p>
        </w:tc>
        <w:tc>
          <w:tcPr>
            <w:tcW w:w="850" w:type="dxa"/>
          </w:tcPr>
          <w:p w14:paraId="3B16B338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0E6419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C6EF3F4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791B72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37D007A7" w14:textId="77777777" w:rsidTr="00096C97">
        <w:trPr>
          <w:jc w:val="center"/>
        </w:trPr>
        <w:tc>
          <w:tcPr>
            <w:tcW w:w="7257" w:type="dxa"/>
          </w:tcPr>
          <w:p w14:paraId="35ED2524" w14:textId="77777777" w:rsidR="00525262" w:rsidRDefault="00525262" w:rsidP="00096C97">
            <w:r>
              <w:rPr>
                <w:sz w:val="16"/>
              </w:rPr>
              <w:t>YAŞLI BAKIMI İLKE VE ESASLARI</w:t>
            </w:r>
          </w:p>
        </w:tc>
        <w:tc>
          <w:tcPr>
            <w:tcW w:w="850" w:type="dxa"/>
          </w:tcPr>
          <w:p w14:paraId="65B69A69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94EA129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88974C4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C5158FF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7B84BA75" w14:textId="77777777" w:rsidTr="00096C97">
        <w:trPr>
          <w:jc w:val="center"/>
        </w:trPr>
        <w:tc>
          <w:tcPr>
            <w:tcW w:w="7257" w:type="dxa"/>
          </w:tcPr>
          <w:p w14:paraId="42C2636A" w14:textId="77777777" w:rsidR="00525262" w:rsidRDefault="00525262" w:rsidP="00096C97">
            <w:r>
              <w:rPr>
                <w:sz w:val="16"/>
              </w:rPr>
              <w:t>FİZYOTERAPİDE ÖZEL KONULAR</w:t>
            </w:r>
          </w:p>
        </w:tc>
        <w:tc>
          <w:tcPr>
            <w:tcW w:w="850" w:type="dxa"/>
          </w:tcPr>
          <w:p w14:paraId="366CB9DE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42343C2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57EB0F3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FB485FA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632EF20E" w14:textId="77777777" w:rsidTr="00096C97">
        <w:trPr>
          <w:jc w:val="center"/>
        </w:trPr>
        <w:tc>
          <w:tcPr>
            <w:tcW w:w="7257" w:type="dxa"/>
          </w:tcPr>
          <w:p w14:paraId="2DF21769" w14:textId="77777777" w:rsidR="00525262" w:rsidRDefault="00525262" w:rsidP="00096C97">
            <w:r>
              <w:rPr>
                <w:sz w:val="16"/>
              </w:rPr>
              <w:t>OBEZİTE REHABİLİTASYONU</w:t>
            </w:r>
          </w:p>
        </w:tc>
        <w:tc>
          <w:tcPr>
            <w:tcW w:w="850" w:type="dxa"/>
          </w:tcPr>
          <w:p w14:paraId="3B78E931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896D2A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D1CCA1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4823B70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5AC12D8E" w14:textId="77777777" w:rsidTr="00096C97">
        <w:trPr>
          <w:jc w:val="center"/>
        </w:trPr>
        <w:tc>
          <w:tcPr>
            <w:tcW w:w="7257" w:type="dxa"/>
          </w:tcPr>
          <w:p w14:paraId="1B08F009" w14:textId="77777777" w:rsidR="00525262" w:rsidRDefault="00525262" w:rsidP="00096C97">
            <w:r>
              <w:rPr>
                <w:sz w:val="16"/>
              </w:rPr>
              <w:t>YOĞUN BAKIM REHABAİLİTASYONU</w:t>
            </w:r>
          </w:p>
        </w:tc>
        <w:tc>
          <w:tcPr>
            <w:tcW w:w="850" w:type="dxa"/>
          </w:tcPr>
          <w:p w14:paraId="40ED40C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8DB7613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64D97EF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9CA8E48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6A641C49" w14:textId="77777777" w:rsidTr="00096C97">
        <w:trPr>
          <w:jc w:val="center"/>
        </w:trPr>
        <w:tc>
          <w:tcPr>
            <w:tcW w:w="7257" w:type="dxa"/>
          </w:tcPr>
          <w:p w14:paraId="3FFD92C7" w14:textId="77777777" w:rsidR="00525262" w:rsidRDefault="00525262" w:rsidP="00096C97">
            <w:r>
              <w:rPr>
                <w:sz w:val="16"/>
              </w:rPr>
              <w:t>İŞİTME KONUŞMA BOZUKLUKLARI VE TEDAVİSİ</w:t>
            </w:r>
          </w:p>
        </w:tc>
        <w:tc>
          <w:tcPr>
            <w:tcW w:w="850" w:type="dxa"/>
          </w:tcPr>
          <w:p w14:paraId="7DF4AF3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EF393E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517E99C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0DE475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517ACB45" w14:textId="77777777" w:rsidTr="00096C97">
        <w:trPr>
          <w:jc w:val="center"/>
        </w:trPr>
        <w:tc>
          <w:tcPr>
            <w:tcW w:w="7257" w:type="dxa"/>
          </w:tcPr>
          <w:p w14:paraId="1D9E1F7F" w14:textId="77777777" w:rsidR="00525262" w:rsidRDefault="00525262" w:rsidP="00096C97">
            <w:r>
              <w:rPr>
                <w:sz w:val="16"/>
              </w:rPr>
              <w:t>ÖZÜRLÜLERDE SOSYAL REHABİLİTASYON</w:t>
            </w:r>
          </w:p>
        </w:tc>
        <w:tc>
          <w:tcPr>
            <w:tcW w:w="850" w:type="dxa"/>
          </w:tcPr>
          <w:p w14:paraId="562B1D8F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F19C94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2B4C33F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5734069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1EE26211" w14:textId="77777777" w:rsidTr="00096C97">
        <w:trPr>
          <w:jc w:val="center"/>
        </w:trPr>
        <w:tc>
          <w:tcPr>
            <w:tcW w:w="7257" w:type="dxa"/>
          </w:tcPr>
          <w:p w14:paraId="6ED4E8B6" w14:textId="77777777" w:rsidR="00525262" w:rsidRDefault="00525262" w:rsidP="00096C97">
            <w:r>
              <w:rPr>
                <w:sz w:val="16"/>
              </w:rPr>
              <w:t>İLETİŞİM BECERİLERİ</w:t>
            </w:r>
          </w:p>
        </w:tc>
        <w:tc>
          <w:tcPr>
            <w:tcW w:w="850" w:type="dxa"/>
          </w:tcPr>
          <w:p w14:paraId="78F0755E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BD37CA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B62D77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9F1735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</w:tbl>
    <w:p w14:paraId="6DD8E603" w14:textId="77777777" w:rsidR="00525262" w:rsidRDefault="00525262" w:rsidP="00525262">
      <w:pPr>
        <w:spacing w:after="40"/>
      </w:pPr>
    </w:p>
    <w:p w14:paraId="3184074E" w14:textId="5A187D81" w:rsidR="00525262" w:rsidRDefault="00525262" w:rsidP="00525262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</w:t>
      </w:r>
      <w:r>
        <w:rPr>
          <w:b/>
          <w:sz w:val="24"/>
        </w:rPr>
        <w:t>4.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525262" w14:paraId="164B7237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548C2A80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20475355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6B54ADC2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2A9AC910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0F203FB6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6338D4E0" w14:textId="77777777" w:rsidR="00525262" w:rsidRDefault="00525262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525262" w14:paraId="08ABB4B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95D7A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405AF" w14:textId="77777777" w:rsidR="00525262" w:rsidRDefault="00525262" w:rsidP="00096C97">
            <w:r>
              <w:rPr>
                <w:sz w:val="17"/>
              </w:rPr>
              <w:t>FİZYOTERAPİ MESLEK UYGULAMALARI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AE7C8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AE25C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AC34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17AA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25262" w14:paraId="0E5E7CC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15635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4F4C9" w14:textId="77777777" w:rsidR="00525262" w:rsidRDefault="00525262" w:rsidP="00096C97">
            <w:r>
              <w:rPr>
                <w:sz w:val="17"/>
              </w:rPr>
              <w:t>NÖROLOJİK HASTALIKLARDA FİZİK TEDAVİ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FB270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D506C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321FE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BD02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35C2052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5E77C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E704A" w14:textId="77777777" w:rsidR="00525262" w:rsidRDefault="00525262" w:rsidP="00096C97">
            <w:r>
              <w:rPr>
                <w:sz w:val="17"/>
              </w:rPr>
              <w:t>HİDROTERAPİ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6A478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0646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901A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1915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516B725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DAD98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9920A" w14:textId="77777777" w:rsidR="00525262" w:rsidRDefault="00525262" w:rsidP="00096C97">
            <w:r>
              <w:rPr>
                <w:sz w:val="17"/>
              </w:rPr>
              <w:t>TIBBİ ETİK VE HASTA HAKLARI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439D1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AB289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000AB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6843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3722027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D980C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EB92E" w14:textId="77777777" w:rsidR="00525262" w:rsidRDefault="00525262" w:rsidP="00096C97">
            <w:r>
              <w:rPr>
                <w:sz w:val="17"/>
              </w:rPr>
              <w:t>ORTEZ VE PROTEZ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31C16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953EE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5A66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EA30D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25262" w14:paraId="50E8C65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45EED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A7494" w14:textId="77777777" w:rsidR="00525262" w:rsidRDefault="00525262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71A5E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B88BA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915B9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31EF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25262" w14:paraId="6ACC62C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F0B06" w14:textId="77777777" w:rsidR="00525262" w:rsidRDefault="00525262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696DC" w14:textId="77777777" w:rsidR="00525262" w:rsidRDefault="00525262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639D0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48367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1F204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E56FF" w14:textId="77777777" w:rsidR="00525262" w:rsidRDefault="00525262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25262" w14:paraId="79509932" w14:textId="77777777" w:rsidTr="00525262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3DF66D18" w14:textId="77777777" w:rsidR="00525262" w:rsidRDefault="00525262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1C414DA" w14:textId="77777777" w:rsidR="00525262" w:rsidRDefault="00525262" w:rsidP="00096C97">
            <w:r>
              <w:rPr>
                <w:b/>
                <w:sz w:val="17"/>
              </w:rPr>
              <w:t>15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4A60AE96" w14:textId="77777777" w:rsidR="00525262" w:rsidRDefault="00525262" w:rsidP="00096C97">
            <w:r>
              <w:rPr>
                <w:b/>
                <w:sz w:val="17"/>
              </w:rPr>
              <w:t>8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7A167D97" w14:textId="77777777" w:rsidR="00525262" w:rsidRDefault="00525262" w:rsidP="00096C97">
            <w:r>
              <w:rPr>
                <w:b/>
                <w:sz w:val="17"/>
              </w:rPr>
              <w:t>20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4BDD0689" w14:textId="77777777" w:rsidR="00525262" w:rsidRDefault="00525262" w:rsidP="00096C97">
            <w:r>
              <w:rPr>
                <w:b/>
                <w:sz w:val="17"/>
              </w:rPr>
              <w:t>31</w:t>
            </w:r>
          </w:p>
        </w:tc>
      </w:tr>
    </w:tbl>
    <w:p w14:paraId="705200CB" w14:textId="77777777" w:rsidR="00525262" w:rsidRDefault="00525262" w:rsidP="00525262">
      <w:r>
        <w:rPr>
          <w:b/>
          <w:sz w:val="20"/>
        </w:rPr>
        <w:t xml:space="preserve">Ders </w:t>
      </w:r>
      <w:proofErr w:type="spellStart"/>
      <w:r>
        <w:rPr>
          <w:b/>
          <w:sz w:val="20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257"/>
        <w:gridCol w:w="850"/>
        <w:gridCol w:w="850"/>
        <w:gridCol w:w="850"/>
        <w:gridCol w:w="850"/>
      </w:tblGrid>
      <w:tr w:rsidR="00525262" w14:paraId="3232EA5A" w14:textId="77777777" w:rsidTr="00096C97">
        <w:trPr>
          <w:jc w:val="center"/>
        </w:trPr>
        <w:tc>
          <w:tcPr>
            <w:tcW w:w="7257" w:type="dxa"/>
            <w:shd w:val="clear" w:color="auto" w:fill="D9E2F3"/>
          </w:tcPr>
          <w:p w14:paraId="14F570BF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 xml:space="preserve">Ders </w:t>
            </w:r>
            <w:proofErr w:type="spellStart"/>
            <w:r>
              <w:rPr>
                <w:b/>
                <w:sz w:val="17"/>
              </w:rPr>
              <w:t>Adı</w:t>
            </w:r>
            <w:proofErr w:type="spellEnd"/>
          </w:p>
        </w:tc>
        <w:tc>
          <w:tcPr>
            <w:tcW w:w="850" w:type="dxa"/>
            <w:shd w:val="clear" w:color="auto" w:fill="D9E2F3"/>
          </w:tcPr>
          <w:p w14:paraId="26F312C0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T</w:t>
            </w:r>
          </w:p>
        </w:tc>
        <w:tc>
          <w:tcPr>
            <w:tcW w:w="850" w:type="dxa"/>
            <w:shd w:val="clear" w:color="auto" w:fill="D9E2F3"/>
          </w:tcPr>
          <w:p w14:paraId="56230E8A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U</w:t>
            </w:r>
          </w:p>
        </w:tc>
        <w:tc>
          <w:tcPr>
            <w:tcW w:w="850" w:type="dxa"/>
            <w:shd w:val="clear" w:color="auto" w:fill="D9E2F3"/>
          </w:tcPr>
          <w:p w14:paraId="19F1A637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K</w:t>
            </w:r>
          </w:p>
        </w:tc>
        <w:tc>
          <w:tcPr>
            <w:tcW w:w="850" w:type="dxa"/>
            <w:shd w:val="clear" w:color="auto" w:fill="D9E2F3"/>
          </w:tcPr>
          <w:p w14:paraId="66825CE7" w14:textId="77777777" w:rsidR="00525262" w:rsidRDefault="00525262" w:rsidP="00096C97">
            <w:pPr>
              <w:jc w:val="center"/>
            </w:pPr>
            <w:r>
              <w:rPr>
                <w:b/>
                <w:sz w:val="17"/>
              </w:rPr>
              <w:t>AKTS</w:t>
            </w:r>
          </w:p>
        </w:tc>
      </w:tr>
      <w:tr w:rsidR="00525262" w14:paraId="26C4F3C9" w14:textId="77777777" w:rsidTr="00096C97">
        <w:trPr>
          <w:jc w:val="center"/>
        </w:trPr>
        <w:tc>
          <w:tcPr>
            <w:tcW w:w="7257" w:type="dxa"/>
          </w:tcPr>
          <w:p w14:paraId="66554FC4" w14:textId="77777777" w:rsidR="00525262" w:rsidRDefault="00525262" w:rsidP="00096C97">
            <w:r>
              <w:rPr>
                <w:sz w:val="16"/>
              </w:rPr>
              <w:t>İŞ SAĞLIĞI VE GÜVENLİĞİ</w:t>
            </w:r>
          </w:p>
        </w:tc>
        <w:tc>
          <w:tcPr>
            <w:tcW w:w="850" w:type="dxa"/>
          </w:tcPr>
          <w:p w14:paraId="71E20092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63CD03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660D568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8BE4760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6F6B8A1F" w14:textId="77777777" w:rsidTr="00096C97">
        <w:trPr>
          <w:jc w:val="center"/>
        </w:trPr>
        <w:tc>
          <w:tcPr>
            <w:tcW w:w="7257" w:type="dxa"/>
          </w:tcPr>
          <w:p w14:paraId="6CC92B8D" w14:textId="77777777" w:rsidR="00525262" w:rsidRDefault="00525262" w:rsidP="00096C97">
            <w:r>
              <w:rPr>
                <w:sz w:val="16"/>
              </w:rPr>
              <w:t>GENEL BESLENME</w:t>
            </w:r>
          </w:p>
        </w:tc>
        <w:tc>
          <w:tcPr>
            <w:tcW w:w="850" w:type="dxa"/>
          </w:tcPr>
          <w:p w14:paraId="7C98AFA3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8970451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248D53E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CD84212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10F75F51" w14:textId="77777777" w:rsidTr="00096C97">
        <w:trPr>
          <w:jc w:val="center"/>
        </w:trPr>
        <w:tc>
          <w:tcPr>
            <w:tcW w:w="7257" w:type="dxa"/>
          </w:tcPr>
          <w:p w14:paraId="0B9EC273" w14:textId="77777777" w:rsidR="00525262" w:rsidRDefault="00525262" w:rsidP="00096C97">
            <w:r>
              <w:rPr>
                <w:sz w:val="16"/>
              </w:rPr>
              <w:t>GİRİŞİMCİLİK</w:t>
            </w:r>
          </w:p>
        </w:tc>
        <w:tc>
          <w:tcPr>
            <w:tcW w:w="850" w:type="dxa"/>
          </w:tcPr>
          <w:p w14:paraId="64965A91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71D4DA1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A381B5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57DAA3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1673BB84" w14:textId="77777777" w:rsidTr="00096C97">
        <w:trPr>
          <w:jc w:val="center"/>
        </w:trPr>
        <w:tc>
          <w:tcPr>
            <w:tcW w:w="7257" w:type="dxa"/>
          </w:tcPr>
          <w:p w14:paraId="7D105268" w14:textId="77777777" w:rsidR="00525262" w:rsidRDefault="00525262" w:rsidP="00096C97">
            <w:r>
              <w:rPr>
                <w:sz w:val="16"/>
              </w:rPr>
              <w:t>KİŞİSEL GELİŞİM</w:t>
            </w:r>
          </w:p>
        </w:tc>
        <w:tc>
          <w:tcPr>
            <w:tcW w:w="850" w:type="dxa"/>
          </w:tcPr>
          <w:p w14:paraId="7636518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CE2515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156E0A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CF5380A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327184AB" w14:textId="77777777" w:rsidTr="00096C97">
        <w:trPr>
          <w:jc w:val="center"/>
        </w:trPr>
        <w:tc>
          <w:tcPr>
            <w:tcW w:w="7257" w:type="dxa"/>
          </w:tcPr>
          <w:p w14:paraId="70ED6F5F" w14:textId="77777777" w:rsidR="00525262" w:rsidRDefault="00525262" w:rsidP="00096C97">
            <w:r>
              <w:rPr>
                <w:sz w:val="16"/>
              </w:rPr>
              <w:t>DGS</w:t>
            </w:r>
          </w:p>
        </w:tc>
        <w:tc>
          <w:tcPr>
            <w:tcW w:w="850" w:type="dxa"/>
          </w:tcPr>
          <w:p w14:paraId="5FD68718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409A006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04CED22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231FAD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5FA5F643" w14:textId="77777777" w:rsidTr="00096C97">
        <w:trPr>
          <w:jc w:val="center"/>
        </w:trPr>
        <w:tc>
          <w:tcPr>
            <w:tcW w:w="7257" w:type="dxa"/>
          </w:tcPr>
          <w:p w14:paraId="47FB572F" w14:textId="77777777" w:rsidR="00525262" w:rsidRDefault="00525262" w:rsidP="00096C97">
            <w:r>
              <w:rPr>
                <w:sz w:val="16"/>
              </w:rPr>
              <w:t>MESLEKİ İNGİLİZCE</w:t>
            </w:r>
          </w:p>
        </w:tc>
        <w:tc>
          <w:tcPr>
            <w:tcW w:w="850" w:type="dxa"/>
          </w:tcPr>
          <w:p w14:paraId="104C6F5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F58C242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6B2153C3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8974E5B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551EACEC" w14:textId="77777777" w:rsidTr="00096C97">
        <w:trPr>
          <w:jc w:val="center"/>
        </w:trPr>
        <w:tc>
          <w:tcPr>
            <w:tcW w:w="7257" w:type="dxa"/>
          </w:tcPr>
          <w:p w14:paraId="7CE55642" w14:textId="77777777" w:rsidR="00525262" w:rsidRDefault="00525262" w:rsidP="00096C97">
            <w:r>
              <w:rPr>
                <w:sz w:val="16"/>
              </w:rPr>
              <w:t>TEMEL PSİKOLOJİ</w:t>
            </w:r>
          </w:p>
        </w:tc>
        <w:tc>
          <w:tcPr>
            <w:tcW w:w="850" w:type="dxa"/>
          </w:tcPr>
          <w:p w14:paraId="052B0DBA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FBA53D6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0A2F2C96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ECE22ED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0254F1BE" w14:textId="77777777" w:rsidTr="00096C97">
        <w:trPr>
          <w:jc w:val="center"/>
        </w:trPr>
        <w:tc>
          <w:tcPr>
            <w:tcW w:w="7257" w:type="dxa"/>
          </w:tcPr>
          <w:p w14:paraId="14DCB6E0" w14:textId="77777777" w:rsidR="00525262" w:rsidRDefault="00525262" w:rsidP="00096C97">
            <w:r>
              <w:rPr>
                <w:sz w:val="16"/>
              </w:rPr>
              <w:t>TOPLUMSAL DUYARLILIK</w:t>
            </w:r>
          </w:p>
        </w:tc>
        <w:tc>
          <w:tcPr>
            <w:tcW w:w="850" w:type="dxa"/>
          </w:tcPr>
          <w:p w14:paraId="72605A62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578457A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220E5E78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C4AF2E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55BA1B79" w14:textId="77777777" w:rsidTr="00096C97">
        <w:trPr>
          <w:jc w:val="center"/>
        </w:trPr>
        <w:tc>
          <w:tcPr>
            <w:tcW w:w="7257" w:type="dxa"/>
          </w:tcPr>
          <w:p w14:paraId="0FCAC27E" w14:textId="77777777" w:rsidR="00525262" w:rsidRDefault="00525262" w:rsidP="00096C97">
            <w:r>
              <w:rPr>
                <w:sz w:val="16"/>
              </w:rPr>
              <w:t>İŞARET DİLİ</w:t>
            </w:r>
          </w:p>
        </w:tc>
        <w:tc>
          <w:tcPr>
            <w:tcW w:w="850" w:type="dxa"/>
          </w:tcPr>
          <w:p w14:paraId="709425A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E756C41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9C6EBBA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F4E30F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718DC3E5" w14:textId="77777777" w:rsidTr="00096C97">
        <w:trPr>
          <w:jc w:val="center"/>
        </w:trPr>
        <w:tc>
          <w:tcPr>
            <w:tcW w:w="7257" w:type="dxa"/>
          </w:tcPr>
          <w:p w14:paraId="5FBCC852" w14:textId="77777777" w:rsidR="00525262" w:rsidRDefault="00525262" w:rsidP="00096C97">
            <w:r>
              <w:rPr>
                <w:sz w:val="16"/>
              </w:rPr>
              <w:t>SAĞLIK HİZMETLERİNDE İLETİŞİM</w:t>
            </w:r>
          </w:p>
        </w:tc>
        <w:tc>
          <w:tcPr>
            <w:tcW w:w="850" w:type="dxa"/>
          </w:tcPr>
          <w:p w14:paraId="685DEA0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5E8BCA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C9A3AE4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3D23025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525262" w14:paraId="30D2E72F" w14:textId="77777777" w:rsidTr="00096C97">
        <w:trPr>
          <w:jc w:val="center"/>
        </w:trPr>
        <w:tc>
          <w:tcPr>
            <w:tcW w:w="7257" w:type="dxa"/>
          </w:tcPr>
          <w:p w14:paraId="66A11AD4" w14:textId="77777777" w:rsidR="00525262" w:rsidRDefault="00525262" w:rsidP="00096C97">
            <w:r>
              <w:rPr>
                <w:sz w:val="16"/>
              </w:rPr>
              <w:t>SATRANÇ</w:t>
            </w:r>
          </w:p>
        </w:tc>
        <w:tc>
          <w:tcPr>
            <w:tcW w:w="850" w:type="dxa"/>
          </w:tcPr>
          <w:p w14:paraId="4D8F33EC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9C7B6B6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DB90CA7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F2746C6" w14:textId="77777777" w:rsidR="00525262" w:rsidRDefault="00525262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</w:tbl>
    <w:p w14:paraId="25FBB3F8" w14:textId="77777777" w:rsidR="00525262" w:rsidRDefault="00525262" w:rsidP="00525262">
      <w:pPr>
        <w:spacing w:after="40"/>
      </w:pPr>
    </w:p>
    <w:sectPr w:rsidR="00525262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2128795">
    <w:abstractNumId w:val="8"/>
  </w:num>
  <w:num w:numId="2" w16cid:durableId="2029217160">
    <w:abstractNumId w:val="6"/>
  </w:num>
  <w:num w:numId="3" w16cid:durableId="1296376875">
    <w:abstractNumId w:val="5"/>
  </w:num>
  <w:num w:numId="4" w16cid:durableId="873931279">
    <w:abstractNumId w:val="4"/>
  </w:num>
  <w:num w:numId="5" w16cid:durableId="658850181">
    <w:abstractNumId w:val="7"/>
  </w:num>
  <w:num w:numId="6" w16cid:durableId="1111708939">
    <w:abstractNumId w:val="3"/>
  </w:num>
  <w:num w:numId="7" w16cid:durableId="954212958">
    <w:abstractNumId w:val="2"/>
  </w:num>
  <w:num w:numId="8" w16cid:durableId="1680698699">
    <w:abstractNumId w:val="1"/>
  </w:num>
  <w:num w:numId="9" w16cid:durableId="156738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A86"/>
    <w:rsid w:val="0015074B"/>
    <w:rsid w:val="0029639D"/>
    <w:rsid w:val="00326F90"/>
    <w:rsid w:val="004D78F1"/>
    <w:rsid w:val="00525262"/>
    <w:rsid w:val="00AA1D8D"/>
    <w:rsid w:val="00B47730"/>
    <w:rsid w:val="00CB0664"/>
    <w:rsid w:val="00E5266F"/>
    <w:rsid w:val="00FA0D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C570E"/>
  <w14:defaultImageDpi w14:val="300"/>
  <w15:docId w15:val="{3179FCD9-770C-437C-9A94-541F833C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3</cp:revision>
  <dcterms:created xsi:type="dcterms:W3CDTF">2026-10-10T22:31:00Z</dcterms:created>
  <dcterms:modified xsi:type="dcterms:W3CDTF">2026-10-13T06:51:00Z</dcterms:modified>
  <cp:category/>
</cp:coreProperties>
</file>