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CE0A5" w14:textId="77777777" w:rsidR="00F531B0" w:rsidRDefault="00000000">
      <w:pPr>
        <w:jc w:val="center"/>
      </w:pPr>
      <w:r>
        <w:rPr>
          <w:b/>
          <w:sz w:val="26"/>
        </w:rPr>
        <w:t>İSTANBUL KENT ÜNİVERSİTESİ</w:t>
      </w:r>
    </w:p>
    <w:p w14:paraId="57030730" w14:textId="77777777" w:rsidR="00F531B0" w:rsidRDefault="00000000">
      <w:pPr>
        <w:jc w:val="center"/>
      </w:pPr>
      <w:r>
        <w:rPr>
          <w:b/>
          <w:sz w:val="24"/>
        </w:rPr>
        <w:t>SAĞLIK HİZMETLERİ MESLEK YÜKSEKOKULU</w:t>
      </w:r>
    </w:p>
    <w:p w14:paraId="2A378FD6" w14:textId="77777777" w:rsidR="00F531B0" w:rsidRDefault="00000000">
      <w:pPr>
        <w:jc w:val="center"/>
      </w:pPr>
      <w:r>
        <w:rPr>
          <w:b/>
          <w:sz w:val="24"/>
        </w:rPr>
        <w:t>FİZYOTERAPİ PROGRAMI</w:t>
      </w:r>
    </w:p>
    <w:p w14:paraId="3095BE97" w14:textId="77777777" w:rsidR="00F531B0" w:rsidRDefault="00000000">
      <w:pPr>
        <w:jc w:val="center"/>
      </w:pPr>
      <w:r>
        <w:rPr>
          <w:b/>
          <w:color w:val="800000"/>
          <w:sz w:val="28"/>
        </w:rPr>
        <w:t>2019-2020 EĞİTİM ÖĞRETİM YILI MÜFREDATI</w:t>
      </w:r>
    </w:p>
    <w:p w14:paraId="7BBD6305" w14:textId="7E0A3955" w:rsidR="00F531B0" w:rsidRDefault="00A97228" w:rsidP="00A97228">
      <w:pPr>
        <w:ind w:left="3600"/>
      </w:pPr>
      <w:r>
        <w:rPr>
          <w:b/>
          <w:sz w:val="24"/>
        </w:rPr>
        <w:t xml:space="preserve">        </w:t>
      </w:r>
      <w:r w:rsidR="00000000">
        <w:rPr>
          <w:b/>
          <w:sz w:val="24"/>
        </w:rPr>
        <w:t>1.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F531B0" w14:paraId="4ABFB245" w14:textId="7777777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2B8CB18D" w14:textId="77777777" w:rsidR="00F531B0" w:rsidRDefault="00000000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4F843614" w14:textId="77777777" w:rsidR="00F531B0" w:rsidRDefault="00000000">
            <w:pPr>
              <w:jc w:val="center"/>
            </w:pPr>
            <w:r>
              <w:rPr>
                <w:b/>
                <w:color w:val="FFFFFF"/>
              </w:rPr>
              <w:t>Ders Adı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1E1B7E86" w14:textId="77777777" w:rsidR="00F531B0" w:rsidRDefault="00000000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1FD1ABAE" w14:textId="77777777" w:rsidR="00F531B0" w:rsidRDefault="00000000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49B3F340" w14:textId="77777777" w:rsidR="00F531B0" w:rsidRDefault="00000000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1787AB34" w14:textId="77777777" w:rsidR="00F531B0" w:rsidRDefault="00000000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F531B0" w14:paraId="2B99DDDE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6ECBD" w14:textId="77777777" w:rsidR="00F531B0" w:rsidRDefault="00000000">
            <w:pPr>
              <w:jc w:val="center"/>
            </w:pPr>
            <w:r>
              <w:rPr>
                <w:sz w:val="17"/>
              </w:rPr>
              <w:t>51000101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4E92C" w14:textId="77777777" w:rsidR="00F531B0" w:rsidRDefault="00000000">
            <w:r>
              <w:rPr>
                <w:sz w:val="17"/>
              </w:rPr>
              <w:t>Türk Dili-I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22702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F5278" w14:textId="77777777" w:rsidR="00F531B0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B77CD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F9B68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531B0" w14:paraId="6A6B6E41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15581" w14:textId="77777777" w:rsidR="00F531B0" w:rsidRDefault="00000000">
            <w:pPr>
              <w:jc w:val="center"/>
            </w:pPr>
            <w:r>
              <w:rPr>
                <w:sz w:val="17"/>
              </w:rPr>
              <w:t>51000103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A1720" w14:textId="77777777" w:rsidR="00F531B0" w:rsidRDefault="00000000">
            <w:r>
              <w:rPr>
                <w:sz w:val="17"/>
              </w:rPr>
              <w:t>Atatürk İlkeleri ve İnkılap Tarihi-I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5D142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9B860" w14:textId="77777777" w:rsidR="00F531B0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32E32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FD642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F531B0" w14:paraId="1400BBE6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19860" w14:textId="77777777" w:rsidR="00F531B0" w:rsidRDefault="00000000">
            <w:pPr>
              <w:jc w:val="center"/>
            </w:pPr>
            <w:r>
              <w:rPr>
                <w:sz w:val="17"/>
              </w:rPr>
              <w:t>52000109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F61FB" w14:textId="77777777" w:rsidR="00F531B0" w:rsidRDefault="00000000">
            <w:r>
              <w:rPr>
                <w:sz w:val="17"/>
              </w:rPr>
              <w:t>Tıbbi Terminoloji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EC27D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7E2E3" w14:textId="77777777" w:rsidR="00F531B0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8287C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5F263" w14:textId="77777777" w:rsidR="00F531B0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531B0" w14:paraId="7EBDC43B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52AD0" w14:textId="77777777" w:rsidR="00F531B0" w:rsidRDefault="00000000">
            <w:pPr>
              <w:jc w:val="center"/>
            </w:pPr>
            <w:r>
              <w:rPr>
                <w:sz w:val="17"/>
              </w:rPr>
              <w:t>52003103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8599C" w14:textId="77777777" w:rsidR="00F531B0" w:rsidRDefault="00000000">
            <w:r>
              <w:rPr>
                <w:sz w:val="17"/>
              </w:rPr>
              <w:t>Fizik Tedavi ve Rehabilitasyon Yöntemleri-I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28CD0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0EAEA" w14:textId="77777777" w:rsidR="00F531B0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10DAA" w14:textId="77777777" w:rsidR="00F531B0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619F0" w14:textId="77777777" w:rsidR="00F531B0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F531B0" w14:paraId="07C8D392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E068A" w14:textId="77777777" w:rsidR="00F531B0" w:rsidRDefault="00000000">
            <w:pPr>
              <w:jc w:val="center"/>
            </w:pPr>
            <w:r>
              <w:rPr>
                <w:sz w:val="17"/>
              </w:rPr>
              <w:t>52003105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DC6C2" w14:textId="77777777" w:rsidR="00F531B0" w:rsidRDefault="00000000">
            <w:r>
              <w:rPr>
                <w:sz w:val="17"/>
              </w:rPr>
              <w:t>Anatomi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EC629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4E9E3" w14:textId="77777777" w:rsidR="00F531B0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D7EE2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980A4" w14:textId="77777777" w:rsidR="00F531B0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F531B0" w14:paraId="2F0FA1B7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94029" w14:textId="77777777" w:rsidR="00F531B0" w:rsidRDefault="00000000">
            <w:pPr>
              <w:jc w:val="center"/>
            </w:pPr>
            <w:r>
              <w:rPr>
                <w:sz w:val="17"/>
              </w:rPr>
              <w:t>52003107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F409B" w14:textId="77777777" w:rsidR="00F531B0" w:rsidRDefault="00000000">
            <w:r>
              <w:rPr>
                <w:sz w:val="17"/>
              </w:rPr>
              <w:t>Fizyoloji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E60BD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1F1C0" w14:textId="77777777" w:rsidR="00F531B0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42A58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93268" w14:textId="77777777" w:rsidR="00F531B0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F531B0" w14:paraId="72D18C4C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BAC8C" w14:textId="77777777" w:rsidR="00F531B0" w:rsidRDefault="00000000">
            <w:pPr>
              <w:jc w:val="center"/>
            </w:pPr>
            <w:r>
              <w:rPr>
                <w:sz w:val="17"/>
              </w:rPr>
              <w:t>52003109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719C8" w14:textId="77777777" w:rsidR="00F531B0" w:rsidRDefault="00000000">
            <w:r>
              <w:rPr>
                <w:sz w:val="17"/>
              </w:rPr>
              <w:t>Fizik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4B37E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6DE90" w14:textId="77777777" w:rsidR="00F531B0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50278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C8C5D" w14:textId="77777777" w:rsidR="00F531B0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F531B0" w14:paraId="53308AC3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02882" w14:textId="77777777" w:rsidR="00F531B0" w:rsidRDefault="00000000">
            <w:pPr>
              <w:jc w:val="center"/>
            </w:pPr>
            <w:r>
              <w:rPr>
                <w:sz w:val="17"/>
              </w:rPr>
              <w:t>59001103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EE874" w14:textId="77777777" w:rsidR="00F531B0" w:rsidRDefault="00000000">
            <w:r>
              <w:rPr>
                <w:sz w:val="17"/>
              </w:rPr>
              <w:t>İngilizce-I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89345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66B78" w14:textId="77777777" w:rsidR="00F531B0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5DDA5" w14:textId="77777777" w:rsidR="00F531B0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4D0F1" w14:textId="77777777" w:rsidR="00F531B0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F531B0" w14:paraId="632B47F6" w14:textId="77777777" w:rsidTr="00A97228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0848332F" w14:textId="77777777" w:rsidR="00F531B0" w:rsidRDefault="00000000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54E04B78" w14:textId="77777777" w:rsidR="00F531B0" w:rsidRDefault="00000000">
            <w:r>
              <w:rPr>
                <w:b/>
                <w:sz w:val="17"/>
              </w:rPr>
              <w:t>16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BBC19AE" w14:textId="77777777" w:rsidR="00F531B0" w:rsidRDefault="00000000">
            <w:r>
              <w:rPr>
                <w:b/>
                <w:sz w:val="17"/>
              </w:rPr>
              <w:t>1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A31EEF2" w14:textId="77777777" w:rsidR="00F531B0" w:rsidRDefault="00000000">
            <w:r>
              <w:rPr>
                <w:b/>
                <w:sz w:val="17"/>
              </w:rPr>
              <w:t>17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28A87F60" w14:textId="77777777" w:rsidR="00F531B0" w:rsidRDefault="00000000">
            <w:r>
              <w:rPr>
                <w:b/>
                <w:sz w:val="17"/>
              </w:rPr>
              <w:t>30</w:t>
            </w:r>
          </w:p>
        </w:tc>
      </w:tr>
    </w:tbl>
    <w:p w14:paraId="27C8866D" w14:textId="77777777" w:rsidR="00A97228" w:rsidRDefault="00A97228">
      <w:pPr>
        <w:spacing w:after="40"/>
        <w:rPr>
          <w:b/>
          <w:sz w:val="24"/>
        </w:rPr>
      </w:pPr>
    </w:p>
    <w:p w14:paraId="0E748A27" w14:textId="145A9BE6" w:rsidR="00F531B0" w:rsidRDefault="00A97228" w:rsidP="00A97228">
      <w:pPr>
        <w:spacing w:after="40"/>
        <w:ind w:left="2880" w:firstLine="720"/>
        <w:rPr>
          <w:b/>
          <w:sz w:val="24"/>
        </w:rPr>
      </w:pPr>
      <w:r>
        <w:rPr>
          <w:b/>
          <w:sz w:val="24"/>
        </w:rPr>
        <w:t xml:space="preserve">         </w:t>
      </w:r>
      <w:r>
        <w:rPr>
          <w:b/>
          <w:sz w:val="24"/>
        </w:rPr>
        <w:t>2.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A97228" w14:paraId="0A4EA528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1D79AEF0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6038ED1A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02ECD5F7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52D91E33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6E687094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37B3DDBE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A97228" w14:paraId="2394030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2AEE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51000102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D60D5" w14:textId="77777777" w:rsidR="00A97228" w:rsidRDefault="00A97228" w:rsidP="00096C97">
            <w:proofErr w:type="spellStart"/>
            <w:r>
              <w:rPr>
                <w:sz w:val="17"/>
              </w:rPr>
              <w:t>Türk</w:t>
            </w:r>
            <w:proofErr w:type="spellEnd"/>
            <w:r>
              <w:rPr>
                <w:sz w:val="17"/>
              </w:rPr>
              <w:t xml:space="preserve"> Dili-II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8C80F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FCAE2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6F500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1E3FC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97228" w14:paraId="76E7D75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409A5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51000104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2AEF8" w14:textId="77777777" w:rsidR="00A97228" w:rsidRDefault="00A97228" w:rsidP="00096C97">
            <w:r>
              <w:rPr>
                <w:sz w:val="17"/>
              </w:rPr>
              <w:t xml:space="preserve">Atatürk </w:t>
            </w:r>
            <w:proofErr w:type="spellStart"/>
            <w:r>
              <w:rPr>
                <w:sz w:val="17"/>
              </w:rPr>
              <w:t>İlkeleri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İnkılap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Tarihi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F4A7F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9A94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0CD8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9BD17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A97228" w14:paraId="1EDB8185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E444F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52003116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F5AA5" w14:textId="77777777" w:rsidR="00A97228" w:rsidRDefault="00A97228" w:rsidP="00096C97">
            <w:r>
              <w:rPr>
                <w:sz w:val="17"/>
              </w:rPr>
              <w:t xml:space="preserve">Fizik </w:t>
            </w:r>
            <w:proofErr w:type="spellStart"/>
            <w:r>
              <w:rPr>
                <w:sz w:val="17"/>
              </w:rPr>
              <w:t>Tedavide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Yardımcı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Gereçler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564E1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BC5CF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06746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6B06F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97228" w14:paraId="77C485E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49412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52003118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15EB0" w14:textId="77777777" w:rsidR="00A97228" w:rsidRDefault="00A97228" w:rsidP="00096C97">
            <w:proofErr w:type="spellStart"/>
            <w:r>
              <w:rPr>
                <w:sz w:val="17"/>
              </w:rPr>
              <w:t>İskelet</w:t>
            </w:r>
            <w:proofErr w:type="spellEnd"/>
            <w:r>
              <w:rPr>
                <w:sz w:val="17"/>
              </w:rPr>
              <w:t xml:space="preserve"> ve Kas Sistemi Anatomisi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A7236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C472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26C39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EA45F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97228" w14:paraId="74E1A428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30F3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52003120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BB8AE" w14:textId="77777777" w:rsidR="00A97228" w:rsidRDefault="00A97228" w:rsidP="00096C97">
            <w:r>
              <w:rPr>
                <w:sz w:val="17"/>
              </w:rPr>
              <w:t xml:space="preserve">Fizik Tedavi Ve </w:t>
            </w:r>
            <w:proofErr w:type="spellStart"/>
            <w:r>
              <w:rPr>
                <w:sz w:val="17"/>
              </w:rPr>
              <w:t>Rehabilitasyon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Yöntemleri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89CD1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4BAD7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0BDCB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DFFF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97228" w14:paraId="4098E4D7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39549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52003122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2C3A5" w14:textId="77777777" w:rsidR="00A97228" w:rsidRDefault="00A97228" w:rsidP="00096C97">
            <w:r>
              <w:rPr>
                <w:sz w:val="17"/>
              </w:rPr>
              <w:t xml:space="preserve">Masaj </w:t>
            </w:r>
            <w:proofErr w:type="spellStart"/>
            <w:r>
              <w:rPr>
                <w:sz w:val="17"/>
              </w:rPr>
              <w:t>Teknikleri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87EA3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F0A0F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1A8E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A973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97228" w14:paraId="251DB442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FD23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52003126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14899" w14:textId="77777777" w:rsidR="00A97228" w:rsidRDefault="00A97228" w:rsidP="00096C97">
            <w:r>
              <w:rPr>
                <w:sz w:val="17"/>
              </w:rPr>
              <w:t>İlk ve Acil Yardım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AF8A3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16401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6253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ED1A6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97228" w14:paraId="37B757EB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9117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52003128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07CCB" w14:textId="77777777" w:rsidR="00A97228" w:rsidRDefault="00A97228" w:rsidP="00096C97">
            <w:proofErr w:type="spellStart"/>
            <w:r>
              <w:rPr>
                <w:sz w:val="17"/>
              </w:rPr>
              <w:t>Bölgesel</w:t>
            </w:r>
            <w:proofErr w:type="spellEnd"/>
            <w:r>
              <w:rPr>
                <w:sz w:val="17"/>
              </w:rPr>
              <w:t xml:space="preserve"> Anatomi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03ACE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CE07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C9B0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485A1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A97228" w14:paraId="5C81C26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49177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52003130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D3376" w14:textId="77777777" w:rsidR="00A97228" w:rsidRDefault="00A97228" w:rsidP="00096C97">
            <w:proofErr w:type="spellStart"/>
            <w:r>
              <w:rPr>
                <w:sz w:val="17"/>
              </w:rPr>
              <w:t>Seminer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BF64E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4F045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24A0E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FBD65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A97228" w14:paraId="6E7F57A3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AD249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59001104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22C90" w14:textId="77777777" w:rsidR="00A97228" w:rsidRDefault="00A97228" w:rsidP="00096C97">
            <w:proofErr w:type="spellStart"/>
            <w:r>
              <w:rPr>
                <w:sz w:val="17"/>
              </w:rPr>
              <w:t>İngilizce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45579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FCF8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986AB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04E7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97228" w14:paraId="78093115" w14:textId="77777777" w:rsidTr="00096C97">
        <w:trPr>
          <w:jc w:val="center"/>
        </w:trPr>
        <w:tc>
          <w:tcPr>
            <w:tcW w:w="5783" w:type="dxa"/>
            <w:gridSpan w:val="2"/>
            <w:shd w:val="clear" w:color="auto" w:fill="F2D27A"/>
            <w:vAlign w:val="center"/>
          </w:tcPr>
          <w:p w14:paraId="265206B2" w14:textId="77777777" w:rsidR="00A97228" w:rsidRDefault="00A97228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3D7A585" w14:textId="77777777" w:rsidR="00A97228" w:rsidRDefault="00A97228" w:rsidP="00096C97">
            <w:r>
              <w:rPr>
                <w:b/>
                <w:sz w:val="17"/>
              </w:rPr>
              <w:t>16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72F5A466" w14:textId="77777777" w:rsidR="00A97228" w:rsidRDefault="00A97228" w:rsidP="00096C97">
            <w:r>
              <w:rPr>
                <w:b/>
                <w:sz w:val="17"/>
              </w:rPr>
              <w:t>5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54B0C907" w14:textId="77777777" w:rsidR="00A97228" w:rsidRDefault="00A97228" w:rsidP="00096C97">
            <w:r>
              <w:rPr>
                <w:b/>
                <w:sz w:val="17"/>
              </w:rPr>
              <w:t>20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1D1CE1A5" w14:textId="77777777" w:rsidR="00A97228" w:rsidRDefault="00A97228" w:rsidP="00096C97">
            <w:r>
              <w:rPr>
                <w:b/>
                <w:sz w:val="17"/>
              </w:rPr>
              <w:t>30</w:t>
            </w:r>
          </w:p>
        </w:tc>
      </w:tr>
    </w:tbl>
    <w:p w14:paraId="1E4378B0" w14:textId="77777777" w:rsidR="00A97228" w:rsidRDefault="00A97228" w:rsidP="00A97228">
      <w:pPr>
        <w:spacing w:after="40"/>
        <w:ind w:left="4320"/>
      </w:pPr>
    </w:p>
    <w:p w14:paraId="27E4AF38" w14:textId="0FA24DD5" w:rsidR="00F531B0" w:rsidRDefault="00A97228" w:rsidP="00A97228">
      <w:pPr>
        <w:pageBreakBefore/>
        <w:ind w:left="2880" w:firstLine="720"/>
      </w:pPr>
      <w:r>
        <w:rPr>
          <w:b/>
          <w:sz w:val="24"/>
        </w:rPr>
        <w:lastRenderedPageBreak/>
        <w:t xml:space="preserve">        </w:t>
      </w:r>
      <w:r>
        <w:rPr>
          <w:b/>
          <w:sz w:val="24"/>
        </w:rPr>
        <w:t>3.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A97228" w14:paraId="79CA41D7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14B7DBA7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6C7259A0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79E545A9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6BAE4C05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18A73DC0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62F8B1CF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A97228" w14:paraId="7554B3C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CC7AB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52003201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4E0FC" w14:textId="77777777" w:rsidR="00A97228" w:rsidRDefault="00A97228" w:rsidP="00096C97">
            <w:proofErr w:type="spellStart"/>
            <w:r>
              <w:rPr>
                <w:sz w:val="17"/>
              </w:rPr>
              <w:t>Fizyoterapi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Meslek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Uygulamaları</w:t>
            </w:r>
            <w:proofErr w:type="spellEnd"/>
            <w:r>
              <w:rPr>
                <w:sz w:val="17"/>
              </w:rPr>
              <w:t>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7F2AC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58321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4703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2B98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97228" w14:paraId="3592B233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0DE09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52003209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2E0E6" w14:textId="77777777" w:rsidR="00A97228" w:rsidRDefault="00A97228" w:rsidP="00096C97">
            <w:proofErr w:type="spellStart"/>
            <w:r>
              <w:rPr>
                <w:sz w:val="17"/>
              </w:rPr>
              <w:t>Kinezyoloji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ACB65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9B47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DEE3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950EE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97228" w14:paraId="69D21F5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B0C31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52003215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FA073" w14:textId="77777777" w:rsidR="00A97228" w:rsidRDefault="00A97228" w:rsidP="00096C97">
            <w:proofErr w:type="spellStart"/>
            <w:r>
              <w:rPr>
                <w:sz w:val="17"/>
              </w:rPr>
              <w:t>Ortopedik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B1DC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2A933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1C2B2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71735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97228" w14:paraId="50B2542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9840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52003219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AF38F" w14:textId="77777777" w:rsidR="00A97228" w:rsidRDefault="00A97228" w:rsidP="00096C97">
            <w:proofErr w:type="spellStart"/>
            <w:r>
              <w:rPr>
                <w:sz w:val="17"/>
              </w:rPr>
              <w:t>Romatizmal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E87D1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D5915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F53B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B928F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97228" w14:paraId="20C3D698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47FE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52003221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C22FB" w14:textId="77777777" w:rsidR="00A97228" w:rsidRDefault="00A97228" w:rsidP="00096C97">
            <w:proofErr w:type="spellStart"/>
            <w:r>
              <w:rPr>
                <w:sz w:val="17"/>
              </w:rPr>
              <w:t>Elektroterapi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6AB0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C466C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66204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B29E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97228" w14:paraId="0826FC4A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C3DDE" w14:textId="77777777" w:rsidR="00A97228" w:rsidRDefault="00A9722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E2D6A" w14:textId="77777777" w:rsidR="00A97228" w:rsidRDefault="00A97228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10517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D0511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8427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B3257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97228" w14:paraId="44D19A26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95DB3" w14:textId="77777777" w:rsidR="00A97228" w:rsidRDefault="00A9722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C8C6C" w14:textId="77777777" w:rsidR="00A97228" w:rsidRDefault="00A97228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3D064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E7F45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5461E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FD4BF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97228" w14:paraId="3ED96170" w14:textId="77777777" w:rsidTr="00A97228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381379E6" w14:textId="77777777" w:rsidR="00A97228" w:rsidRDefault="00A97228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5E383B14" w14:textId="77777777" w:rsidR="00A97228" w:rsidRDefault="00A97228" w:rsidP="00096C97">
            <w:r>
              <w:rPr>
                <w:b/>
                <w:sz w:val="17"/>
              </w:rPr>
              <w:t>16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E3F55E5" w14:textId="77777777" w:rsidR="00A97228" w:rsidRDefault="00A97228" w:rsidP="00096C97">
            <w:r>
              <w:rPr>
                <w:b/>
                <w:sz w:val="17"/>
              </w:rPr>
              <w:t>8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4ECEEDAF" w14:textId="77777777" w:rsidR="00A97228" w:rsidRDefault="00A97228" w:rsidP="00096C97">
            <w:r>
              <w:rPr>
                <w:b/>
                <w:sz w:val="17"/>
              </w:rPr>
              <w:t>21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738134F4" w14:textId="77777777" w:rsidR="00A97228" w:rsidRDefault="00A97228" w:rsidP="00096C97">
            <w:r>
              <w:rPr>
                <w:b/>
                <w:sz w:val="17"/>
              </w:rPr>
              <w:t>31</w:t>
            </w:r>
          </w:p>
        </w:tc>
      </w:tr>
    </w:tbl>
    <w:p w14:paraId="69F5072C" w14:textId="77777777" w:rsidR="00A97228" w:rsidRDefault="00A97228" w:rsidP="00A97228">
      <w:r>
        <w:rPr>
          <w:b/>
          <w:sz w:val="20"/>
        </w:rPr>
        <w:t xml:space="preserve">Ders </w:t>
      </w:r>
      <w:proofErr w:type="spellStart"/>
      <w:r>
        <w:rPr>
          <w:b/>
          <w:sz w:val="20"/>
        </w:rPr>
        <w:t>Seçenekleri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257"/>
        <w:gridCol w:w="850"/>
        <w:gridCol w:w="850"/>
        <w:gridCol w:w="850"/>
        <w:gridCol w:w="850"/>
      </w:tblGrid>
      <w:tr w:rsidR="00A97228" w14:paraId="78193B46" w14:textId="77777777" w:rsidTr="00096C97">
        <w:trPr>
          <w:jc w:val="center"/>
        </w:trPr>
        <w:tc>
          <w:tcPr>
            <w:tcW w:w="7257" w:type="dxa"/>
            <w:shd w:val="clear" w:color="auto" w:fill="D9E2F3"/>
          </w:tcPr>
          <w:p w14:paraId="7821079C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 xml:space="preserve">Ders </w:t>
            </w:r>
            <w:proofErr w:type="spellStart"/>
            <w:r>
              <w:rPr>
                <w:b/>
                <w:sz w:val="17"/>
              </w:rPr>
              <w:t>Adı</w:t>
            </w:r>
            <w:proofErr w:type="spellEnd"/>
          </w:p>
        </w:tc>
        <w:tc>
          <w:tcPr>
            <w:tcW w:w="850" w:type="dxa"/>
            <w:shd w:val="clear" w:color="auto" w:fill="D9E2F3"/>
          </w:tcPr>
          <w:p w14:paraId="262DE9B4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>T</w:t>
            </w:r>
          </w:p>
        </w:tc>
        <w:tc>
          <w:tcPr>
            <w:tcW w:w="850" w:type="dxa"/>
            <w:shd w:val="clear" w:color="auto" w:fill="D9E2F3"/>
          </w:tcPr>
          <w:p w14:paraId="4A6B65F2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>U</w:t>
            </w:r>
          </w:p>
        </w:tc>
        <w:tc>
          <w:tcPr>
            <w:tcW w:w="850" w:type="dxa"/>
            <w:shd w:val="clear" w:color="auto" w:fill="D9E2F3"/>
          </w:tcPr>
          <w:p w14:paraId="1532E0AA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>K</w:t>
            </w:r>
          </w:p>
        </w:tc>
        <w:tc>
          <w:tcPr>
            <w:tcW w:w="850" w:type="dxa"/>
            <w:shd w:val="clear" w:color="auto" w:fill="D9E2F3"/>
          </w:tcPr>
          <w:p w14:paraId="5BE194E0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>AKTS</w:t>
            </w:r>
          </w:p>
        </w:tc>
      </w:tr>
      <w:tr w:rsidR="00A97228" w14:paraId="2A3814CD" w14:textId="77777777" w:rsidTr="00096C97">
        <w:trPr>
          <w:jc w:val="center"/>
        </w:trPr>
        <w:tc>
          <w:tcPr>
            <w:tcW w:w="7257" w:type="dxa"/>
          </w:tcPr>
          <w:p w14:paraId="7B03EDD4" w14:textId="77777777" w:rsidR="00A97228" w:rsidRDefault="00A97228" w:rsidP="00096C97">
            <w:r>
              <w:rPr>
                <w:sz w:val="16"/>
              </w:rPr>
              <w:t>Klinik Pilates</w:t>
            </w:r>
          </w:p>
        </w:tc>
        <w:tc>
          <w:tcPr>
            <w:tcW w:w="850" w:type="dxa"/>
          </w:tcPr>
          <w:p w14:paraId="60C7D287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CE4704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12B3B7C6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39DDD1B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167D813F" w14:textId="77777777" w:rsidTr="00096C97">
        <w:trPr>
          <w:jc w:val="center"/>
        </w:trPr>
        <w:tc>
          <w:tcPr>
            <w:tcW w:w="7257" w:type="dxa"/>
          </w:tcPr>
          <w:p w14:paraId="4482B498" w14:textId="77777777" w:rsidR="00A97228" w:rsidRDefault="00A97228" w:rsidP="00096C97">
            <w:proofErr w:type="spellStart"/>
            <w:r>
              <w:rPr>
                <w:sz w:val="16"/>
              </w:rPr>
              <w:t>Obezite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Rehabilitasyonu</w:t>
            </w:r>
            <w:proofErr w:type="spellEnd"/>
          </w:p>
        </w:tc>
        <w:tc>
          <w:tcPr>
            <w:tcW w:w="850" w:type="dxa"/>
          </w:tcPr>
          <w:p w14:paraId="655706EE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6B1BEE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BF4EFEA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EA4E1F5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58884F34" w14:textId="77777777" w:rsidTr="00096C97">
        <w:trPr>
          <w:jc w:val="center"/>
        </w:trPr>
        <w:tc>
          <w:tcPr>
            <w:tcW w:w="7257" w:type="dxa"/>
          </w:tcPr>
          <w:p w14:paraId="67D4107F" w14:textId="77777777" w:rsidR="00A97228" w:rsidRDefault="00A97228" w:rsidP="00096C97">
            <w:proofErr w:type="spellStart"/>
            <w:r>
              <w:rPr>
                <w:sz w:val="16"/>
              </w:rPr>
              <w:t>İşitme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Konuşma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Bozuklukları</w:t>
            </w:r>
            <w:proofErr w:type="spellEnd"/>
            <w:r>
              <w:rPr>
                <w:sz w:val="16"/>
              </w:rPr>
              <w:t xml:space="preserve"> ve </w:t>
            </w:r>
            <w:proofErr w:type="spellStart"/>
            <w:r>
              <w:rPr>
                <w:sz w:val="16"/>
              </w:rPr>
              <w:t>Dedavisi</w:t>
            </w:r>
            <w:proofErr w:type="spellEnd"/>
          </w:p>
        </w:tc>
        <w:tc>
          <w:tcPr>
            <w:tcW w:w="850" w:type="dxa"/>
          </w:tcPr>
          <w:p w14:paraId="4D89C455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93DD5CF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1440336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DFFC728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5DDF976F" w14:textId="77777777" w:rsidTr="00096C97">
        <w:trPr>
          <w:jc w:val="center"/>
        </w:trPr>
        <w:tc>
          <w:tcPr>
            <w:tcW w:w="7257" w:type="dxa"/>
          </w:tcPr>
          <w:p w14:paraId="00535988" w14:textId="77777777" w:rsidR="00A97228" w:rsidRDefault="00A97228" w:rsidP="00096C97">
            <w:proofErr w:type="spellStart"/>
            <w:r>
              <w:rPr>
                <w:sz w:val="16"/>
              </w:rPr>
              <w:t>Özürlülerde</w:t>
            </w:r>
            <w:proofErr w:type="spellEnd"/>
            <w:r>
              <w:rPr>
                <w:sz w:val="16"/>
              </w:rPr>
              <w:t xml:space="preserve"> Sosyal </w:t>
            </w:r>
            <w:proofErr w:type="spellStart"/>
            <w:r>
              <w:rPr>
                <w:sz w:val="16"/>
              </w:rPr>
              <w:t>Rehabilitasyon</w:t>
            </w:r>
            <w:proofErr w:type="spellEnd"/>
          </w:p>
        </w:tc>
        <w:tc>
          <w:tcPr>
            <w:tcW w:w="850" w:type="dxa"/>
          </w:tcPr>
          <w:p w14:paraId="189E6F8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1286B14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56A09D7C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AC68B6C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5AB3A1C3" w14:textId="77777777" w:rsidTr="00096C97">
        <w:trPr>
          <w:jc w:val="center"/>
        </w:trPr>
        <w:tc>
          <w:tcPr>
            <w:tcW w:w="7257" w:type="dxa"/>
          </w:tcPr>
          <w:p w14:paraId="65C1580F" w14:textId="77777777" w:rsidR="00A97228" w:rsidRDefault="00A97228" w:rsidP="00096C97">
            <w:r>
              <w:rPr>
                <w:sz w:val="16"/>
              </w:rPr>
              <w:t>DGS (</w:t>
            </w:r>
            <w:proofErr w:type="spellStart"/>
            <w:r>
              <w:rPr>
                <w:sz w:val="16"/>
              </w:rPr>
              <w:t>Dikey</w:t>
            </w:r>
            <w:proofErr w:type="spellEnd"/>
            <w:r>
              <w:rPr>
                <w:sz w:val="16"/>
              </w:rPr>
              <w:t xml:space="preserve"> Geçiş Sınavı)</w:t>
            </w:r>
          </w:p>
        </w:tc>
        <w:tc>
          <w:tcPr>
            <w:tcW w:w="850" w:type="dxa"/>
          </w:tcPr>
          <w:p w14:paraId="455C366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D9EF589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563E81DA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708766A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2A08BA3B" w14:textId="77777777" w:rsidTr="00096C97">
        <w:trPr>
          <w:jc w:val="center"/>
        </w:trPr>
        <w:tc>
          <w:tcPr>
            <w:tcW w:w="7257" w:type="dxa"/>
          </w:tcPr>
          <w:p w14:paraId="3851AD34" w14:textId="77777777" w:rsidR="00A97228" w:rsidRDefault="00A97228" w:rsidP="00096C97">
            <w:r>
              <w:rPr>
                <w:sz w:val="16"/>
              </w:rPr>
              <w:t>Kariyer Gelişimi</w:t>
            </w:r>
          </w:p>
        </w:tc>
        <w:tc>
          <w:tcPr>
            <w:tcW w:w="850" w:type="dxa"/>
          </w:tcPr>
          <w:p w14:paraId="306E64EE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622CB6A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FE269E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C05152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3FF14894" w14:textId="77777777" w:rsidTr="00096C97">
        <w:trPr>
          <w:jc w:val="center"/>
        </w:trPr>
        <w:tc>
          <w:tcPr>
            <w:tcW w:w="7257" w:type="dxa"/>
          </w:tcPr>
          <w:p w14:paraId="2BDD2D18" w14:textId="77777777" w:rsidR="00A97228" w:rsidRDefault="00A97228" w:rsidP="00096C97">
            <w:proofErr w:type="spellStart"/>
            <w:r>
              <w:rPr>
                <w:sz w:val="16"/>
              </w:rPr>
              <w:t>İşçi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Sağlığı</w:t>
            </w:r>
            <w:proofErr w:type="spellEnd"/>
            <w:r>
              <w:rPr>
                <w:sz w:val="16"/>
              </w:rPr>
              <w:t xml:space="preserve"> ve </w:t>
            </w:r>
            <w:proofErr w:type="spellStart"/>
            <w:r>
              <w:rPr>
                <w:sz w:val="16"/>
              </w:rPr>
              <w:t>İş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Güvenliği</w:t>
            </w:r>
            <w:proofErr w:type="spellEnd"/>
          </w:p>
        </w:tc>
        <w:tc>
          <w:tcPr>
            <w:tcW w:w="850" w:type="dxa"/>
          </w:tcPr>
          <w:p w14:paraId="5F17CC6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F089D3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8837FF2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7D05F9F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33D018DD" w14:textId="77777777" w:rsidTr="00096C97">
        <w:trPr>
          <w:jc w:val="center"/>
        </w:trPr>
        <w:tc>
          <w:tcPr>
            <w:tcW w:w="7257" w:type="dxa"/>
          </w:tcPr>
          <w:p w14:paraId="267A2C3C" w14:textId="77777777" w:rsidR="00A97228" w:rsidRDefault="00A97228" w:rsidP="00096C97">
            <w:proofErr w:type="spellStart"/>
            <w:r>
              <w:rPr>
                <w:sz w:val="16"/>
              </w:rPr>
              <w:t>Kalite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Yönetimi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Sistemleri</w:t>
            </w:r>
            <w:proofErr w:type="spellEnd"/>
          </w:p>
        </w:tc>
        <w:tc>
          <w:tcPr>
            <w:tcW w:w="850" w:type="dxa"/>
          </w:tcPr>
          <w:p w14:paraId="37FFC4C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A2DBF7E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8182880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1D6ADA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0021F316" w14:textId="77777777" w:rsidTr="00096C97">
        <w:trPr>
          <w:jc w:val="center"/>
        </w:trPr>
        <w:tc>
          <w:tcPr>
            <w:tcW w:w="7257" w:type="dxa"/>
          </w:tcPr>
          <w:p w14:paraId="5156972C" w14:textId="77777777" w:rsidR="00A97228" w:rsidRDefault="00A97228" w:rsidP="00096C97">
            <w:proofErr w:type="spellStart"/>
            <w:r>
              <w:rPr>
                <w:sz w:val="16"/>
              </w:rPr>
              <w:t>Sağlık</w:t>
            </w:r>
            <w:proofErr w:type="spellEnd"/>
            <w:r>
              <w:rPr>
                <w:sz w:val="16"/>
              </w:rPr>
              <w:t xml:space="preserve"> Bilgi </w:t>
            </w:r>
            <w:proofErr w:type="spellStart"/>
            <w:r>
              <w:rPr>
                <w:sz w:val="16"/>
              </w:rPr>
              <w:t>Sistemleri</w:t>
            </w:r>
            <w:proofErr w:type="spellEnd"/>
          </w:p>
        </w:tc>
        <w:tc>
          <w:tcPr>
            <w:tcW w:w="850" w:type="dxa"/>
          </w:tcPr>
          <w:p w14:paraId="01F2585E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934B868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069358B6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DBEE9F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2C2527A7" w14:textId="77777777" w:rsidTr="00096C97">
        <w:trPr>
          <w:jc w:val="center"/>
        </w:trPr>
        <w:tc>
          <w:tcPr>
            <w:tcW w:w="7257" w:type="dxa"/>
          </w:tcPr>
          <w:p w14:paraId="3177445F" w14:textId="77777777" w:rsidR="00A97228" w:rsidRDefault="00A97228" w:rsidP="00096C97">
            <w:proofErr w:type="spellStart"/>
            <w:r>
              <w:rPr>
                <w:sz w:val="16"/>
              </w:rPr>
              <w:t>Girişimcilik</w:t>
            </w:r>
            <w:proofErr w:type="spellEnd"/>
          </w:p>
        </w:tc>
        <w:tc>
          <w:tcPr>
            <w:tcW w:w="850" w:type="dxa"/>
          </w:tcPr>
          <w:p w14:paraId="4786BEE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755F28B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57467D6F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646FB58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1798E118" w14:textId="77777777" w:rsidTr="00096C97">
        <w:trPr>
          <w:jc w:val="center"/>
        </w:trPr>
        <w:tc>
          <w:tcPr>
            <w:tcW w:w="7257" w:type="dxa"/>
          </w:tcPr>
          <w:p w14:paraId="286EEC7D" w14:textId="77777777" w:rsidR="00A97228" w:rsidRDefault="00A97228" w:rsidP="00096C97">
            <w:proofErr w:type="spellStart"/>
            <w:r>
              <w:rPr>
                <w:sz w:val="16"/>
              </w:rPr>
              <w:t>Kişisel</w:t>
            </w:r>
            <w:proofErr w:type="spellEnd"/>
            <w:r>
              <w:rPr>
                <w:sz w:val="16"/>
              </w:rPr>
              <w:t xml:space="preserve"> Gelişim</w:t>
            </w:r>
          </w:p>
        </w:tc>
        <w:tc>
          <w:tcPr>
            <w:tcW w:w="850" w:type="dxa"/>
          </w:tcPr>
          <w:p w14:paraId="4273417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AA25135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20125132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9C1B710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42BD01DE" w14:textId="77777777" w:rsidTr="00096C97">
        <w:trPr>
          <w:jc w:val="center"/>
        </w:trPr>
        <w:tc>
          <w:tcPr>
            <w:tcW w:w="7257" w:type="dxa"/>
          </w:tcPr>
          <w:p w14:paraId="5F0007FE" w14:textId="77777777" w:rsidR="00A97228" w:rsidRDefault="00A97228" w:rsidP="00096C97">
            <w:proofErr w:type="spellStart"/>
            <w:r>
              <w:rPr>
                <w:sz w:val="16"/>
              </w:rPr>
              <w:t>İşaret</w:t>
            </w:r>
            <w:proofErr w:type="spellEnd"/>
            <w:r>
              <w:rPr>
                <w:sz w:val="16"/>
              </w:rPr>
              <w:t xml:space="preserve"> Dili</w:t>
            </w:r>
          </w:p>
        </w:tc>
        <w:tc>
          <w:tcPr>
            <w:tcW w:w="850" w:type="dxa"/>
          </w:tcPr>
          <w:p w14:paraId="1F3F96E8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58D10E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6FCD7654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841789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3AA570FD" w14:textId="77777777" w:rsidTr="00096C97">
        <w:trPr>
          <w:jc w:val="center"/>
        </w:trPr>
        <w:tc>
          <w:tcPr>
            <w:tcW w:w="7257" w:type="dxa"/>
          </w:tcPr>
          <w:p w14:paraId="67FD6B87" w14:textId="77777777" w:rsidR="00A97228" w:rsidRDefault="00A97228" w:rsidP="00096C97">
            <w:r>
              <w:rPr>
                <w:sz w:val="16"/>
              </w:rPr>
              <w:t xml:space="preserve">Temel </w:t>
            </w:r>
            <w:proofErr w:type="spellStart"/>
            <w:r>
              <w:rPr>
                <w:sz w:val="16"/>
              </w:rPr>
              <w:t>Psikoloji</w:t>
            </w:r>
            <w:proofErr w:type="spellEnd"/>
          </w:p>
        </w:tc>
        <w:tc>
          <w:tcPr>
            <w:tcW w:w="850" w:type="dxa"/>
          </w:tcPr>
          <w:p w14:paraId="0012F7A2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2B2B04E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C2291DA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54246D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14ED782D" w14:textId="77777777" w:rsidTr="00096C97">
        <w:trPr>
          <w:jc w:val="center"/>
        </w:trPr>
        <w:tc>
          <w:tcPr>
            <w:tcW w:w="7257" w:type="dxa"/>
          </w:tcPr>
          <w:p w14:paraId="77EC788B" w14:textId="77777777" w:rsidR="00A97228" w:rsidRDefault="00A97228" w:rsidP="00096C97">
            <w:proofErr w:type="spellStart"/>
            <w:r>
              <w:rPr>
                <w:sz w:val="16"/>
              </w:rPr>
              <w:t>Toplumsal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Duyarlılık</w:t>
            </w:r>
            <w:proofErr w:type="spellEnd"/>
          </w:p>
        </w:tc>
        <w:tc>
          <w:tcPr>
            <w:tcW w:w="850" w:type="dxa"/>
          </w:tcPr>
          <w:p w14:paraId="45D95625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DCAA7C7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22934B12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07B3B9D9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1B375BC4" w14:textId="77777777" w:rsidTr="00096C97">
        <w:trPr>
          <w:jc w:val="center"/>
        </w:trPr>
        <w:tc>
          <w:tcPr>
            <w:tcW w:w="7257" w:type="dxa"/>
          </w:tcPr>
          <w:p w14:paraId="75280E9E" w14:textId="77777777" w:rsidR="00A97228" w:rsidRDefault="00A97228" w:rsidP="00096C97">
            <w:proofErr w:type="spellStart"/>
            <w:r>
              <w:rPr>
                <w:sz w:val="16"/>
              </w:rPr>
              <w:t>Satranç</w:t>
            </w:r>
            <w:proofErr w:type="spellEnd"/>
          </w:p>
        </w:tc>
        <w:tc>
          <w:tcPr>
            <w:tcW w:w="850" w:type="dxa"/>
          </w:tcPr>
          <w:p w14:paraId="1CC5AD0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68C83B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37A5117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29AE45B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4C33A52D" w14:textId="77777777" w:rsidTr="00096C97">
        <w:trPr>
          <w:jc w:val="center"/>
        </w:trPr>
        <w:tc>
          <w:tcPr>
            <w:tcW w:w="7257" w:type="dxa"/>
          </w:tcPr>
          <w:p w14:paraId="35C8267A" w14:textId="77777777" w:rsidR="00A97228" w:rsidRDefault="00A97228" w:rsidP="00096C97">
            <w:proofErr w:type="spellStart"/>
            <w:r>
              <w:rPr>
                <w:sz w:val="16"/>
              </w:rPr>
              <w:t>Sağlık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Hizmetlerinde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İletişim</w:t>
            </w:r>
            <w:proofErr w:type="spellEnd"/>
          </w:p>
        </w:tc>
        <w:tc>
          <w:tcPr>
            <w:tcW w:w="850" w:type="dxa"/>
          </w:tcPr>
          <w:p w14:paraId="5A78D99B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940ED7E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AE3E0F9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33AA75F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</w:tbl>
    <w:p w14:paraId="48871257" w14:textId="77777777" w:rsidR="00A97228" w:rsidRDefault="00A97228" w:rsidP="00A97228">
      <w:pPr>
        <w:spacing w:after="40"/>
        <w:ind w:left="4320" w:firstLine="720"/>
        <w:rPr>
          <w:b/>
          <w:sz w:val="24"/>
        </w:rPr>
      </w:pPr>
    </w:p>
    <w:p w14:paraId="01FC4439" w14:textId="085C4D7C" w:rsidR="00F531B0" w:rsidRDefault="00A97228" w:rsidP="00A97228">
      <w:pPr>
        <w:spacing w:after="40"/>
        <w:ind w:left="2880" w:firstLine="720"/>
        <w:rPr>
          <w:b/>
          <w:sz w:val="24"/>
        </w:rPr>
      </w:pPr>
      <w:r>
        <w:rPr>
          <w:b/>
          <w:sz w:val="24"/>
        </w:rPr>
        <w:t xml:space="preserve">        </w:t>
      </w:r>
      <w:r>
        <w:rPr>
          <w:b/>
          <w:sz w:val="24"/>
        </w:rPr>
        <w:t>4.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A97228" w14:paraId="22287E6E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35B85759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7BFBB870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02DF88FE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549725C1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459040C5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4A11A660" w14:textId="77777777" w:rsidR="00A97228" w:rsidRDefault="00A97228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A97228" w14:paraId="7CFB1C54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6F55E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52000139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FBB7E" w14:textId="77777777" w:rsidR="00A97228" w:rsidRDefault="00A97228" w:rsidP="00096C97">
            <w:proofErr w:type="spellStart"/>
            <w:r>
              <w:rPr>
                <w:sz w:val="17"/>
              </w:rPr>
              <w:t>Tıbbi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Etik</w:t>
            </w:r>
            <w:proofErr w:type="spellEnd"/>
            <w:r>
              <w:rPr>
                <w:sz w:val="17"/>
              </w:rPr>
              <w:t xml:space="preserve"> ve Hasta </w:t>
            </w:r>
            <w:proofErr w:type="spellStart"/>
            <w:r>
              <w:rPr>
                <w:sz w:val="17"/>
              </w:rPr>
              <w:t>Hakları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887EB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33696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1FEC6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7A329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A97228" w14:paraId="0700D92D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ACAD0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52003202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3678E" w14:textId="77777777" w:rsidR="00A97228" w:rsidRDefault="00A97228" w:rsidP="00096C97">
            <w:proofErr w:type="spellStart"/>
            <w:r>
              <w:rPr>
                <w:sz w:val="17"/>
              </w:rPr>
              <w:t>Nörolojik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86BD5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D9B86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45904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7D987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97228" w14:paraId="75887917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8519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52003203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FCBB3" w14:textId="77777777" w:rsidR="00A97228" w:rsidRDefault="00A97228" w:rsidP="00096C97">
            <w:proofErr w:type="spellStart"/>
            <w:r>
              <w:rPr>
                <w:sz w:val="17"/>
              </w:rPr>
              <w:t>Fizyoterapi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Meslek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Uygulamaları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67FCC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192EB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E2B1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81CDE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97228" w14:paraId="742C05E3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A5EB8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52003208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079F5" w14:textId="77777777" w:rsidR="00A97228" w:rsidRDefault="00A97228" w:rsidP="00096C97">
            <w:r>
              <w:rPr>
                <w:sz w:val="17"/>
              </w:rPr>
              <w:t xml:space="preserve">Ortez </w:t>
            </w:r>
            <w:proofErr w:type="spellStart"/>
            <w:r>
              <w:rPr>
                <w:sz w:val="17"/>
              </w:rPr>
              <w:t>Protez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37FEC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F6B5C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66E1C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AD8CE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97228" w14:paraId="6E3E5A98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AD85D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52003210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B4E36" w14:textId="77777777" w:rsidR="00A97228" w:rsidRDefault="00A97228" w:rsidP="00096C97">
            <w:proofErr w:type="spellStart"/>
            <w:r>
              <w:rPr>
                <w:sz w:val="17"/>
              </w:rPr>
              <w:t>Hidroterapi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45313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3B122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F25CA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9A3D2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A97228" w14:paraId="3E482584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678F8" w14:textId="77777777" w:rsidR="00A97228" w:rsidRDefault="00A9722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BB6C3" w14:textId="77777777" w:rsidR="00A97228" w:rsidRDefault="00A97228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F0332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A8362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F27DC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8F412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97228" w14:paraId="74225EA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3FDA9" w14:textId="77777777" w:rsidR="00A97228" w:rsidRDefault="00A9722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72BE4" w14:textId="77777777" w:rsidR="00A97228" w:rsidRDefault="00A97228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B8819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0D863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A1560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2C6D3" w14:textId="77777777" w:rsidR="00A97228" w:rsidRDefault="00A97228" w:rsidP="00096C97">
            <w:pPr>
              <w:jc w:val="center"/>
            </w:pPr>
            <w:r>
              <w:rPr>
                <w:sz w:val="17"/>
              </w:rPr>
              <w:t>5</w:t>
            </w:r>
          </w:p>
        </w:tc>
      </w:tr>
      <w:tr w:rsidR="00A97228" w14:paraId="63436618" w14:textId="77777777" w:rsidTr="00A97228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65965EF5" w14:textId="77777777" w:rsidR="00A97228" w:rsidRDefault="00A97228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54C5D244" w14:textId="77777777" w:rsidR="00A97228" w:rsidRDefault="00A97228" w:rsidP="00096C97">
            <w:r>
              <w:rPr>
                <w:b/>
                <w:sz w:val="17"/>
              </w:rPr>
              <w:t>14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44205ECF" w14:textId="77777777" w:rsidR="00A97228" w:rsidRDefault="00A97228" w:rsidP="00096C97">
            <w:r>
              <w:rPr>
                <w:b/>
                <w:sz w:val="17"/>
              </w:rPr>
              <w:t>6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8E1F874" w14:textId="77777777" w:rsidR="00A97228" w:rsidRDefault="00A97228" w:rsidP="00096C97">
            <w:r>
              <w:rPr>
                <w:b/>
                <w:sz w:val="17"/>
              </w:rPr>
              <w:t>18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00053809" w14:textId="77777777" w:rsidR="00A97228" w:rsidRDefault="00A97228" w:rsidP="00096C97">
            <w:r>
              <w:rPr>
                <w:b/>
                <w:sz w:val="17"/>
              </w:rPr>
              <w:t>30</w:t>
            </w:r>
          </w:p>
        </w:tc>
      </w:tr>
    </w:tbl>
    <w:p w14:paraId="275F3563" w14:textId="77777777" w:rsidR="00A97228" w:rsidRDefault="00A97228" w:rsidP="00A97228">
      <w:r>
        <w:rPr>
          <w:b/>
          <w:sz w:val="20"/>
        </w:rPr>
        <w:t xml:space="preserve">Ders </w:t>
      </w:r>
      <w:proofErr w:type="spellStart"/>
      <w:r>
        <w:rPr>
          <w:b/>
          <w:sz w:val="20"/>
        </w:rPr>
        <w:t>Seçenekleri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257"/>
        <w:gridCol w:w="850"/>
        <w:gridCol w:w="850"/>
        <w:gridCol w:w="850"/>
        <w:gridCol w:w="850"/>
      </w:tblGrid>
      <w:tr w:rsidR="00A97228" w14:paraId="27A426B9" w14:textId="77777777" w:rsidTr="00096C97">
        <w:trPr>
          <w:jc w:val="center"/>
        </w:trPr>
        <w:tc>
          <w:tcPr>
            <w:tcW w:w="7257" w:type="dxa"/>
            <w:shd w:val="clear" w:color="auto" w:fill="D9E2F3"/>
          </w:tcPr>
          <w:p w14:paraId="0A8FD994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 xml:space="preserve">Ders </w:t>
            </w:r>
            <w:proofErr w:type="spellStart"/>
            <w:r>
              <w:rPr>
                <w:b/>
                <w:sz w:val="17"/>
              </w:rPr>
              <w:t>Adı</w:t>
            </w:r>
            <w:proofErr w:type="spellEnd"/>
          </w:p>
        </w:tc>
        <w:tc>
          <w:tcPr>
            <w:tcW w:w="850" w:type="dxa"/>
            <w:shd w:val="clear" w:color="auto" w:fill="D9E2F3"/>
          </w:tcPr>
          <w:p w14:paraId="4B9AC899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>T</w:t>
            </w:r>
          </w:p>
        </w:tc>
        <w:tc>
          <w:tcPr>
            <w:tcW w:w="850" w:type="dxa"/>
            <w:shd w:val="clear" w:color="auto" w:fill="D9E2F3"/>
          </w:tcPr>
          <w:p w14:paraId="0C0E7A84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>U</w:t>
            </w:r>
          </w:p>
        </w:tc>
        <w:tc>
          <w:tcPr>
            <w:tcW w:w="850" w:type="dxa"/>
            <w:shd w:val="clear" w:color="auto" w:fill="D9E2F3"/>
          </w:tcPr>
          <w:p w14:paraId="227EC0C5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>K</w:t>
            </w:r>
          </w:p>
        </w:tc>
        <w:tc>
          <w:tcPr>
            <w:tcW w:w="850" w:type="dxa"/>
            <w:shd w:val="clear" w:color="auto" w:fill="D9E2F3"/>
          </w:tcPr>
          <w:p w14:paraId="73B5FC7C" w14:textId="77777777" w:rsidR="00A97228" w:rsidRDefault="00A97228" w:rsidP="00096C97">
            <w:pPr>
              <w:jc w:val="center"/>
            </w:pPr>
            <w:r>
              <w:rPr>
                <w:b/>
                <w:sz w:val="17"/>
              </w:rPr>
              <w:t>AKTS</w:t>
            </w:r>
          </w:p>
        </w:tc>
      </w:tr>
      <w:tr w:rsidR="00A97228" w14:paraId="450912C5" w14:textId="77777777" w:rsidTr="00096C97">
        <w:trPr>
          <w:jc w:val="center"/>
        </w:trPr>
        <w:tc>
          <w:tcPr>
            <w:tcW w:w="7257" w:type="dxa"/>
          </w:tcPr>
          <w:p w14:paraId="5F6E3C7B" w14:textId="77777777" w:rsidR="00A97228" w:rsidRDefault="00A97228" w:rsidP="00096C97">
            <w:r>
              <w:rPr>
                <w:sz w:val="16"/>
              </w:rPr>
              <w:t>YOGA</w:t>
            </w:r>
          </w:p>
        </w:tc>
        <w:tc>
          <w:tcPr>
            <w:tcW w:w="850" w:type="dxa"/>
          </w:tcPr>
          <w:p w14:paraId="23131A25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EDEC0A7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32919DE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762D16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518CFB42" w14:textId="77777777" w:rsidTr="00096C97">
        <w:trPr>
          <w:jc w:val="center"/>
        </w:trPr>
        <w:tc>
          <w:tcPr>
            <w:tcW w:w="7257" w:type="dxa"/>
          </w:tcPr>
          <w:p w14:paraId="0821F70C" w14:textId="77777777" w:rsidR="00A97228" w:rsidRDefault="00A97228" w:rsidP="00096C97">
            <w:proofErr w:type="spellStart"/>
            <w:r>
              <w:rPr>
                <w:sz w:val="16"/>
              </w:rPr>
              <w:t>Çocuklarda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Engelsiz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Yaşam</w:t>
            </w:r>
            <w:proofErr w:type="spellEnd"/>
          </w:p>
        </w:tc>
        <w:tc>
          <w:tcPr>
            <w:tcW w:w="850" w:type="dxa"/>
          </w:tcPr>
          <w:p w14:paraId="1A0F34EB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46DDFA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16290F8A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045D1C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51F31720" w14:textId="77777777" w:rsidTr="00096C97">
        <w:trPr>
          <w:jc w:val="center"/>
        </w:trPr>
        <w:tc>
          <w:tcPr>
            <w:tcW w:w="7257" w:type="dxa"/>
          </w:tcPr>
          <w:p w14:paraId="288FEF84" w14:textId="77777777" w:rsidR="00A97228" w:rsidRDefault="00A97228" w:rsidP="00096C97">
            <w:proofErr w:type="spellStart"/>
            <w:r>
              <w:rPr>
                <w:sz w:val="16"/>
              </w:rPr>
              <w:t>Yaşlı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Bakımı</w:t>
            </w:r>
            <w:proofErr w:type="spellEnd"/>
            <w:r>
              <w:rPr>
                <w:sz w:val="16"/>
              </w:rPr>
              <w:t xml:space="preserve"> İlke ve </w:t>
            </w:r>
            <w:proofErr w:type="spellStart"/>
            <w:r>
              <w:rPr>
                <w:sz w:val="16"/>
              </w:rPr>
              <w:t>Esasları</w:t>
            </w:r>
            <w:proofErr w:type="spellEnd"/>
          </w:p>
        </w:tc>
        <w:tc>
          <w:tcPr>
            <w:tcW w:w="850" w:type="dxa"/>
          </w:tcPr>
          <w:p w14:paraId="34E45AF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781AE09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04FE6AFC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F5B059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0A8EAFB9" w14:textId="77777777" w:rsidTr="00096C97">
        <w:trPr>
          <w:jc w:val="center"/>
        </w:trPr>
        <w:tc>
          <w:tcPr>
            <w:tcW w:w="7257" w:type="dxa"/>
          </w:tcPr>
          <w:p w14:paraId="75CAFE37" w14:textId="77777777" w:rsidR="00A97228" w:rsidRDefault="00A97228" w:rsidP="00096C97">
            <w:r>
              <w:rPr>
                <w:sz w:val="16"/>
              </w:rPr>
              <w:t>DGS (</w:t>
            </w:r>
            <w:proofErr w:type="spellStart"/>
            <w:r>
              <w:rPr>
                <w:sz w:val="16"/>
              </w:rPr>
              <w:t>Dikey</w:t>
            </w:r>
            <w:proofErr w:type="spellEnd"/>
            <w:r>
              <w:rPr>
                <w:sz w:val="16"/>
              </w:rPr>
              <w:t xml:space="preserve"> Geçiş Sınavı)</w:t>
            </w:r>
          </w:p>
        </w:tc>
        <w:tc>
          <w:tcPr>
            <w:tcW w:w="850" w:type="dxa"/>
          </w:tcPr>
          <w:p w14:paraId="07876AC9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71185C96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EA4CFD7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3C653EF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57B99BF4" w14:textId="77777777" w:rsidTr="00096C97">
        <w:trPr>
          <w:jc w:val="center"/>
        </w:trPr>
        <w:tc>
          <w:tcPr>
            <w:tcW w:w="7257" w:type="dxa"/>
          </w:tcPr>
          <w:p w14:paraId="1EF81304" w14:textId="77777777" w:rsidR="00A97228" w:rsidRDefault="00A97228" w:rsidP="00096C97">
            <w:proofErr w:type="spellStart"/>
            <w:r>
              <w:rPr>
                <w:sz w:val="16"/>
              </w:rPr>
              <w:t>İşçi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Sağlığı</w:t>
            </w:r>
            <w:proofErr w:type="spellEnd"/>
            <w:r>
              <w:rPr>
                <w:sz w:val="16"/>
              </w:rPr>
              <w:t xml:space="preserve"> ve </w:t>
            </w:r>
            <w:proofErr w:type="spellStart"/>
            <w:r>
              <w:rPr>
                <w:sz w:val="16"/>
              </w:rPr>
              <w:t>İş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Güvenliği</w:t>
            </w:r>
            <w:proofErr w:type="spellEnd"/>
          </w:p>
        </w:tc>
        <w:tc>
          <w:tcPr>
            <w:tcW w:w="850" w:type="dxa"/>
          </w:tcPr>
          <w:p w14:paraId="2DFE4CE2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0FD83812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4EBC654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42482C6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756108A7" w14:textId="77777777" w:rsidTr="00096C97">
        <w:trPr>
          <w:jc w:val="center"/>
        </w:trPr>
        <w:tc>
          <w:tcPr>
            <w:tcW w:w="7257" w:type="dxa"/>
          </w:tcPr>
          <w:p w14:paraId="06A0B80F" w14:textId="77777777" w:rsidR="00A97228" w:rsidRDefault="00A97228" w:rsidP="00096C97">
            <w:proofErr w:type="spellStart"/>
            <w:r>
              <w:rPr>
                <w:sz w:val="16"/>
              </w:rPr>
              <w:t>Kalite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Yönetimi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Sistemleri</w:t>
            </w:r>
            <w:proofErr w:type="spellEnd"/>
          </w:p>
        </w:tc>
        <w:tc>
          <w:tcPr>
            <w:tcW w:w="850" w:type="dxa"/>
          </w:tcPr>
          <w:p w14:paraId="5EC1D7D0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D812186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6DEFFF26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B1C3D1B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7937F8D6" w14:textId="77777777" w:rsidTr="00096C97">
        <w:trPr>
          <w:jc w:val="center"/>
        </w:trPr>
        <w:tc>
          <w:tcPr>
            <w:tcW w:w="7257" w:type="dxa"/>
          </w:tcPr>
          <w:p w14:paraId="2695D253" w14:textId="77777777" w:rsidR="00A97228" w:rsidRDefault="00A97228" w:rsidP="00096C97">
            <w:proofErr w:type="spellStart"/>
            <w:r>
              <w:rPr>
                <w:sz w:val="16"/>
              </w:rPr>
              <w:t>Girişimcilik</w:t>
            </w:r>
            <w:proofErr w:type="spellEnd"/>
          </w:p>
        </w:tc>
        <w:tc>
          <w:tcPr>
            <w:tcW w:w="850" w:type="dxa"/>
          </w:tcPr>
          <w:p w14:paraId="5CB2841B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782E45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037F947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5070249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6F3461A7" w14:textId="77777777" w:rsidTr="00096C97">
        <w:trPr>
          <w:jc w:val="center"/>
        </w:trPr>
        <w:tc>
          <w:tcPr>
            <w:tcW w:w="7257" w:type="dxa"/>
          </w:tcPr>
          <w:p w14:paraId="735216FC" w14:textId="77777777" w:rsidR="00A97228" w:rsidRDefault="00A97228" w:rsidP="00096C97">
            <w:proofErr w:type="spellStart"/>
            <w:r>
              <w:rPr>
                <w:sz w:val="16"/>
              </w:rPr>
              <w:t>Kişisel</w:t>
            </w:r>
            <w:proofErr w:type="spellEnd"/>
            <w:r>
              <w:rPr>
                <w:sz w:val="16"/>
              </w:rPr>
              <w:t xml:space="preserve"> Gelişim</w:t>
            </w:r>
          </w:p>
        </w:tc>
        <w:tc>
          <w:tcPr>
            <w:tcW w:w="850" w:type="dxa"/>
          </w:tcPr>
          <w:p w14:paraId="2F48BB75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44C3F5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4C278DAE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4731D36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459445B2" w14:textId="77777777" w:rsidTr="00096C97">
        <w:trPr>
          <w:jc w:val="center"/>
        </w:trPr>
        <w:tc>
          <w:tcPr>
            <w:tcW w:w="7257" w:type="dxa"/>
          </w:tcPr>
          <w:p w14:paraId="479336FC" w14:textId="77777777" w:rsidR="00A97228" w:rsidRDefault="00A97228" w:rsidP="00096C97">
            <w:proofErr w:type="spellStart"/>
            <w:r>
              <w:rPr>
                <w:sz w:val="16"/>
              </w:rPr>
              <w:t>İşaret</w:t>
            </w:r>
            <w:proofErr w:type="spellEnd"/>
            <w:r>
              <w:rPr>
                <w:sz w:val="16"/>
              </w:rPr>
              <w:t xml:space="preserve"> Dili</w:t>
            </w:r>
          </w:p>
        </w:tc>
        <w:tc>
          <w:tcPr>
            <w:tcW w:w="850" w:type="dxa"/>
          </w:tcPr>
          <w:p w14:paraId="75B12A00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28A534A4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64E14E1E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27ECD3C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6C399565" w14:textId="77777777" w:rsidTr="00096C97">
        <w:trPr>
          <w:jc w:val="center"/>
        </w:trPr>
        <w:tc>
          <w:tcPr>
            <w:tcW w:w="7257" w:type="dxa"/>
          </w:tcPr>
          <w:p w14:paraId="6442A1C4" w14:textId="77777777" w:rsidR="00A97228" w:rsidRDefault="00A97228" w:rsidP="00096C97">
            <w:r>
              <w:rPr>
                <w:sz w:val="16"/>
              </w:rPr>
              <w:t xml:space="preserve">Temel </w:t>
            </w:r>
            <w:proofErr w:type="spellStart"/>
            <w:r>
              <w:rPr>
                <w:sz w:val="16"/>
              </w:rPr>
              <w:t>Psikoloji</w:t>
            </w:r>
            <w:proofErr w:type="spellEnd"/>
          </w:p>
        </w:tc>
        <w:tc>
          <w:tcPr>
            <w:tcW w:w="850" w:type="dxa"/>
          </w:tcPr>
          <w:p w14:paraId="6B44CFD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9E5692E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0100E50D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A5FE750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55CDA615" w14:textId="77777777" w:rsidTr="00096C97">
        <w:trPr>
          <w:jc w:val="center"/>
        </w:trPr>
        <w:tc>
          <w:tcPr>
            <w:tcW w:w="7257" w:type="dxa"/>
          </w:tcPr>
          <w:p w14:paraId="782524E8" w14:textId="77777777" w:rsidR="00A97228" w:rsidRDefault="00A97228" w:rsidP="00096C97">
            <w:proofErr w:type="spellStart"/>
            <w:r>
              <w:rPr>
                <w:sz w:val="16"/>
              </w:rPr>
              <w:t>Toplumsal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Duyarlılık</w:t>
            </w:r>
            <w:proofErr w:type="spellEnd"/>
          </w:p>
        </w:tc>
        <w:tc>
          <w:tcPr>
            <w:tcW w:w="850" w:type="dxa"/>
          </w:tcPr>
          <w:p w14:paraId="4405DF61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305752E6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2114000C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7529292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377692D0" w14:textId="77777777" w:rsidTr="00096C97">
        <w:trPr>
          <w:jc w:val="center"/>
        </w:trPr>
        <w:tc>
          <w:tcPr>
            <w:tcW w:w="7257" w:type="dxa"/>
          </w:tcPr>
          <w:p w14:paraId="4D695290" w14:textId="77777777" w:rsidR="00A97228" w:rsidRDefault="00A97228" w:rsidP="00096C97">
            <w:proofErr w:type="spellStart"/>
            <w:r>
              <w:rPr>
                <w:sz w:val="16"/>
              </w:rPr>
              <w:t>Satranç</w:t>
            </w:r>
            <w:proofErr w:type="spellEnd"/>
          </w:p>
        </w:tc>
        <w:tc>
          <w:tcPr>
            <w:tcW w:w="850" w:type="dxa"/>
          </w:tcPr>
          <w:p w14:paraId="5C913D78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4AF018A8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77EECCBB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1F310AC3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  <w:tr w:rsidR="00A97228" w14:paraId="3EFAC76C" w14:textId="77777777" w:rsidTr="00096C97">
        <w:trPr>
          <w:jc w:val="center"/>
        </w:trPr>
        <w:tc>
          <w:tcPr>
            <w:tcW w:w="7257" w:type="dxa"/>
          </w:tcPr>
          <w:p w14:paraId="5AEB0356" w14:textId="77777777" w:rsidR="00A97228" w:rsidRDefault="00A97228" w:rsidP="00096C97">
            <w:proofErr w:type="spellStart"/>
            <w:r>
              <w:rPr>
                <w:sz w:val="16"/>
              </w:rPr>
              <w:t>Sağlık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Hizmetlerinde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İletişim</w:t>
            </w:r>
            <w:proofErr w:type="spellEnd"/>
          </w:p>
        </w:tc>
        <w:tc>
          <w:tcPr>
            <w:tcW w:w="850" w:type="dxa"/>
          </w:tcPr>
          <w:p w14:paraId="04EBE8EA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69531759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</w:tcPr>
          <w:p w14:paraId="33B38FF8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</w:tcPr>
          <w:p w14:paraId="0AA6E062" w14:textId="77777777" w:rsidR="00A97228" w:rsidRDefault="00A97228" w:rsidP="00096C97">
            <w:pPr>
              <w:jc w:val="center"/>
            </w:pPr>
            <w:r>
              <w:rPr>
                <w:sz w:val="16"/>
              </w:rPr>
              <w:t>5</w:t>
            </w:r>
          </w:p>
        </w:tc>
      </w:tr>
    </w:tbl>
    <w:p w14:paraId="02EA8D15" w14:textId="77777777" w:rsidR="00F531B0" w:rsidRDefault="00F531B0" w:rsidP="00A97228">
      <w:pPr>
        <w:spacing w:after="40"/>
      </w:pPr>
    </w:p>
    <w:sectPr w:rsidR="00F531B0" w:rsidSect="00034616"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2177485">
    <w:abstractNumId w:val="8"/>
  </w:num>
  <w:num w:numId="2" w16cid:durableId="1024014383">
    <w:abstractNumId w:val="6"/>
  </w:num>
  <w:num w:numId="3" w16cid:durableId="1774202181">
    <w:abstractNumId w:val="5"/>
  </w:num>
  <w:num w:numId="4" w16cid:durableId="1319458853">
    <w:abstractNumId w:val="4"/>
  </w:num>
  <w:num w:numId="5" w16cid:durableId="1475560918">
    <w:abstractNumId w:val="7"/>
  </w:num>
  <w:num w:numId="6" w16cid:durableId="1102841042">
    <w:abstractNumId w:val="3"/>
  </w:num>
  <w:num w:numId="7" w16cid:durableId="1746099051">
    <w:abstractNumId w:val="2"/>
  </w:num>
  <w:num w:numId="8" w16cid:durableId="2073193763">
    <w:abstractNumId w:val="1"/>
  </w:num>
  <w:num w:numId="9" w16cid:durableId="844632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FF6"/>
    <w:rsid w:val="0015074B"/>
    <w:rsid w:val="0029639D"/>
    <w:rsid w:val="00326F90"/>
    <w:rsid w:val="00A97228"/>
    <w:rsid w:val="00AA1D8D"/>
    <w:rsid w:val="00B47730"/>
    <w:rsid w:val="00CB0664"/>
    <w:rsid w:val="00E5266F"/>
    <w:rsid w:val="00E82D6D"/>
    <w:rsid w:val="00F531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DEFA9F"/>
  <w14:defaultImageDpi w14:val="300"/>
  <w15:docId w15:val="{8CB70107-040D-477E-BA3A-9994ED5C3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arzu dilekçier</cp:lastModifiedBy>
  <cp:revision>3</cp:revision>
  <dcterms:created xsi:type="dcterms:W3CDTF">2026-10-10T22:32:00Z</dcterms:created>
  <dcterms:modified xsi:type="dcterms:W3CDTF">2026-10-13T06:54:00Z</dcterms:modified>
  <cp:category/>
</cp:coreProperties>
</file>