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F01F6" w14:textId="77777777" w:rsidR="00B96D8F" w:rsidRDefault="00000000">
      <w:pPr>
        <w:jc w:val="center"/>
      </w:pPr>
      <w:r>
        <w:rPr>
          <w:b/>
          <w:sz w:val="26"/>
        </w:rPr>
        <w:t>İSTANBUL KENT ÜNİVERSİTESİ</w:t>
      </w:r>
    </w:p>
    <w:p w14:paraId="4F5B33D3" w14:textId="77777777" w:rsidR="00B96D8F" w:rsidRDefault="00000000">
      <w:pPr>
        <w:jc w:val="center"/>
      </w:pPr>
      <w:r>
        <w:rPr>
          <w:b/>
          <w:sz w:val="24"/>
        </w:rPr>
        <w:t>SAĞLIK HİZMETLERİ MESLEK YÜKSEKOKULU</w:t>
      </w:r>
    </w:p>
    <w:p w14:paraId="78E01059" w14:textId="77777777" w:rsidR="00B96D8F" w:rsidRDefault="00000000">
      <w:pPr>
        <w:jc w:val="center"/>
      </w:pPr>
      <w:r>
        <w:rPr>
          <w:b/>
          <w:sz w:val="24"/>
        </w:rPr>
        <w:t>FİZYOTERAPİ PROGRAMI</w:t>
      </w:r>
    </w:p>
    <w:p w14:paraId="46E01959" w14:textId="77777777" w:rsidR="00B96D8F" w:rsidRDefault="00000000">
      <w:pPr>
        <w:jc w:val="center"/>
      </w:pPr>
      <w:r>
        <w:rPr>
          <w:b/>
          <w:color w:val="800000"/>
          <w:sz w:val="28"/>
        </w:rPr>
        <w:t>2020-2021 EĞİTİM ÖĞRETİM YILI MÜFREDATI</w:t>
      </w:r>
    </w:p>
    <w:p w14:paraId="1E393E48" w14:textId="229A32BA" w:rsidR="00B96D8F" w:rsidRDefault="005E776D" w:rsidP="005E776D">
      <w:pPr>
        <w:ind w:left="2880" w:firstLine="720"/>
      </w:pPr>
      <w:r>
        <w:rPr>
          <w:b/>
          <w:sz w:val="24"/>
        </w:rPr>
        <w:t xml:space="preserve">        </w:t>
      </w:r>
      <w:r w:rsidR="00000000">
        <w:rPr>
          <w:b/>
          <w:sz w:val="24"/>
        </w:rPr>
        <w:t>1. YARIYIL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474"/>
        <w:gridCol w:w="5783"/>
        <w:gridCol w:w="680"/>
        <w:gridCol w:w="680"/>
        <w:gridCol w:w="680"/>
        <w:gridCol w:w="794"/>
      </w:tblGrid>
      <w:tr w:rsidR="00B96D8F" w14:paraId="29594917" w14:textId="77777777">
        <w:trPr>
          <w:tblHeader/>
          <w:jc w:val="center"/>
        </w:trPr>
        <w:tc>
          <w:tcPr>
            <w:tcW w:w="1474" w:type="dxa"/>
            <w:shd w:val="clear" w:color="auto" w:fill="800000"/>
            <w:vAlign w:val="center"/>
          </w:tcPr>
          <w:p w14:paraId="1517068F" w14:textId="77777777" w:rsidR="00B96D8F" w:rsidRDefault="00000000">
            <w:pPr>
              <w:jc w:val="center"/>
            </w:pPr>
            <w:r>
              <w:rPr>
                <w:b/>
                <w:color w:val="FFFFFF"/>
              </w:rPr>
              <w:t>Ders Kodu</w:t>
            </w:r>
          </w:p>
        </w:tc>
        <w:tc>
          <w:tcPr>
            <w:tcW w:w="5783" w:type="dxa"/>
            <w:shd w:val="clear" w:color="auto" w:fill="800000"/>
            <w:vAlign w:val="center"/>
          </w:tcPr>
          <w:p w14:paraId="2F634A7B" w14:textId="77777777" w:rsidR="00B96D8F" w:rsidRDefault="00000000">
            <w:pPr>
              <w:jc w:val="center"/>
            </w:pPr>
            <w:r>
              <w:rPr>
                <w:b/>
                <w:color w:val="FFFFFF"/>
              </w:rPr>
              <w:t xml:space="preserve">Ders </w:t>
            </w:r>
            <w:proofErr w:type="spellStart"/>
            <w:r>
              <w:rPr>
                <w:b/>
                <w:color w:val="FFFFFF"/>
              </w:rPr>
              <w:t>Adı</w:t>
            </w:r>
            <w:proofErr w:type="spellEnd"/>
          </w:p>
        </w:tc>
        <w:tc>
          <w:tcPr>
            <w:tcW w:w="680" w:type="dxa"/>
            <w:shd w:val="clear" w:color="auto" w:fill="800000"/>
            <w:vAlign w:val="center"/>
          </w:tcPr>
          <w:p w14:paraId="0F2D22CF" w14:textId="77777777" w:rsidR="00B96D8F" w:rsidRDefault="00000000">
            <w:pPr>
              <w:jc w:val="center"/>
            </w:pPr>
            <w:r>
              <w:rPr>
                <w:b/>
                <w:color w:val="FFFFFF"/>
              </w:rPr>
              <w:t>T</w:t>
            </w:r>
          </w:p>
        </w:tc>
        <w:tc>
          <w:tcPr>
            <w:tcW w:w="680" w:type="dxa"/>
            <w:shd w:val="clear" w:color="auto" w:fill="800000"/>
            <w:vAlign w:val="center"/>
          </w:tcPr>
          <w:p w14:paraId="519D15AC" w14:textId="77777777" w:rsidR="00B96D8F" w:rsidRDefault="00000000">
            <w:pPr>
              <w:jc w:val="center"/>
            </w:pPr>
            <w:r>
              <w:rPr>
                <w:b/>
                <w:color w:val="FFFFFF"/>
              </w:rPr>
              <w:t>U</w:t>
            </w:r>
          </w:p>
        </w:tc>
        <w:tc>
          <w:tcPr>
            <w:tcW w:w="680" w:type="dxa"/>
            <w:shd w:val="clear" w:color="auto" w:fill="800000"/>
            <w:vAlign w:val="center"/>
          </w:tcPr>
          <w:p w14:paraId="12554359" w14:textId="77777777" w:rsidR="00B96D8F" w:rsidRDefault="00000000">
            <w:pPr>
              <w:jc w:val="center"/>
            </w:pPr>
            <w:r>
              <w:rPr>
                <w:b/>
                <w:color w:val="FFFFFF"/>
              </w:rPr>
              <w:t>K</w:t>
            </w:r>
          </w:p>
        </w:tc>
        <w:tc>
          <w:tcPr>
            <w:tcW w:w="794" w:type="dxa"/>
            <w:shd w:val="clear" w:color="auto" w:fill="800000"/>
            <w:vAlign w:val="center"/>
          </w:tcPr>
          <w:p w14:paraId="6C057B54" w14:textId="77777777" w:rsidR="00B96D8F" w:rsidRDefault="00000000">
            <w:pPr>
              <w:jc w:val="center"/>
            </w:pPr>
            <w:r>
              <w:rPr>
                <w:b/>
                <w:color w:val="FFFFFF"/>
              </w:rPr>
              <w:t>AKTS</w:t>
            </w:r>
          </w:p>
        </w:tc>
      </w:tr>
      <w:tr w:rsidR="00B96D8F" w14:paraId="5088130A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55CFB2" w14:textId="77777777" w:rsidR="00B96D8F" w:rsidRDefault="00000000">
            <w:pPr>
              <w:jc w:val="center"/>
            </w:pPr>
            <w:r>
              <w:rPr>
                <w:sz w:val="17"/>
              </w:rPr>
              <w:t>TDL 111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0DBF6C" w14:textId="77777777" w:rsidR="00B96D8F" w:rsidRDefault="00000000">
            <w:proofErr w:type="spellStart"/>
            <w:r>
              <w:rPr>
                <w:sz w:val="17"/>
              </w:rPr>
              <w:t>Türk</w:t>
            </w:r>
            <w:proofErr w:type="spellEnd"/>
            <w:r>
              <w:rPr>
                <w:sz w:val="17"/>
              </w:rPr>
              <w:t xml:space="preserve"> Dili-I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757152" w14:textId="77777777" w:rsidR="00B96D8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891D85" w14:textId="77777777" w:rsidR="00B96D8F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3E6324" w14:textId="77777777" w:rsidR="00B96D8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6E1E2A" w14:textId="77777777" w:rsidR="00B96D8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B96D8F" w14:paraId="191C07B7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4F420C" w14:textId="77777777" w:rsidR="00B96D8F" w:rsidRDefault="00000000">
            <w:pPr>
              <w:jc w:val="center"/>
            </w:pPr>
            <w:r>
              <w:rPr>
                <w:sz w:val="17"/>
              </w:rPr>
              <w:t>ATA 111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A590E9" w14:textId="77777777" w:rsidR="00B96D8F" w:rsidRDefault="00000000">
            <w:r>
              <w:rPr>
                <w:sz w:val="17"/>
              </w:rPr>
              <w:t xml:space="preserve">Atatürk </w:t>
            </w:r>
            <w:proofErr w:type="spellStart"/>
            <w:r>
              <w:rPr>
                <w:sz w:val="17"/>
              </w:rPr>
              <w:t>İlkeleri</w:t>
            </w:r>
            <w:proofErr w:type="spellEnd"/>
            <w:r>
              <w:rPr>
                <w:sz w:val="17"/>
              </w:rPr>
              <w:t xml:space="preserve"> ve </w:t>
            </w:r>
            <w:proofErr w:type="spellStart"/>
            <w:r>
              <w:rPr>
                <w:sz w:val="17"/>
              </w:rPr>
              <w:t>İnkılap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Tarihi</w:t>
            </w:r>
            <w:proofErr w:type="spellEnd"/>
            <w:r>
              <w:rPr>
                <w:sz w:val="17"/>
              </w:rPr>
              <w:t>-I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B53094" w14:textId="77777777" w:rsidR="00B96D8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159A60" w14:textId="77777777" w:rsidR="00B96D8F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D00AF9" w14:textId="77777777" w:rsidR="00B96D8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41D1D8" w14:textId="77777777" w:rsidR="00B96D8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B96D8F" w14:paraId="1615AD35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60AC74" w14:textId="77777777" w:rsidR="00B96D8F" w:rsidRDefault="00000000">
            <w:pPr>
              <w:jc w:val="center"/>
            </w:pPr>
            <w:r>
              <w:rPr>
                <w:sz w:val="17"/>
              </w:rPr>
              <w:t>ING 111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C4C818" w14:textId="77777777" w:rsidR="00B96D8F" w:rsidRDefault="00000000">
            <w:proofErr w:type="spellStart"/>
            <w:r>
              <w:rPr>
                <w:sz w:val="17"/>
              </w:rPr>
              <w:t>İngilizce</w:t>
            </w:r>
            <w:proofErr w:type="spellEnd"/>
            <w:r>
              <w:rPr>
                <w:sz w:val="17"/>
              </w:rPr>
              <w:t>-I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3CEE0D" w14:textId="77777777" w:rsidR="00B96D8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853E70" w14:textId="77777777" w:rsidR="00B96D8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B94718" w14:textId="77777777" w:rsidR="00B96D8F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E96006" w14:textId="77777777" w:rsidR="00B96D8F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B96D8F" w14:paraId="2D063588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A29ACD" w14:textId="77777777" w:rsidR="00B96D8F" w:rsidRDefault="00000000">
            <w:pPr>
              <w:jc w:val="center"/>
            </w:pPr>
            <w:r>
              <w:rPr>
                <w:sz w:val="17"/>
              </w:rPr>
              <w:t>FİZ 111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198E6D" w14:textId="77777777" w:rsidR="00B96D8F" w:rsidRDefault="00000000">
            <w:proofErr w:type="spellStart"/>
            <w:r>
              <w:rPr>
                <w:sz w:val="17"/>
              </w:rPr>
              <w:t>Tıbbi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Terminoloji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79D146" w14:textId="77777777" w:rsidR="00B96D8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5E5700" w14:textId="77777777" w:rsidR="00B96D8F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3C7C7C" w14:textId="77777777" w:rsidR="00B96D8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806096" w14:textId="77777777" w:rsidR="00B96D8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B96D8F" w14:paraId="6E1941E3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40707B" w14:textId="77777777" w:rsidR="00B96D8F" w:rsidRDefault="00000000">
            <w:pPr>
              <w:jc w:val="center"/>
            </w:pPr>
            <w:r>
              <w:rPr>
                <w:sz w:val="17"/>
              </w:rPr>
              <w:t>FİZ 112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2802DC" w14:textId="77777777" w:rsidR="00B96D8F" w:rsidRDefault="00000000">
            <w:proofErr w:type="spellStart"/>
            <w:r>
              <w:rPr>
                <w:sz w:val="17"/>
              </w:rPr>
              <w:t>Anatomi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02AC81" w14:textId="77777777" w:rsidR="00B96D8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A0B0FE" w14:textId="77777777" w:rsidR="00B96D8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B30233" w14:textId="77777777" w:rsidR="00B96D8F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68372B" w14:textId="77777777" w:rsidR="00B96D8F" w:rsidRDefault="00000000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B96D8F" w14:paraId="356B6DC2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01966D" w14:textId="77777777" w:rsidR="00B96D8F" w:rsidRDefault="00000000">
            <w:pPr>
              <w:jc w:val="center"/>
            </w:pPr>
            <w:r>
              <w:rPr>
                <w:sz w:val="17"/>
              </w:rPr>
              <w:t>FİZ 113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F4C245" w14:textId="77777777" w:rsidR="00B96D8F" w:rsidRDefault="00000000">
            <w:proofErr w:type="spellStart"/>
            <w:r>
              <w:rPr>
                <w:sz w:val="17"/>
              </w:rPr>
              <w:t>Fizyoloji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CD8F69" w14:textId="77777777" w:rsidR="00B96D8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03676B" w14:textId="77777777" w:rsidR="00B96D8F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A33727" w14:textId="77777777" w:rsidR="00B96D8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87D7B7" w14:textId="77777777" w:rsidR="00B96D8F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B96D8F" w14:paraId="391F4385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5E82FD" w14:textId="77777777" w:rsidR="00B96D8F" w:rsidRDefault="00000000">
            <w:pPr>
              <w:jc w:val="center"/>
            </w:pPr>
            <w:r>
              <w:rPr>
                <w:sz w:val="17"/>
              </w:rPr>
              <w:t>FİZ 114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D42A1B" w14:textId="77777777" w:rsidR="00B96D8F" w:rsidRDefault="00000000">
            <w:r>
              <w:rPr>
                <w:sz w:val="17"/>
              </w:rPr>
              <w:t>Fizik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6033EF" w14:textId="77777777" w:rsidR="00B96D8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B547C4" w14:textId="77777777" w:rsidR="00B96D8F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8F126F" w14:textId="77777777" w:rsidR="00B96D8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C2D2D6" w14:textId="77777777" w:rsidR="00B96D8F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B96D8F" w14:paraId="628D08B1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6E0EBE" w14:textId="77777777" w:rsidR="00B96D8F" w:rsidRDefault="00000000">
            <w:pPr>
              <w:jc w:val="center"/>
            </w:pPr>
            <w:r>
              <w:rPr>
                <w:sz w:val="17"/>
              </w:rPr>
              <w:t>FİZ 115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388F87" w14:textId="77777777" w:rsidR="00B96D8F" w:rsidRDefault="00000000">
            <w:proofErr w:type="spellStart"/>
            <w:r>
              <w:rPr>
                <w:sz w:val="17"/>
              </w:rPr>
              <w:t>Isı</w:t>
            </w:r>
            <w:proofErr w:type="spellEnd"/>
            <w:r>
              <w:rPr>
                <w:sz w:val="17"/>
              </w:rPr>
              <w:t xml:space="preserve"> Işık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E6F54C" w14:textId="77777777" w:rsidR="00B96D8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5D5AD9" w14:textId="77777777" w:rsidR="00B96D8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73026F" w14:textId="77777777" w:rsidR="00B96D8F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3140BB" w14:textId="77777777" w:rsidR="00B96D8F" w:rsidRDefault="00000000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B96D8F" w14:paraId="4675D655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93686F" w14:textId="77777777" w:rsidR="00B96D8F" w:rsidRDefault="00000000">
            <w:pPr>
              <w:jc w:val="center"/>
            </w:pPr>
            <w:r>
              <w:rPr>
                <w:sz w:val="17"/>
              </w:rPr>
              <w:t>FİZ 116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1A4703" w14:textId="77777777" w:rsidR="00B96D8F" w:rsidRDefault="00000000">
            <w:proofErr w:type="spellStart"/>
            <w:r>
              <w:rPr>
                <w:sz w:val="17"/>
              </w:rPr>
              <w:t>Psikoloji</w:t>
            </w:r>
            <w:proofErr w:type="spellEnd"/>
            <w:r>
              <w:rPr>
                <w:sz w:val="17"/>
              </w:rPr>
              <w:t xml:space="preserve"> ve </w:t>
            </w:r>
            <w:proofErr w:type="spellStart"/>
            <w:r>
              <w:rPr>
                <w:sz w:val="17"/>
              </w:rPr>
              <w:t>Davranış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Bilimleri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230C05" w14:textId="77777777" w:rsidR="00B96D8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90CBB2" w14:textId="77777777" w:rsidR="00B96D8F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E34821" w14:textId="77777777" w:rsidR="00B96D8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52D303" w14:textId="77777777" w:rsidR="00B96D8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B96D8F" w14:paraId="3CD82A9E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AC61B8" w14:textId="77777777" w:rsidR="00B96D8F" w:rsidRDefault="00000000">
            <w:pPr>
              <w:jc w:val="center"/>
            </w:pPr>
            <w:r>
              <w:rPr>
                <w:sz w:val="17"/>
              </w:rPr>
              <w:t>FİZ 117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2DA21E" w14:textId="77777777" w:rsidR="00B96D8F" w:rsidRDefault="00000000">
            <w:proofErr w:type="spellStart"/>
            <w:r>
              <w:rPr>
                <w:sz w:val="17"/>
              </w:rPr>
              <w:t>Tıbbi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Etik</w:t>
            </w:r>
            <w:proofErr w:type="spellEnd"/>
            <w:r>
              <w:rPr>
                <w:sz w:val="17"/>
              </w:rPr>
              <w:t xml:space="preserve"> Hasta ve </w:t>
            </w:r>
            <w:proofErr w:type="spellStart"/>
            <w:r>
              <w:rPr>
                <w:sz w:val="17"/>
              </w:rPr>
              <w:t>Hakları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B11D50" w14:textId="77777777" w:rsidR="00B96D8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BE3352" w14:textId="77777777" w:rsidR="00B96D8F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C39F89" w14:textId="77777777" w:rsidR="00B96D8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CC474D" w14:textId="77777777" w:rsidR="00B96D8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B96D8F" w14:paraId="5AB060C6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E7BA7A" w14:textId="77777777" w:rsidR="00B96D8F" w:rsidRDefault="00000000">
            <w:pPr>
              <w:jc w:val="center"/>
            </w:pPr>
            <w:r>
              <w:rPr>
                <w:sz w:val="17"/>
              </w:rPr>
              <w:t>BİL 111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E9B450" w14:textId="77777777" w:rsidR="00B96D8F" w:rsidRDefault="00000000">
            <w:proofErr w:type="spellStart"/>
            <w:r>
              <w:rPr>
                <w:sz w:val="17"/>
              </w:rPr>
              <w:t>Bilişim</w:t>
            </w:r>
            <w:proofErr w:type="spellEnd"/>
            <w:r>
              <w:rPr>
                <w:sz w:val="17"/>
              </w:rPr>
              <w:t xml:space="preserve"> Okuryazarlığı ECDL/ICDL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B71A50" w14:textId="77777777" w:rsidR="00B96D8F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7919D9" w14:textId="77777777" w:rsidR="00B96D8F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E168CF" w14:textId="77777777" w:rsidR="00B96D8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7E91E8" w14:textId="77777777" w:rsidR="00B96D8F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B96D8F" w14:paraId="74C9FEAB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7D708F" w14:textId="77777777" w:rsidR="00B96D8F" w:rsidRDefault="00B96D8F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53F59D" w14:textId="77777777" w:rsidR="00B96D8F" w:rsidRDefault="00000000">
            <w:proofErr w:type="spellStart"/>
            <w:r>
              <w:rPr>
                <w:sz w:val="17"/>
              </w:rPr>
              <w:t>Seçmeli</w:t>
            </w:r>
            <w:proofErr w:type="spellEnd"/>
            <w:r>
              <w:rPr>
                <w:sz w:val="17"/>
              </w:rPr>
              <w:t xml:space="preserve"> Ders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0275CD" w14:textId="77777777" w:rsidR="00B96D8F" w:rsidRDefault="00B96D8F">
            <w:pPr>
              <w:jc w:val="center"/>
            </w:pP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6E3DA5" w14:textId="77777777" w:rsidR="00B96D8F" w:rsidRDefault="00B96D8F">
            <w:pPr>
              <w:jc w:val="center"/>
            </w:pP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3FCCAA" w14:textId="77777777" w:rsidR="00B96D8F" w:rsidRDefault="00B96D8F">
            <w:pPr>
              <w:jc w:val="center"/>
            </w:pP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9B7AFC" w14:textId="77777777" w:rsidR="00B96D8F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</w:tr>
      <w:tr w:rsidR="00B96D8F" w14:paraId="4C0B12B3" w14:textId="77777777" w:rsidTr="005E776D">
        <w:trPr>
          <w:jc w:val="center"/>
        </w:trPr>
        <w:tc>
          <w:tcPr>
            <w:tcW w:w="7257" w:type="dxa"/>
            <w:gridSpan w:val="2"/>
            <w:shd w:val="clear" w:color="auto" w:fill="F2D27A"/>
            <w:vAlign w:val="center"/>
          </w:tcPr>
          <w:p w14:paraId="043BE055" w14:textId="77777777" w:rsidR="00B96D8F" w:rsidRDefault="00000000">
            <w:pPr>
              <w:jc w:val="right"/>
            </w:pPr>
            <w:r>
              <w:rPr>
                <w:b/>
                <w:sz w:val="17"/>
              </w:rPr>
              <w:t>TOPLAM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0819DA40" w14:textId="77777777" w:rsidR="00B96D8F" w:rsidRDefault="00000000">
            <w:r>
              <w:rPr>
                <w:b/>
                <w:sz w:val="17"/>
              </w:rPr>
              <w:t>20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62D673A8" w14:textId="77777777" w:rsidR="00B96D8F" w:rsidRDefault="00000000">
            <w:r>
              <w:rPr>
                <w:b/>
                <w:sz w:val="17"/>
              </w:rPr>
              <w:t>9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581FECE4" w14:textId="77777777" w:rsidR="00B96D8F" w:rsidRDefault="00000000">
            <w:r>
              <w:rPr>
                <w:b/>
                <w:sz w:val="17"/>
              </w:rPr>
              <w:t>25</w:t>
            </w:r>
          </w:p>
        </w:tc>
        <w:tc>
          <w:tcPr>
            <w:tcW w:w="794" w:type="dxa"/>
            <w:shd w:val="clear" w:color="auto" w:fill="F2D27A"/>
            <w:vAlign w:val="center"/>
          </w:tcPr>
          <w:p w14:paraId="5BCFC024" w14:textId="77777777" w:rsidR="00B96D8F" w:rsidRDefault="00000000">
            <w:r>
              <w:rPr>
                <w:b/>
                <w:sz w:val="17"/>
              </w:rPr>
              <w:t>30</w:t>
            </w:r>
          </w:p>
        </w:tc>
      </w:tr>
    </w:tbl>
    <w:p w14:paraId="7376B908" w14:textId="77777777" w:rsidR="005E776D" w:rsidRDefault="005E776D" w:rsidP="005E776D">
      <w:pPr>
        <w:spacing w:after="40"/>
        <w:ind w:left="3600" w:firstLine="720"/>
        <w:rPr>
          <w:b/>
          <w:sz w:val="24"/>
        </w:rPr>
      </w:pPr>
    </w:p>
    <w:p w14:paraId="52B83791" w14:textId="77777777" w:rsidR="005E776D" w:rsidRDefault="005E776D" w:rsidP="005E776D">
      <w:pPr>
        <w:spacing w:after="40"/>
        <w:ind w:left="3600" w:firstLine="720"/>
        <w:rPr>
          <w:b/>
          <w:sz w:val="24"/>
        </w:rPr>
      </w:pPr>
    </w:p>
    <w:p w14:paraId="5FD92CE6" w14:textId="1098D88C" w:rsidR="00B96D8F" w:rsidRDefault="005E776D" w:rsidP="005E776D">
      <w:pPr>
        <w:spacing w:after="40"/>
        <w:ind w:left="3600" w:firstLine="720"/>
        <w:rPr>
          <w:b/>
          <w:sz w:val="24"/>
        </w:rPr>
      </w:pPr>
      <w:r>
        <w:rPr>
          <w:b/>
          <w:sz w:val="24"/>
        </w:rPr>
        <w:t>2. YARIYIL</w:t>
      </w:r>
    </w:p>
    <w:p w14:paraId="18254741" w14:textId="77777777" w:rsidR="005E776D" w:rsidRDefault="005E776D" w:rsidP="005E776D">
      <w:pPr>
        <w:spacing w:after="40"/>
        <w:ind w:left="3600" w:firstLine="720"/>
        <w:rPr>
          <w:b/>
          <w:sz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474"/>
        <w:gridCol w:w="5783"/>
        <w:gridCol w:w="680"/>
        <w:gridCol w:w="680"/>
        <w:gridCol w:w="680"/>
        <w:gridCol w:w="794"/>
      </w:tblGrid>
      <w:tr w:rsidR="005E776D" w14:paraId="7128822C" w14:textId="77777777" w:rsidTr="00096C97">
        <w:trPr>
          <w:tblHeader/>
          <w:jc w:val="center"/>
        </w:trPr>
        <w:tc>
          <w:tcPr>
            <w:tcW w:w="1474" w:type="dxa"/>
            <w:shd w:val="clear" w:color="auto" w:fill="800000"/>
            <w:vAlign w:val="center"/>
          </w:tcPr>
          <w:p w14:paraId="65739845" w14:textId="77777777" w:rsidR="005E776D" w:rsidRDefault="005E776D" w:rsidP="00096C97">
            <w:pPr>
              <w:jc w:val="center"/>
            </w:pPr>
            <w:r>
              <w:rPr>
                <w:b/>
                <w:color w:val="FFFFFF"/>
              </w:rPr>
              <w:t>Ders Kodu</w:t>
            </w:r>
          </w:p>
        </w:tc>
        <w:tc>
          <w:tcPr>
            <w:tcW w:w="5783" w:type="dxa"/>
            <w:shd w:val="clear" w:color="auto" w:fill="800000"/>
            <w:vAlign w:val="center"/>
          </w:tcPr>
          <w:p w14:paraId="1EA57186" w14:textId="77777777" w:rsidR="005E776D" w:rsidRDefault="005E776D" w:rsidP="00096C97">
            <w:pPr>
              <w:jc w:val="center"/>
            </w:pPr>
            <w:r>
              <w:rPr>
                <w:b/>
                <w:color w:val="FFFFFF"/>
              </w:rPr>
              <w:t xml:space="preserve">Ders </w:t>
            </w:r>
            <w:proofErr w:type="spellStart"/>
            <w:r>
              <w:rPr>
                <w:b/>
                <w:color w:val="FFFFFF"/>
              </w:rPr>
              <w:t>Adı</w:t>
            </w:r>
            <w:proofErr w:type="spellEnd"/>
          </w:p>
        </w:tc>
        <w:tc>
          <w:tcPr>
            <w:tcW w:w="680" w:type="dxa"/>
            <w:shd w:val="clear" w:color="auto" w:fill="800000"/>
            <w:vAlign w:val="center"/>
          </w:tcPr>
          <w:p w14:paraId="4C00EF15" w14:textId="77777777" w:rsidR="005E776D" w:rsidRDefault="005E776D" w:rsidP="00096C97">
            <w:pPr>
              <w:jc w:val="center"/>
            </w:pPr>
            <w:r>
              <w:rPr>
                <w:b/>
                <w:color w:val="FFFFFF"/>
              </w:rPr>
              <w:t>T</w:t>
            </w:r>
          </w:p>
        </w:tc>
        <w:tc>
          <w:tcPr>
            <w:tcW w:w="680" w:type="dxa"/>
            <w:shd w:val="clear" w:color="auto" w:fill="800000"/>
            <w:vAlign w:val="center"/>
          </w:tcPr>
          <w:p w14:paraId="5AE0C474" w14:textId="77777777" w:rsidR="005E776D" w:rsidRDefault="005E776D" w:rsidP="00096C97">
            <w:pPr>
              <w:jc w:val="center"/>
            </w:pPr>
            <w:r>
              <w:rPr>
                <w:b/>
                <w:color w:val="FFFFFF"/>
              </w:rPr>
              <w:t>U</w:t>
            </w:r>
          </w:p>
        </w:tc>
        <w:tc>
          <w:tcPr>
            <w:tcW w:w="680" w:type="dxa"/>
            <w:shd w:val="clear" w:color="auto" w:fill="800000"/>
            <w:vAlign w:val="center"/>
          </w:tcPr>
          <w:p w14:paraId="7BDD8F72" w14:textId="77777777" w:rsidR="005E776D" w:rsidRDefault="005E776D" w:rsidP="00096C97">
            <w:pPr>
              <w:jc w:val="center"/>
            </w:pPr>
            <w:r>
              <w:rPr>
                <w:b/>
                <w:color w:val="FFFFFF"/>
              </w:rPr>
              <w:t>K</w:t>
            </w:r>
          </w:p>
        </w:tc>
        <w:tc>
          <w:tcPr>
            <w:tcW w:w="794" w:type="dxa"/>
            <w:shd w:val="clear" w:color="auto" w:fill="800000"/>
            <w:vAlign w:val="center"/>
          </w:tcPr>
          <w:p w14:paraId="7DD50B89" w14:textId="77777777" w:rsidR="005E776D" w:rsidRDefault="005E776D" w:rsidP="00096C97">
            <w:pPr>
              <w:jc w:val="center"/>
            </w:pPr>
            <w:r>
              <w:rPr>
                <w:b/>
                <w:color w:val="FFFFFF"/>
              </w:rPr>
              <w:t>AKTS</w:t>
            </w:r>
          </w:p>
        </w:tc>
      </w:tr>
      <w:tr w:rsidR="005E776D" w14:paraId="00F9DED1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16D87B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TDL 121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7BC253" w14:textId="77777777" w:rsidR="005E776D" w:rsidRDefault="005E776D" w:rsidP="00096C97">
            <w:proofErr w:type="spellStart"/>
            <w:r>
              <w:rPr>
                <w:sz w:val="17"/>
              </w:rPr>
              <w:t>Türk</w:t>
            </w:r>
            <w:proofErr w:type="spellEnd"/>
            <w:r>
              <w:rPr>
                <w:sz w:val="17"/>
              </w:rPr>
              <w:t xml:space="preserve"> Dili-II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DAA340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B59176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9A3315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A696F4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5E776D" w14:paraId="65E23C87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E5B90B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ATA 121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F8888D" w14:textId="77777777" w:rsidR="005E776D" w:rsidRDefault="005E776D" w:rsidP="00096C97">
            <w:r>
              <w:rPr>
                <w:sz w:val="17"/>
              </w:rPr>
              <w:t xml:space="preserve">Atatürk </w:t>
            </w:r>
            <w:proofErr w:type="spellStart"/>
            <w:r>
              <w:rPr>
                <w:sz w:val="17"/>
              </w:rPr>
              <w:t>İlkeleri</w:t>
            </w:r>
            <w:proofErr w:type="spellEnd"/>
            <w:r>
              <w:rPr>
                <w:sz w:val="17"/>
              </w:rPr>
              <w:t xml:space="preserve"> ve </w:t>
            </w:r>
            <w:proofErr w:type="spellStart"/>
            <w:r>
              <w:rPr>
                <w:sz w:val="17"/>
              </w:rPr>
              <w:t>İnkılap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Tarihi</w:t>
            </w:r>
            <w:proofErr w:type="spellEnd"/>
            <w:r>
              <w:rPr>
                <w:sz w:val="17"/>
              </w:rPr>
              <w:t>-II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9B7F59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714DB3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BEBA19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F6247B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5E776D" w14:paraId="15E9B03C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38E993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ING 121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6580C6" w14:textId="77777777" w:rsidR="005E776D" w:rsidRDefault="005E776D" w:rsidP="00096C97">
            <w:proofErr w:type="spellStart"/>
            <w:r>
              <w:rPr>
                <w:sz w:val="17"/>
              </w:rPr>
              <w:t>İngilizce</w:t>
            </w:r>
            <w:proofErr w:type="spellEnd"/>
            <w:r>
              <w:rPr>
                <w:sz w:val="17"/>
              </w:rPr>
              <w:t>-II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09F3A3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D48789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606C03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1C6F62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5E776D" w14:paraId="2485990C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1AB906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FİZ 121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39031B" w14:textId="77777777" w:rsidR="005E776D" w:rsidRDefault="005E776D" w:rsidP="00096C97">
            <w:r>
              <w:rPr>
                <w:sz w:val="17"/>
              </w:rPr>
              <w:t xml:space="preserve">Fizik </w:t>
            </w:r>
            <w:proofErr w:type="spellStart"/>
            <w:r>
              <w:rPr>
                <w:sz w:val="17"/>
              </w:rPr>
              <w:t>Tedavide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Yardımcı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Gereçler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38FA2C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E2623F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DFD2D2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A78427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5E776D" w14:paraId="30898DE0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4D22C6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FİZ 122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3BCF5D" w14:textId="77777777" w:rsidR="005E776D" w:rsidRDefault="005E776D" w:rsidP="00096C97">
            <w:proofErr w:type="spellStart"/>
            <w:r>
              <w:rPr>
                <w:sz w:val="17"/>
              </w:rPr>
              <w:t>İskelet</w:t>
            </w:r>
            <w:proofErr w:type="spellEnd"/>
            <w:r>
              <w:rPr>
                <w:sz w:val="17"/>
              </w:rPr>
              <w:t xml:space="preserve"> ve Kas Sistemi Anatomisi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8ED690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CA197F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40E60B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C603B7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5E776D" w14:paraId="7EC39974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1490BC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FİZ 123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014547" w14:textId="77777777" w:rsidR="005E776D" w:rsidRDefault="005E776D" w:rsidP="00096C97">
            <w:proofErr w:type="spellStart"/>
            <w:r>
              <w:rPr>
                <w:sz w:val="17"/>
              </w:rPr>
              <w:t>Fizyoterapide</w:t>
            </w:r>
            <w:proofErr w:type="spellEnd"/>
            <w:r>
              <w:rPr>
                <w:sz w:val="17"/>
              </w:rPr>
              <w:t xml:space="preserve"> Temel </w:t>
            </w:r>
            <w:proofErr w:type="spellStart"/>
            <w:r>
              <w:rPr>
                <w:sz w:val="17"/>
              </w:rPr>
              <w:t>Değerlendirme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Prensipleri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CB8B7D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B2F3F4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45C4AA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966C40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5E776D" w14:paraId="0ADC7F71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E2FEE9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FİZ 124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5A0F95" w14:textId="77777777" w:rsidR="005E776D" w:rsidRDefault="005E776D" w:rsidP="00096C97">
            <w:proofErr w:type="spellStart"/>
            <w:r>
              <w:rPr>
                <w:sz w:val="17"/>
              </w:rPr>
              <w:t>Hidroterapi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147FEE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7C74CC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999DCF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47F706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5E776D" w14:paraId="6765FA7B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11D8DC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FİZ 125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B93C59" w14:textId="77777777" w:rsidR="005E776D" w:rsidRDefault="005E776D" w:rsidP="00096C97">
            <w:r>
              <w:rPr>
                <w:sz w:val="17"/>
              </w:rPr>
              <w:t xml:space="preserve">Masaj </w:t>
            </w:r>
            <w:proofErr w:type="spellStart"/>
            <w:r>
              <w:rPr>
                <w:sz w:val="17"/>
              </w:rPr>
              <w:t>Teknikleri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4D06AA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0563A1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CBCFFB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F6CEBE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5E776D" w14:paraId="30869B49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472802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FİZ 126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D6C113" w14:textId="77777777" w:rsidR="005E776D" w:rsidRDefault="005E776D" w:rsidP="00096C97">
            <w:r>
              <w:rPr>
                <w:sz w:val="17"/>
              </w:rPr>
              <w:t>İlk ve Acil Yardım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B9C268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63D4B7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E44E83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A4F639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5E776D" w14:paraId="6592ED01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000A4D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IKU 121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97F598" w14:textId="77777777" w:rsidR="005E776D" w:rsidRDefault="005E776D" w:rsidP="00096C97">
            <w:r>
              <w:rPr>
                <w:sz w:val="17"/>
              </w:rPr>
              <w:t>Kariyer Gelişimi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B57A45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08FCB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3939B5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67C239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5E776D" w14:paraId="4DC75140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9B3992" w14:textId="77777777" w:rsidR="005E776D" w:rsidRDefault="005E776D" w:rsidP="00096C97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FC79B1" w14:textId="77777777" w:rsidR="005E776D" w:rsidRDefault="005E776D" w:rsidP="00096C97">
            <w:proofErr w:type="spellStart"/>
            <w:r>
              <w:rPr>
                <w:sz w:val="17"/>
              </w:rPr>
              <w:t>Seçmeli</w:t>
            </w:r>
            <w:proofErr w:type="spellEnd"/>
            <w:r>
              <w:rPr>
                <w:sz w:val="17"/>
              </w:rPr>
              <w:t xml:space="preserve"> Ders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D56B79" w14:textId="77777777" w:rsidR="005E776D" w:rsidRDefault="005E776D" w:rsidP="00096C97">
            <w:pPr>
              <w:jc w:val="center"/>
            </w:pP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88B149" w14:textId="77777777" w:rsidR="005E776D" w:rsidRDefault="005E776D" w:rsidP="00096C97">
            <w:pPr>
              <w:jc w:val="center"/>
            </w:pP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061D6E" w14:textId="77777777" w:rsidR="005E776D" w:rsidRDefault="005E776D" w:rsidP="00096C97">
            <w:pPr>
              <w:jc w:val="center"/>
            </w:pP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A3CB9E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1</w:t>
            </w:r>
          </w:p>
        </w:tc>
      </w:tr>
      <w:tr w:rsidR="005E776D" w14:paraId="623C34CC" w14:textId="77777777" w:rsidTr="00096C97">
        <w:trPr>
          <w:jc w:val="center"/>
        </w:trPr>
        <w:tc>
          <w:tcPr>
            <w:tcW w:w="5783" w:type="dxa"/>
            <w:gridSpan w:val="2"/>
            <w:shd w:val="clear" w:color="auto" w:fill="F2D27A"/>
            <w:vAlign w:val="center"/>
          </w:tcPr>
          <w:p w14:paraId="7284F0D1" w14:textId="77777777" w:rsidR="005E776D" w:rsidRDefault="005E776D" w:rsidP="00096C97">
            <w:pPr>
              <w:jc w:val="right"/>
            </w:pPr>
            <w:r>
              <w:rPr>
                <w:b/>
                <w:sz w:val="17"/>
              </w:rPr>
              <w:t>TOPLAM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711789B1" w14:textId="77777777" w:rsidR="005E776D" w:rsidRDefault="005E776D" w:rsidP="00096C97">
            <w:r>
              <w:rPr>
                <w:b/>
                <w:sz w:val="17"/>
              </w:rPr>
              <w:t>17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2F0A5099" w14:textId="77777777" w:rsidR="005E776D" w:rsidRDefault="005E776D" w:rsidP="00096C97">
            <w:r>
              <w:rPr>
                <w:b/>
                <w:sz w:val="17"/>
              </w:rPr>
              <w:t>11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39C2DCD1" w14:textId="77777777" w:rsidR="005E776D" w:rsidRDefault="005E776D" w:rsidP="00096C97">
            <w:r>
              <w:rPr>
                <w:b/>
                <w:sz w:val="17"/>
              </w:rPr>
              <w:t>23</w:t>
            </w:r>
          </w:p>
        </w:tc>
        <w:tc>
          <w:tcPr>
            <w:tcW w:w="794" w:type="dxa"/>
            <w:shd w:val="clear" w:color="auto" w:fill="F2D27A"/>
            <w:vAlign w:val="center"/>
          </w:tcPr>
          <w:p w14:paraId="039E1299" w14:textId="77777777" w:rsidR="005E776D" w:rsidRDefault="005E776D" w:rsidP="00096C97">
            <w:r>
              <w:rPr>
                <w:b/>
                <w:sz w:val="17"/>
              </w:rPr>
              <w:t>30</w:t>
            </w:r>
          </w:p>
        </w:tc>
      </w:tr>
    </w:tbl>
    <w:p w14:paraId="341A0661" w14:textId="77777777" w:rsidR="005E776D" w:rsidRDefault="005E776D" w:rsidP="005E776D">
      <w:pPr>
        <w:spacing w:after="40"/>
        <w:ind w:left="3600" w:firstLine="720"/>
      </w:pPr>
    </w:p>
    <w:p w14:paraId="299C6586" w14:textId="5AC10C81" w:rsidR="00B96D8F" w:rsidRDefault="00B96D8F">
      <w:pPr>
        <w:pageBreakBefore/>
        <w:jc w:val="center"/>
      </w:pPr>
    </w:p>
    <w:p w14:paraId="4336645D" w14:textId="16F34194" w:rsidR="00B96D8F" w:rsidRDefault="005E776D" w:rsidP="005E776D">
      <w:pPr>
        <w:spacing w:after="40"/>
        <w:ind w:left="2880" w:firstLine="720"/>
        <w:rPr>
          <w:b/>
          <w:sz w:val="24"/>
        </w:rPr>
      </w:pPr>
      <w:r>
        <w:rPr>
          <w:b/>
          <w:sz w:val="24"/>
        </w:rPr>
        <w:t xml:space="preserve">       </w:t>
      </w:r>
      <w:r>
        <w:rPr>
          <w:b/>
          <w:sz w:val="24"/>
        </w:rPr>
        <w:t>3. YARIYIL</w:t>
      </w:r>
    </w:p>
    <w:p w14:paraId="3F621F5A" w14:textId="77777777" w:rsidR="005E776D" w:rsidRDefault="005E776D" w:rsidP="005E776D">
      <w:pPr>
        <w:spacing w:after="40"/>
        <w:ind w:left="2880" w:firstLine="720"/>
        <w:rPr>
          <w:b/>
          <w:sz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474"/>
        <w:gridCol w:w="5783"/>
        <w:gridCol w:w="680"/>
        <w:gridCol w:w="680"/>
        <w:gridCol w:w="680"/>
        <w:gridCol w:w="794"/>
      </w:tblGrid>
      <w:tr w:rsidR="005E776D" w14:paraId="7301FB56" w14:textId="77777777" w:rsidTr="00096C97">
        <w:trPr>
          <w:tblHeader/>
          <w:jc w:val="center"/>
        </w:trPr>
        <w:tc>
          <w:tcPr>
            <w:tcW w:w="1474" w:type="dxa"/>
            <w:shd w:val="clear" w:color="auto" w:fill="800000"/>
            <w:vAlign w:val="center"/>
          </w:tcPr>
          <w:p w14:paraId="72BAFFE0" w14:textId="77777777" w:rsidR="005E776D" w:rsidRDefault="005E776D" w:rsidP="00096C97">
            <w:pPr>
              <w:jc w:val="center"/>
            </w:pPr>
            <w:r>
              <w:rPr>
                <w:b/>
                <w:color w:val="FFFFFF"/>
              </w:rPr>
              <w:t>Ders Kodu</w:t>
            </w:r>
          </w:p>
        </w:tc>
        <w:tc>
          <w:tcPr>
            <w:tcW w:w="5783" w:type="dxa"/>
            <w:shd w:val="clear" w:color="auto" w:fill="800000"/>
            <w:vAlign w:val="center"/>
          </w:tcPr>
          <w:p w14:paraId="0AF71F00" w14:textId="77777777" w:rsidR="005E776D" w:rsidRDefault="005E776D" w:rsidP="00096C97">
            <w:pPr>
              <w:jc w:val="center"/>
            </w:pPr>
            <w:r>
              <w:rPr>
                <w:b/>
                <w:color w:val="FFFFFF"/>
              </w:rPr>
              <w:t xml:space="preserve">Ders </w:t>
            </w:r>
            <w:proofErr w:type="spellStart"/>
            <w:r>
              <w:rPr>
                <w:b/>
                <w:color w:val="FFFFFF"/>
              </w:rPr>
              <w:t>Adı</w:t>
            </w:r>
            <w:proofErr w:type="spellEnd"/>
          </w:p>
        </w:tc>
        <w:tc>
          <w:tcPr>
            <w:tcW w:w="680" w:type="dxa"/>
            <w:shd w:val="clear" w:color="auto" w:fill="800000"/>
            <w:vAlign w:val="center"/>
          </w:tcPr>
          <w:p w14:paraId="456D08C2" w14:textId="77777777" w:rsidR="005E776D" w:rsidRDefault="005E776D" w:rsidP="00096C97">
            <w:pPr>
              <w:jc w:val="center"/>
            </w:pPr>
            <w:r>
              <w:rPr>
                <w:b/>
                <w:color w:val="FFFFFF"/>
              </w:rPr>
              <w:t>T</w:t>
            </w:r>
          </w:p>
        </w:tc>
        <w:tc>
          <w:tcPr>
            <w:tcW w:w="680" w:type="dxa"/>
            <w:shd w:val="clear" w:color="auto" w:fill="800000"/>
            <w:vAlign w:val="center"/>
          </w:tcPr>
          <w:p w14:paraId="02F5D871" w14:textId="77777777" w:rsidR="005E776D" w:rsidRDefault="005E776D" w:rsidP="00096C97">
            <w:pPr>
              <w:jc w:val="center"/>
            </w:pPr>
            <w:r>
              <w:rPr>
                <w:b/>
                <w:color w:val="FFFFFF"/>
              </w:rPr>
              <w:t>U</w:t>
            </w:r>
          </w:p>
        </w:tc>
        <w:tc>
          <w:tcPr>
            <w:tcW w:w="680" w:type="dxa"/>
            <w:shd w:val="clear" w:color="auto" w:fill="800000"/>
            <w:vAlign w:val="center"/>
          </w:tcPr>
          <w:p w14:paraId="2C7D11FC" w14:textId="77777777" w:rsidR="005E776D" w:rsidRDefault="005E776D" w:rsidP="00096C97">
            <w:pPr>
              <w:jc w:val="center"/>
            </w:pPr>
            <w:r>
              <w:rPr>
                <w:b/>
                <w:color w:val="FFFFFF"/>
              </w:rPr>
              <w:t>K</w:t>
            </w:r>
          </w:p>
        </w:tc>
        <w:tc>
          <w:tcPr>
            <w:tcW w:w="794" w:type="dxa"/>
            <w:shd w:val="clear" w:color="auto" w:fill="800000"/>
            <w:vAlign w:val="center"/>
          </w:tcPr>
          <w:p w14:paraId="5527CD76" w14:textId="77777777" w:rsidR="005E776D" w:rsidRDefault="005E776D" w:rsidP="00096C97">
            <w:pPr>
              <w:jc w:val="center"/>
            </w:pPr>
            <w:r>
              <w:rPr>
                <w:b/>
                <w:color w:val="FFFFFF"/>
              </w:rPr>
              <w:t>AKTS</w:t>
            </w:r>
          </w:p>
        </w:tc>
      </w:tr>
      <w:tr w:rsidR="005E776D" w14:paraId="09996E97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13F96B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FİZ 211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545C5B" w14:textId="77777777" w:rsidR="005E776D" w:rsidRDefault="005E776D" w:rsidP="00096C97">
            <w:proofErr w:type="spellStart"/>
            <w:r>
              <w:rPr>
                <w:sz w:val="17"/>
              </w:rPr>
              <w:t>Fizyoterapi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Uygulamalı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Dersi</w:t>
            </w:r>
            <w:proofErr w:type="spellEnd"/>
            <w:r>
              <w:rPr>
                <w:sz w:val="17"/>
              </w:rPr>
              <w:t>-I (</w:t>
            </w:r>
            <w:proofErr w:type="spellStart"/>
            <w:r>
              <w:rPr>
                <w:sz w:val="17"/>
              </w:rPr>
              <w:t>Kd</w:t>
            </w:r>
            <w:proofErr w:type="spellEnd"/>
            <w:r>
              <w:rPr>
                <w:sz w:val="17"/>
              </w:rPr>
              <w:t>-UD)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67EAC5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A66DFF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D68ECD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312D08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6</w:t>
            </w:r>
          </w:p>
        </w:tc>
      </w:tr>
      <w:tr w:rsidR="005E776D" w14:paraId="09A52C14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3452CC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FİZ 212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5941F1" w14:textId="77777777" w:rsidR="005E776D" w:rsidRDefault="005E776D" w:rsidP="00096C97">
            <w:proofErr w:type="spellStart"/>
            <w:r>
              <w:rPr>
                <w:sz w:val="17"/>
              </w:rPr>
              <w:t>Ortopedik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Hastalıklarda</w:t>
            </w:r>
            <w:proofErr w:type="spellEnd"/>
            <w:r>
              <w:rPr>
                <w:sz w:val="17"/>
              </w:rPr>
              <w:t xml:space="preserve"> Fizik Tedavi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436842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7E2C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0C41C9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44BA21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5E776D" w14:paraId="481330BF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98B590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FİZ 213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7A14EE" w14:textId="77777777" w:rsidR="005E776D" w:rsidRDefault="005E776D" w:rsidP="00096C97">
            <w:proofErr w:type="spellStart"/>
            <w:r>
              <w:rPr>
                <w:sz w:val="17"/>
              </w:rPr>
              <w:t>Fonksiyonel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Anatomi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81AA1A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6797C3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35F879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89EB42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5E776D" w14:paraId="092FB71A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41ED33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FİZ 214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3580E4" w14:textId="77777777" w:rsidR="005E776D" w:rsidRDefault="005E776D" w:rsidP="00096C97">
            <w:proofErr w:type="spellStart"/>
            <w:r>
              <w:rPr>
                <w:sz w:val="17"/>
              </w:rPr>
              <w:t>Romatizmal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Hastalıklarda</w:t>
            </w:r>
            <w:proofErr w:type="spellEnd"/>
            <w:r>
              <w:rPr>
                <w:sz w:val="17"/>
              </w:rPr>
              <w:t xml:space="preserve"> Fizik Tedavi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9E699F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46B47B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86A39C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3F51BE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5E776D" w14:paraId="478A4920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900D98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FİZ 215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663155" w14:textId="77777777" w:rsidR="005E776D" w:rsidRDefault="005E776D" w:rsidP="00096C97">
            <w:proofErr w:type="spellStart"/>
            <w:r>
              <w:rPr>
                <w:sz w:val="17"/>
              </w:rPr>
              <w:t>Elektroterapi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7F7968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61861D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62DFC6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2F9596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5E776D" w14:paraId="2A26E9A4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241BDB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FİZ 216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4D621F" w14:textId="77777777" w:rsidR="005E776D" w:rsidRDefault="005E776D" w:rsidP="00096C97">
            <w:proofErr w:type="spellStart"/>
            <w:r>
              <w:rPr>
                <w:sz w:val="17"/>
              </w:rPr>
              <w:t>Sporda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Fizyoterapi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A16A0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02F063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CCCDF9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06924A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5E776D" w14:paraId="68523D27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DDFA5E" w14:textId="77777777" w:rsidR="005E776D" w:rsidRDefault="005E776D" w:rsidP="00096C97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DAAE0F" w14:textId="77777777" w:rsidR="005E776D" w:rsidRDefault="005E776D" w:rsidP="00096C97">
            <w:proofErr w:type="spellStart"/>
            <w:r>
              <w:rPr>
                <w:sz w:val="17"/>
              </w:rPr>
              <w:t>Seçmeli</w:t>
            </w:r>
            <w:proofErr w:type="spellEnd"/>
            <w:r>
              <w:rPr>
                <w:sz w:val="17"/>
              </w:rPr>
              <w:t xml:space="preserve"> Ders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543AFB" w14:textId="77777777" w:rsidR="005E776D" w:rsidRDefault="005E776D" w:rsidP="00096C97">
            <w:pPr>
              <w:jc w:val="center"/>
            </w:pP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679E9A" w14:textId="77777777" w:rsidR="005E776D" w:rsidRDefault="005E776D" w:rsidP="00096C97">
            <w:pPr>
              <w:jc w:val="center"/>
            </w:pP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3C57AE" w14:textId="77777777" w:rsidR="005E776D" w:rsidRDefault="005E776D" w:rsidP="00096C97">
            <w:pPr>
              <w:jc w:val="center"/>
            </w:pP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FC90F8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5E776D" w14:paraId="6C7A7863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00F0D0" w14:textId="77777777" w:rsidR="005E776D" w:rsidRDefault="005E776D" w:rsidP="00096C97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2327C3" w14:textId="77777777" w:rsidR="005E776D" w:rsidRDefault="005E776D" w:rsidP="00096C97">
            <w:proofErr w:type="spellStart"/>
            <w:r>
              <w:rPr>
                <w:sz w:val="17"/>
              </w:rPr>
              <w:t>Seçmeli</w:t>
            </w:r>
            <w:proofErr w:type="spellEnd"/>
            <w:r>
              <w:rPr>
                <w:sz w:val="17"/>
              </w:rPr>
              <w:t xml:space="preserve"> Ders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B959A1" w14:textId="77777777" w:rsidR="005E776D" w:rsidRDefault="005E776D" w:rsidP="00096C97">
            <w:pPr>
              <w:jc w:val="center"/>
            </w:pP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B03DA4" w14:textId="77777777" w:rsidR="005E776D" w:rsidRDefault="005E776D" w:rsidP="00096C97">
            <w:pPr>
              <w:jc w:val="center"/>
            </w:pP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39B9B6" w14:textId="77777777" w:rsidR="005E776D" w:rsidRDefault="005E776D" w:rsidP="00096C97">
            <w:pPr>
              <w:jc w:val="center"/>
            </w:pP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963BA2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5E776D" w14:paraId="0BEE27BD" w14:textId="77777777" w:rsidTr="005E776D">
        <w:trPr>
          <w:jc w:val="center"/>
        </w:trPr>
        <w:tc>
          <w:tcPr>
            <w:tcW w:w="7257" w:type="dxa"/>
            <w:gridSpan w:val="2"/>
            <w:shd w:val="clear" w:color="auto" w:fill="F2D27A"/>
            <w:vAlign w:val="center"/>
          </w:tcPr>
          <w:p w14:paraId="31695332" w14:textId="77777777" w:rsidR="005E776D" w:rsidRDefault="005E776D" w:rsidP="00096C97">
            <w:pPr>
              <w:jc w:val="right"/>
            </w:pPr>
            <w:r>
              <w:rPr>
                <w:b/>
                <w:sz w:val="17"/>
              </w:rPr>
              <w:t>TOPLAM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30A967ED" w14:textId="77777777" w:rsidR="005E776D" w:rsidRDefault="005E776D" w:rsidP="00096C97">
            <w:r>
              <w:rPr>
                <w:b/>
                <w:sz w:val="17"/>
              </w:rPr>
              <w:t>12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6E04C2DD" w14:textId="77777777" w:rsidR="005E776D" w:rsidRDefault="005E776D" w:rsidP="00096C97">
            <w:r>
              <w:rPr>
                <w:b/>
                <w:sz w:val="17"/>
              </w:rPr>
              <w:t>10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47B49B56" w14:textId="77777777" w:rsidR="005E776D" w:rsidRDefault="005E776D" w:rsidP="00096C97">
            <w:r>
              <w:rPr>
                <w:b/>
                <w:sz w:val="17"/>
              </w:rPr>
              <w:t>17</w:t>
            </w:r>
          </w:p>
        </w:tc>
        <w:tc>
          <w:tcPr>
            <w:tcW w:w="794" w:type="dxa"/>
            <w:shd w:val="clear" w:color="auto" w:fill="F2D27A"/>
            <w:vAlign w:val="center"/>
          </w:tcPr>
          <w:p w14:paraId="76B8003D" w14:textId="77777777" w:rsidR="005E776D" w:rsidRDefault="005E776D" w:rsidP="00096C97">
            <w:r>
              <w:rPr>
                <w:b/>
                <w:sz w:val="17"/>
              </w:rPr>
              <w:t>30</w:t>
            </w:r>
          </w:p>
        </w:tc>
      </w:tr>
    </w:tbl>
    <w:p w14:paraId="1D3F3FB3" w14:textId="77777777" w:rsidR="005E776D" w:rsidRDefault="005E776D">
      <w:pPr>
        <w:spacing w:after="40"/>
        <w:rPr>
          <w:b/>
          <w:sz w:val="24"/>
        </w:rPr>
      </w:pPr>
    </w:p>
    <w:p w14:paraId="56F79279" w14:textId="0ADD7E1F" w:rsidR="005E776D" w:rsidRDefault="005E776D" w:rsidP="005E776D">
      <w:pPr>
        <w:spacing w:after="40"/>
        <w:ind w:left="2880" w:firstLine="720"/>
        <w:rPr>
          <w:b/>
          <w:sz w:val="24"/>
        </w:rPr>
      </w:pPr>
      <w:r>
        <w:rPr>
          <w:b/>
          <w:sz w:val="24"/>
        </w:rPr>
        <w:t xml:space="preserve">       </w:t>
      </w:r>
      <w:r>
        <w:rPr>
          <w:b/>
          <w:sz w:val="24"/>
        </w:rPr>
        <w:t>4. YARIYIL</w:t>
      </w:r>
    </w:p>
    <w:p w14:paraId="1EBE597F" w14:textId="77777777" w:rsidR="005E776D" w:rsidRDefault="005E776D">
      <w:pPr>
        <w:spacing w:after="40"/>
        <w:rPr>
          <w:b/>
          <w:sz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474"/>
        <w:gridCol w:w="5783"/>
        <w:gridCol w:w="680"/>
        <w:gridCol w:w="680"/>
        <w:gridCol w:w="680"/>
        <w:gridCol w:w="794"/>
      </w:tblGrid>
      <w:tr w:rsidR="005E776D" w14:paraId="0F8C3AF6" w14:textId="77777777" w:rsidTr="00096C97">
        <w:trPr>
          <w:tblHeader/>
          <w:jc w:val="center"/>
        </w:trPr>
        <w:tc>
          <w:tcPr>
            <w:tcW w:w="1474" w:type="dxa"/>
            <w:shd w:val="clear" w:color="auto" w:fill="800000"/>
            <w:vAlign w:val="center"/>
          </w:tcPr>
          <w:p w14:paraId="051B7EC0" w14:textId="77777777" w:rsidR="005E776D" w:rsidRDefault="005E776D" w:rsidP="00096C97">
            <w:pPr>
              <w:jc w:val="center"/>
            </w:pPr>
            <w:r>
              <w:rPr>
                <w:b/>
                <w:color w:val="FFFFFF"/>
              </w:rPr>
              <w:t>Ders Kodu</w:t>
            </w:r>
          </w:p>
        </w:tc>
        <w:tc>
          <w:tcPr>
            <w:tcW w:w="5783" w:type="dxa"/>
            <w:shd w:val="clear" w:color="auto" w:fill="800000"/>
            <w:vAlign w:val="center"/>
          </w:tcPr>
          <w:p w14:paraId="0ADA4F0A" w14:textId="77777777" w:rsidR="005E776D" w:rsidRDefault="005E776D" w:rsidP="00096C97">
            <w:pPr>
              <w:jc w:val="center"/>
            </w:pPr>
            <w:r>
              <w:rPr>
                <w:b/>
                <w:color w:val="FFFFFF"/>
              </w:rPr>
              <w:t xml:space="preserve">Ders </w:t>
            </w:r>
            <w:proofErr w:type="spellStart"/>
            <w:r>
              <w:rPr>
                <w:b/>
                <w:color w:val="FFFFFF"/>
              </w:rPr>
              <w:t>Adı</w:t>
            </w:r>
            <w:proofErr w:type="spellEnd"/>
          </w:p>
        </w:tc>
        <w:tc>
          <w:tcPr>
            <w:tcW w:w="680" w:type="dxa"/>
            <w:shd w:val="clear" w:color="auto" w:fill="800000"/>
            <w:vAlign w:val="center"/>
          </w:tcPr>
          <w:p w14:paraId="7416EA74" w14:textId="77777777" w:rsidR="005E776D" w:rsidRDefault="005E776D" w:rsidP="00096C97">
            <w:pPr>
              <w:jc w:val="center"/>
            </w:pPr>
            <w:r>
              <w:rPr>
                <w:b/>
                <w:color w:val="FFFFFF"/>
              </w:rPr>
              <w:t>T</w:t>
            </w:r>
          </w:p>
        </w:tc>
        <w:tc>
          <w:tcPr>
            <w:tcW w:w="680" w:type="dxa"/>
            <w:shd w:val="clear" w:color="auto" w:fill="800000"/>
            <w:vAlign w:val="center"/>
          </w:tcPr>
          <w:p w14:paraId="2E2D4A58" w14:textId="77777777" w:rsidR="005E776D" w:rsidRDefault="005E776D" w:rsidP="00096C97">
            <w:pPr>
              <w:jc w:val="center"/>
            </w:pPr>
            <w:r>
              <w:rPr>
                <w:b/>
                <w:color w:val="FFFFFF"/>
              </w:rPr>
              <w:t>U</w:t>
            </w:r>
          </w:p>
        </w:tc>
        <w:tc>
          <w:tcPr>
            <w:tcW w:w="680" w:type="dxa"/>
            <w:shd w:val="clear" w:color="auto" w:fill="800000"/>
            <w:vAlign w:val="center"/>
          </w:tcPr>
          <w:p w14:paraId="1A89E285" w14:textId="77777777" w:rsidR="005E776D" w:rsidRDefault="005E776D" w:rsidP="00096C97">
            <w:pPr>
              <w:jc w:val="center"/>
            </w:pPr>
            <w:r>
              <w:rPr>
                <w:b/>
                <w:color w:val="FFFFFF"/>
              </w:rPr>
              <w:t>K</w:t>
            </w:r>
          </w:p>
        </w:tc>
        <w:tc>
          <w:tcPr>
            <w:tcW w:w="794" w:type="dxa"/>
            <w:shd w:val="clear" w:color="auto" w:fill="800000"/>
            <w:vAlign w:val="center"/>
          </w:tcPr>
          <w:p w14:paraId="36C3C5E9" w14:textId="77777777" w:rsidR="005E776D" w:rsidRDefault="005E776D" w:rsidP="00096C97">
            <w:pPr>
              <w:jc w:val="center"/>
            </w:pPr>
            <w:r>
              <w:rPr>
                <w:b/>
                <w:color w:val="FFFFFF"/>
              </w:rPr>
              <w:t>AKTS</w:t>
            </w:r>
          </w:p>
        </w:tc>
      </w:tr>
      <w:tr w:rsidR="005E776D" w14:paraId="2B6DBFB1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BEB581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FİZ 221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45C9F0" w14:textId="77777777" w:rsidR="005E776D" w:rsidRDefault="005E776D" w:rsidP="00096C97">
            <w:proofErr w:type="spellStart"/>
            <w:r>
              <w:rPr>
                <w:sz w:val="17"/>
              </w:rPr>
              <w:t>Fizyoterapi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Uygulamalı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Dersi</w:t>
            </w:r>
            <w:proofErr w:type="spellEnd"/>
            <w:r>
              <w:rPr>
                <w:sz w:val="17"/>
              </w:rPr>
              <w:t>-II (</w:t>
            </w:r>
            <w:proofErr w:type="spellStart"/>
            <w:r>
              <w:rPr>
                <w:sz w:val="17"/>
              </w:rPr>
              <w:t>Kd</w:t>
            </w:r>
            <w:proofErr w:type="spellEnd"/>
            <w:r>
              <w:rPr>
                <w:sz w:val="17"/>
              </w:rPr>
              <w:t>-UD)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60DF3D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612C4F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EDA3FF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B94A8C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6</w:t>
            </w:r>
          </w:p>
        </w:tc>
      </w:tr>
      <w:tr w:rsidR="005E776D" w14:paraId="6770DFC0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5FB32E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FİZ 222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69C94B" w14:textId="77777777" w:rsidR="005E776D" w:rsidRDefault="005E776D" w:rsidP="00096C97">
            <w:proofErr w:type="spellStart"/>
            <w:r>
              <w:rPr>
                <w:sz w:val="17"/>
              </w:rPr>
              <w:t>Nörolojik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Hastalıklarda</w:t>
            </w:r>
            <w:proofErr w:type="spellEnd"/>
            <w:r>
              <w:rPr>
                <w:sz w:val="17"/>
              </w:rPr>
              <w:t xml:space="preserve"> Fizik Tedavi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5C3D6D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AD701D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B2E991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B74222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5E776D" w14:paraId="7B10426D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44BAF0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FİZ 223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C48280" w14:textId="77777777" w:rsidR="005E776D" w:rsidRDefault="005E776D" w:rsidP="00096C97">
            <w:proofErr w:type="spellStart"/>
            <w:r>
              <w:rPr>
                <w:sz w:val="17"/>
              </w:rPr>
              <w:t>Kinezyoloji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CF1EF9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E41251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9FA1CB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0E9FAA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5E776D" w14:paraId="05F3A9E2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D15199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FİZ 224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343A1E" w14:textId="77777777" w:rsidR="005E776D" w:rsidRDefault="005E776D" w:rsidP="00096C97">
            <w:r>
              <w:rPr>
                <w:sz w:val="17"/>
              </w:rPr>
              <w:t xml:space="preserve">Halk </w:t>
            </w:r>
            <w:proofErr w:type="spellStart"/>
            <w:r>
              <w:rPr>
                <w:sz w:val="17"/>
              </w:rPr>
              <w:t>Sağlığı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A65B14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00E15D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D2711F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4A7EEA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5E776D" w14:paraId="7351B43A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C8F287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FİZ 225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0D246D" w14:textId="77777777" w:rsidR="005E776D" w:rsidRDefault="005E776D" w:rsidP="00096C97">
            <w:proofErr w:type="spellStart"/>
            <w:r>
              <w:rPr>
                <w:sz w:val="17"/>
              </w:rPr>
              <w:t>Ergoterapi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3B14FC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A0C18A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2DBB99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82CF25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5E776D" w14:paraId="4FDD1A89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7C0398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FİZ 226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A28EB2" w14:textId="77777777" w:rsidR="005E776D" w:rsidRDefault="005E776D" w:rsidP="00096C97">
            <w:r>
              <w:rPr>
                <w:sz w:val="17"/>
              </w:rPr>
              <w:t xml:space="preserve">Ortez </w:t>
            </w:r>
            <w:proofErr w:type="spellStart"/>
            <w:r>
              <w:rPr>
                <w:sz w:val="17"/>
              </w:rPr>
              <w:t>Protez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493083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D6D002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F69BF7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CA3843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5E776D" w14:paraId="7B2A04B4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4FDC73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FİZ 227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C90A15" w14:textId="77777777" w:rsidR="005E776D" w:rsidRDefault="005E776D" w:rsidP="00096C97">
            <w:proofErr w:type="spellStart"/>
            <w:r>
              <w:rPr>
                <w:sz w:val="17"/>
              </w:rPr>
              <w:t>Seminer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Dersi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94AD75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CF3593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471A99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D44363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5E776D" w14:paraId="1AD8542A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036222" w14:textId="77777777" w:rsidR="005E776D" w:rsidRDefault="005E776D" w:rsidP="00096C97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D865D4" w14:textId="77777777" w:rsidR="005E776D" w:rsidRDefault="005E776D" w:rsidP="00096C97">
            <w:proofErr w:type="spellStart"/>
            <w:r>
              <w:rPr>
                <w:sz w:val="17"/>
              </w:rPr>
              <w:t>Seçmeli</w:t>
            </w:r>
            <w:proofErr w:type="spellEnd"/>
            <w:r>
              <w:rPr>
                <w:sz w:val="17"/>
              </w:rPr>
              <w:t xml:space="preserve"> Ders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C747AF" w14:textId="77777777" w:rsidR="005E776D" w:rsidRDefault="005E776D" w:rsidP="00096C97">
            <w:pPr>
              <w:jc w:val="center"/>
            </w:pP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160454" w14:textId="77777777" w:rsidR="005E776D" w:rsidRDefault="005E776D" w:rsidP="00096C97">
            <w:pPr>
              <w:jc w:val="center"/>
            </w:pP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B0D8D1" w14:textId="77777777" w:rsidR="005E776D" w:rsidRDefault="005E776D" w:rsidP="00096C97">
            <w:pPr>
              <w:jc w:val="center"/>
            </w:pP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7A9CA6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5E776D" w14:paraId="7CA4B344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218A26" w14:textId="77777777" w:rsidR="005E776D" w:rsidRDefault="005E776D" w:rsidP="00096C97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BDCB2B" w14:textId="77777777" w:rsidR="005E776D" w:rsidRDefault="005E776D" w:rsidP="00096C97">
            <w:proofErr w:type="spellStart"/>
            <w:r>
              <w:rPr>
                <w:sz w:val="17"/>
              </w:rPr>
              <w:t>Seçmeli</w:t>
            </w:r>
            <w:proofErr w:type="spellEnd"/>
            <w:r>
              <w:rPr>
                <w:sz w:val="17"/>
              </w:rPr>
              <w:t xml:space="preserve"> Ders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27F1BC" w14:textId="77777777" w:rsidR="005E776D" w:rsidRDefault="005E776D" w:rsidP="00096C97">
            <w:pPr>
              <w:jc w:val="center"/>
            </w:pP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18D38" w14:textId="77777777" w:rsidR="005E776D" w:rsidRDefault="005E776D" w:rsidP="00096C97">
            <w:pPr>
              <w:jc w:val="center"/>
            </w:pP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43619C" w14:textId="77777777" w:rsidR="005E776D" w:rsidRDefault="005E776D" w:rsidP="00096C97">
            <w:pPr>
              <w:jc w:val="center"/>
            </w:pP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043CFE" w14:textId="77777777" w:rsidR="005E776D" w:rsidRDefault="005E776D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5E776D" w14:paraId="791FEEDA" w14:textId="77777777" w:rsidTr="00096C97">
        <w:trPr>
          <w:jc w:val="center"/>
        </w:trPr>
        <w:tc>
          <w:tcPr>
            <w:tcW w:w="5783" w:type="dxa"/>
            <w:gridSpan w:val="2"/>
            <w:shd w:val="clear" w:color="auto" w:fill="F2D27A"/>
            <w:vAlign w:val="center"/>
          </w:tcPr>
          <w:p w14:paraId="557E2420" w14:textId="77777777" w:rsidR="005E776D" w:rsidRDefault="005E776D" w:rsidP="00096C97">
            <w:pPr>
              <w:jc w:val="right"/>
            </w:pPr>
            <w:r>
              <w:rPr>
                <w:b/>
                <w:sz w:val="17"/>
              </w:rPr>
              <w:t>TOPLAM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633CB32B" w14:textId="77777777" w:rsidR="005E776D" w:rsidRDefault="005E776D" w:rsidP="00096C97">
            <w:r>
              <w:rPr>
                <w:b/>
                <w:sz w:val="17"/>
              </w:rPr>
              <w:t>14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2AB266C4" w14:textId="77777777" w:rsidR="005E776D" w:rsidRDefault="005E776D" w:rsidP="00096C97">
            <w:r>
              <w:rPr>
                <w:b/>
                <w:sz w:val="17"/>
              </w:rPr>
              <w:t>6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191D477F" w14:textId="77777777" w:rsidR="005E776D" w:rsidRDefault="005E776D" w:rsidP="00096C97">
            <w:r>
              <w:rPr>
                <w:b/>
                <w:sz w:val="17"/>
              </w:rPr>
              <w:t>17</w:t>
            </w:r>
          </w:p>
        </w:tc>
        <w:tc>
          <w:tcPr>
            <w:tcW w:w="794" w:type="dxa"/>
            <w:shd w:val="clear" w:color="auto" w:fill="F2D27A"/>
            <w:vAlign w:val="center"/>
          </w:tcPr>
          <w:p w14:paraId="134C81E5" w14:textId="77777777" w:rsidR="005E776D" w:rsidRDefault="005E776D" w:rsidP="00096C97">
            <w:r>
              <w:rPr>
                <w:b/>
                <w:sz w:val="17"/>
              </w:rPr>
              <w:t>30</w:t>
            </w:r>
          </w:p>
        </w:tc>
      </w:tr>
    </w:tbl>
    <w:p w14:paraId="44D0C16E" w14:textId="77777777" w:rsidR="00B96D8F" w:rsidRDefault="00B96D8F">
      <w:pPr>
        <w:spacing w:after="40"/>
      </w:pPr>
    </w:p>
    <w:sectPr w:rsidR="00B96D8F" w:rsidSect="00034616">
      <w:pgSz w:w="12240" w:h="15840"/>
      <w:pgMar w:top="737" w:right="737" w:bottom="73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6456110">
    <w:abstractNumId w:val="8"/>
  </w:num>
  <w:num w:numId="2" w16cid:durableId="1101486316">
    <w:abstractNumId w:val="6"/>
  </w:num>
  <w:num w:numId="3" w16cid:durableId="2069261531">
    <w:abstractNumId w:val="5"/>
  </w:num>
  <w:num w:numId="4" w16cid:durableId="2106219765">
    <w:abstractNumId w:val="4"/>
  </w:num>
  <w:num w:numId="5" w16cid:durableId="1298418707">
    <w:abstractNumId w:val="7"/>
  </w:num>
  <w:num w:numId="6" w16cid:durableId="1040858015">
    <w:abstractNumId w:val="3"/>
  </w:num>
  <w:num w:numId="7" w16cid:durableId="1604874046">
    <w:abstractNumId w:val="2"/>
  </w:num>
  <w:num w:numId="8" w16cid:durableId="726881774">
    <w:abstractNumId w:val="1"/>
  </w:num>
  <w:num w:numId="9" w16cid:durableId="407535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32313"/>
    <w:rsid w:val="00536F99"/>
    <w:rsid w:val="005E776D"/>
    <w:rsid w:val="00AA1D8D"/>
    <w:rsid w:val="00B47730"/>
    <w:rsid w:val="00B96D8F"/>
    <w:rsid w:val="00CB0664"/>
    <w:rsid w:val="00E526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619C3D"/>
  <w14:defaultImageDpi w14:val="300"/>
  <w15:docId w15:val="{10047CC7-3AF9-4215-AE48-14932F777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arzu dilekçier</cp:lastModifiedBy>
  <cp:revision>3</cp:revision>
  <dcterms:created xsi:type="dcterms:W3CDTF">2026-10-10T22:33:00Z</dcterms:created>
  <dcterms:modified xsi:type="dcterms:W3CDTF">2026-10-13T06:56:00Z</dcterms:modified>
  <cp:category/>
</cp:coreProperties>
</file>