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D3930" w14:textId="77777777" w:rsidR="001E09D7" w:rsidRDefault="00000000">
      <w:pPr>
        <w:jc w:val="center"/>
      </w:pPr>
      <w:r>
        <w:rPr>
          <w:b/>
          <w:sz w:val="26"/>
        </w:rPr>
        <w:t>İSTANBUL KENT ÜNİVERSİTESİ</w:t>
      </w:r>
    </w:p>
    <w:p w14:paraId="7647A84C" w14:textId="77777777" w:rsidR="001E09D7" w:rsidRDefault="00000000">
      <w:pPr>
        <w:jc w:val="center"/>
      </w:pPr>
      <w:r>
        <w:rPr>
          <w:b/>
          <w:sz w:val="24"/>
        </w:rPr>
        <w:t>SAĞLIK HİZMETLERİ MESLEK YÜKSEKOKULU</w:t>
      </w:r>
    </w:p>
    <w:p w14:paraId="36105EDA" w14:textId="77777777" w:rsidR="001E09D7" w:rsidRDefault="00000000">
      <w:pPr>
        <w:jc w:val="center"/>
      </w:pPr>
      <w:r>
        <w:rPr>
          <w:b/>
          <w:sz w:val="24"/>
        </w:rPr>
        <w:t>FİZYOTERAPİ PROGRAMI</w:t>
      </w:r>
    </w:p>
    <w:p w14:paraId="2D139E26" w14:textId="77777777" w:rsidR="001E09D7" w:rsidRDefault="00000000">
      <w:pPr>
        <w:jc w:val="center"/>
      </w:pPr>
      <w:r>
        <w:rPr>
          <w:b/>
          <w:color w:val="800000"/>
          <w:sz w:val="28"/>
        </w:rPr>
        <w:t>2021-2022 EĞİTİM ÖĞRETİM YILI MÜFREDATI</w:t>
      </w:r>
    </w:p>
    <w:p w14:paraId="64A6E02F" w14:textId="59F5D21F" w:rsidR="001E09D7" w:rsidRDefault="00DD20A8" w:rsidP="00DD20A8">
      <w:pPr>
        <w:ind w:left="2880" w:firstLine="720"/>
      </w:pPr>
      <w:r>
        <w:rPr>
          <w:b/>
          <w:sz w:val="24"/>
        </w:rPr>
        <w:t xml:space="preserve">       </w:t>
      </w:r>
      <w:r w:rsidR="00000000">
        <w:rPr>
          <w:b/>
          <w:sz w:val="24"/>
        </w:rPr>
        <w:t>1. YARIYIL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1E09D7" w14:paraId="0E7267BB" w14:textId="7777777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70F356BE" w14:textId="77777777" w:rsidR="001E09D7" w:rsidRDefault="00000000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4253B7E6" w14:textId="77777777" w:rsidR="001E09D7" w:rsidRDefault="00000000">
            <w:pPr>
              <w:jc w:val="center"/>
            </w:pPr>
            <w:r>
              <w:rPr>
                <w:b/>
                <w:color w:val="FFFFFF"/>
              </w:rPr>
              <w:t>Ders Adı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20C2DC95" w14:textId="77777777" w:rsidR="001E09D7" w:rsidRDefault="00000000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E94F46D" w14:textId="77777777" w:rsidR="001E09D7" w:rsidRDefault="00000000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371F18E" w14:textId="77777777" w:rsidR="001E09D7" w:rsidRDefault="00000000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254CCD72" w14:textId="77777777" w:rsidR="001E09D7" w:rsidRDefault="00000000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1E09D7" w14:paraId="53910F46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23830" w14:textId="77777777" w:rsidR="001E09D7" w:rsidRDefault="00000000">
            <w:pPr>
              <w:jc w:val="center"/>
            </w:pPr>
            <w:r>
              <w:rPr>
                <w:sz w:val="17"/>
              </w:rPr>
              <w:t>TDL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27FAD" w14:textId="77777777" w:rsidR="001E09D7" w:rsidRDefault="00000000">
            <w:r>
              <w:rPr>
                <w:sz w:val="17"/>
              </w:rPr>
              <w:t>Türk Dili-I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8DB73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7AF2F" w14:textId="77777777" w:rsidR="001E09D7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860D6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7C584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1E09D7" w14:paraId="77A0A6E0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3E4B7" w14:textId="77777777" w:rsidR="001E09D7" w:rsidRDefault="00000000">
            <w:pPr>
              <w:jc w:val="center"/>
            </w:pPr>
            <w:r>
              <w:rPr>
                <w:sz w:val="17"/>
              </w:rPr>
              <w:t>ATA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A3D16" w14:textId="77777777" w:rsidR="001E09D7" w:rsidRDefault="00000000">
            <w:r>
              <w:rPr>
                <w:sz w:val="17"/>
              </w:rPr>
              <w:t>Atatürk İlkeleri ve İnkılap Tarihi-I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65188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28E65" w14:textId="77777777" w:rsidR="001E09D7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D972D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D7510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1E09D7" w14:paraId="7A18F621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EC4D3" w14:textId="77777777" w:rsidR="001E09D7" w:rsidRDefault="00000000">
            <w:pPr>
              <w:jc w:val="center"/>
            </w:pPr>
            <w:r>
              <w:rPr>
                <w:sz w:val="17"/>
              </w:rPr>
              <w:t>ING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1D0C2" w14:textId="77777777" w:rsidR="001E09D7" w:rsidRDefault="00000000">
            <w:r>
              <w:rPr>
                <w:sz w:val="17"/>
              </w:rPr>
              <w:t>İngilizce-I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270D9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034E2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9AC46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2E21B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1E09D7" w14:paraId="10197A1B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74567" w14:textId="77777777" w:rsidR="001E09D7" w:rsidRDefault="00000000">
            <w:pPr>
              <w:jc w:val="center"/>
            </w:pPr>
            <w:r>
              <w:rPr>
                <w:sz w:val="17"/>
              </w:rPr>
              <w:t>FİZ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E4C2B" w14:textId="77777777" w:rsidR="001E09D7" w:rsidRDefault="00000000">
            <w:r>
              <w:rPr>
                <w:sz w:val="17"/>
              </w:rPr>
              <w:t>Tıbbi Terminoloji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CFFF7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46166" w14:textId="77777777" w:rsidR="001E09D7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96883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B36FD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1E09D7" w14:paraId="6C18DA09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E0A64" w14:textId="77777777" w:rsidR="001E09D7" w:rsidRDefault="00000000">
            <w:pPr>
              <w:jc w:val="center"/>
            </w:pPr>
            <w:r>
              <w:rPr>
                <w:sz w:val="17"/>
              </w:rPr>
              <w:t>FİZ 112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17B16" w14:textId="77777777" w:rsidR="001E09D7" w:rsidRDefault="00000000">
            <w:r>
              <w:rPr>
                <w:sz w:val="17"/>
              </w:rPr>
              <w:t>Anatomi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BF640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2C75E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7645A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18644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1E09D7" w14:paraId="12443643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17B5E" w14:textId="77777777" w:rsidR="001E09D7" w:rsidRDefault="00000000">
            <w:pPr>
              <w:jc w:val="center"/>
            </w:pPr>
            <w:r>
              <w:rPr>
                <w:sz w:val="17"/>
              </w:rPr>
              <w:t>FİZ 113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66E6E" w14:textId="77777777" w:rsidR="001E09D7" w:rsidRDefault="00000000">
            <w:r>
              <w:rPr>
                <w:sz w:val="17"/>
              </w:rPr>
              <w:t>Fizyoloji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77562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F2185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5BAE4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92ED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1E09D7" w14:paraId="7B79645F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2699A" w14:textId="77777777" w:rsidR="001E09D7" w:rsidRDefault="00000000">
            <w:pPr>
              <w:jc w:val="center"/>
            </w:pPr>
            <w:r>
              <w:rPr>
                <w:sz w:val="17"/>
              </w:rPr>
              <w:t>FİZ 114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A1ACD" w14:textId="77777777" w:rsidR="001E09D7" w:rsidRDefault="00000000">
            <w:r>
              <w:rPr>
                <w:sz w:val="17"/>
              </w:rPr>
              <w:t>Fizik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30CDC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0F3FD" w14:textId="77777777" w:rsidR="001E09D7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D273A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69F49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1E09D7" w14:paraId="309D9B13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C7AD5" w14:textId="77777777" w:rsidR="001E09D7" w:rsidRDefault="00000000">
            <w:pPr>
              <w:jc w:val="center"/>
            </w:pPr>
            <w:r>
              <w:rPr>
                <w:sz w:val="17"/>
              </w:rPr>
              <w:t>FİZ 115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133FE" w14:textId="77777777" w:rsidR="001E09D7" w:rsidRDefault="00000000">
            <w:r>
              <w:rPr>
                <w:sz w:val="17"/>
              </w:rPr>
              <w:t>Isı Işık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45F6D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DD5BB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D2799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4E90E" w14:textId="77777777" w:rsidR="001E09D7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1E09D7" w14:paraId="3B7085D7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2EB57" w14:textId="77777777" w:rsidR="001E09D7" w:rsidRDefault="00000000">
            <w:pPr>
              <w:jc w:val="center"/>
            </w:pPr>
            <w:r>
              <w:rPr>
                <w:sz w:val="17"/>
              </w:rPr>
              <w:t>FİZ 117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B2E5C" w14:textId="77777777" w:rsidR="001E09D7" w:rsidRDefault="00000000">
            <w:r>
              <w:rPr>
                <w:sz w:val="17"/>
              </w:rPr>
              <w:t>Tıbbi Etik Hasta ve Hakları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E83BF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107D5" w14:textId="77777777" w:rsidR="001E09D7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66139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C8CF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1E09D7" w14:paraId="5022F259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B5E5F" w14:textId="77777777" w:rsidR="001E09D7" w:rsidRDefault="00000000">
            <w:pPr>
              <w:jc w:val="center"/>
            </w:pPr>
            <w:r>
              <w:rPr>
                <w:sz w:val="17"/>
              </w:rPr>
              <w:t>FİZ 126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0577A" w14:textId="77777777" w:rsidR="001E09D7" w:rsidRDefault="00000000">
            <w:r>
              <w:rPr>
                <w:sz w:val="17"/>
              </w:rPr>
              <w:t>İlk ve Acil Yardım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8AB8C" w14:textId="77777777" w:rsidR="001E09D7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A1DF5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C22D5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1359F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1E09D7" w14:paraId="547F0C31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81526" w14:textId="77777777" w:rsidR="001E09D7" w:rsidRDefault="00000000">
            <w:pPr>
              <w:jc w:val="center"/>
            </w:pPr>
            <w:r>
              <w:rPr>
                <w:sz w:val="17"/>
              </w:rPr>
              <w:t>BİL 111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04453" w14:textId="77777777" w:rsidR="001E09D7" w:rsidRDefault="00000000">
            <w:r>
              <w:rPr>
                <w:sz w:val="17"/>
              </w:rPr>
              <w:t>Bilişim Okuryazarlığı ECDL/ICDL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9DEBF" w14:textId="77777777" w:rsidR="001E09D7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320DF" w14:textId="77777777" w:rsidR="001E09D7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102E6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8FD03" w14:textId="77777777" w:rsidR="001E09D7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1E09D7" w14:paraId="4DE8CDC3" w14:textId="7777777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3A52B" w14:textId="77777777" w:rsidR="001E09D7" w:rsidRDefault="001E09D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435A5" w14:textId="77777777" w:rsidR="001E09D7" w:rsidRDefault="00000000">
            <w:r>
              <w:rPr>
                <w:sz w:val="17"/>
              </w:rPr>
              <w:t>Seçmeli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AB84F" w14:textId="77777777" w:rsidR="001E09D7" w:rsidRDefault="001E09D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D7F78" w14:textId="77777777" w:rsidR="001E09D7" w:rsidRDefault="001E09D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01775" w14:textId="77777777" w:rsidR="001E09D7" w:rsidRDefault="001E09D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09675" w14:textId="77777777" w:rsidR="001E09D7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1E09D7" w14:paraId="72C29ACF" w14:textId="77777777" w:rsidTr="005775A3">
        <w:trPr>
          <w:jc w:val="center"/>
        </w:trPr>
        <w:tc>
          <w:tcPr>
            <w:tcW w:w="7257" w:type="dxa"/>
            <w:gridSpan w:val="2"/>
            <w:shd w:val="clear" w:color="auto" w:fill="F2D27A"/>
            <w:vAlign w:val="center"/>
          </w:tcPr>
          <w:p w14:paraId="772A81B6" w14:textId="77777777" w:rsidR="001E09D7" w:rsidRDefault="00000000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4BF1516" w14:textId="77777777" w:rsidR="001E09D7" w:rsidRDefault="00000000">
            <w:r>
              <w:rPr>
                <w:b/>
                <w:sz w:val="17"/>
              </w:rPr>
              <w:t>19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198AB1C" w14:textId="77777777" w:rsidR="001E09D7" w:rsidRDefault="00000000">
            <w:r>
              <w:rPr>
                <w:b/>
                <w:sz w:val="17"/>
              </w:rPr>
              <w:t>13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78E91AE6" w14:textId="77777777" w:rsidR="001E09D7" w:rsidRDefault="00000000">
            <w:r>
              <w:rPr>
                <w:b/>
                <w:sz w:val="17"/>
              </w:rPr>
              <w:t>26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21B9DF92" w14:textId="77777777" w:rsidR="001E09D7" w:rsidRDefault="00000000">
            <w:r>
              <w:rPr>
                <w:b/>
                <w:sz w:val="17"/>
              </w:rPr>
              <w:t>30</w:t>
            </w:r>
          </w:p>
        </w:tc>
      </w:tr>
    </w:tbl>
    <w:p w14:paraId="3D14E465" w14:textId="77777777" w:rsidR="00DD20A8" w:rsidRDefault="00DD20A8">
      <w:pPr>
        <w:spacing w:after="40"/>
        <w:rPr>
          <w:b/>
          <w:sz w:val="24"/>
        </w:rPr>
      </w:pPr>
    </w:p>
    <w:p w14:paraId="2EB9EEF0" w14:textId="03DDAEA1" w:rsidR="001E09D7" w:rsidRDefault="00DD20A8" w:rsidP="00DD20A8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  </w:t>
      </w:r>
      <w:r w:rsidR="005775A3">
        <w:rPr>
          <w:b/>
          <w:sz w:val="24"/>
        </w:rPr>
        <w:t>2. YARIYIL</w:t>
      </w:r>
    </w:p>
    <w:p w14:paraId="72A78310" w14:textId="77777777" w:rsidR="00DD20A8" w:rsidRDefault="00DD20A8" w:rsidP="00DD20A8">
      <w:pPr>
        <w:spacing w:after="40"/>
        <w:ind w:left="2880" w:firstLine="72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DD20A8" w14:paraId="26699F04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7D3AAB34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4EC6E359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3F0CB81B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65FFB76D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1E2CC5B7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36A9AD49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DD20A8" w14:paraId="0276CA7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6199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TDL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0BE73" w14:textId="77777777" w:rsidR="00DD20A8" w:rsidRDefault="00DD20A8" w:rsidP="00096C97">
            <w:proofErr w:type="spellStart"/>
            <w:r>
              <w:rPr>
                <w:sz w:val="17"/>
              </w:rPr>
              <w:t>Türk</w:t>
            </w:r>
            <w:proofErr w:type="spellEnd"/>
            <w:r>
              <w:rPr>
                <w:sz w:val="17"/>
              </w:rPr>
              <w:t xml:space="preserve"> Dili-II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720A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BE56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C989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73346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79CBF6D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2F0E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ATA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FCEEA" w14:textId="77777777" w:rsidR="00DD20A8" w:rsidRDefault="00DD20A8" w:rsidP="00096C97">
            <w:r>
              <w:rPr>
                <w:sz w:val="17"/>
              </w:rPr>
              <w:t xml:space="preserve">Atatürk </w:t>
            </w:r>
            <w:proofErr w:type="spellStart"/>
            <w:r>
              <w:rPr>
                <w:sz w:val="17"/>
              </w:rPr>
              <w:t>İlkeleri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İnkılap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Tarihi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1DC6C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1E6F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743E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43C5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6A291E9A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9DED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ING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6A941" w14:textId="77777777" w:rsidR="00DD20A8" w:rsidRDefault="00DD20A8" w:rsidP="00096C97">
            <w:proofErr w:type="spellStart"/>
            <w:r>
              <w:rPr>
                <w:sz w:val="17"/>
              </w:rPr>
              <w:t>İngilizce</w:t>
            </w:r>
            <w:proofErr w:type="spellEnd"/>
            <w:r>
              <w:rPr>
                <w:sz w:val="17"/>
              </w:rPr>
              <w:t>-II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829F0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D9175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23B5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AC8E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381125F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7E2F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C1D70" w14:textId="77777777" w:rsidR="00DD20A8" w:rsidRDefault="00DD20A8" w:rsidP="00096C97">
            <w:r>
              <w:rPr>
                <w:sz w:val="17"/>
              </w:rPr>
              <w:t xml:space="preserve">Fizik </w:t>
            </w:r>
            <w:proofErr w:type="spellStart"/>
            <w:r>
              <w:rPr>
                <w:sz w:val="17"/>
              </w:rPr>
              <w:t>Tedavide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Yardımcı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Gereçler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2327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7FFA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8DCB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7B03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10101CC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A871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122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C6733" w14:textId="77777777" w:rsidR="00DD20A8" w:rsidRDefault="00DD20A8" w:rsidP="00096C97">
            <w:proofErr w:type="spellStart"/>
            <w:r>
              <w:rPr>
                <w:sz w:val="17"/>
              </w:rPr>
              <w:t>İskelet</w:t>
            </w:r>
            <w:proofErr w:type="spellEnd"/>
            <w:r>
              <w:rPr>
                <w:sz w:val="17"/>
              </w:rPr>
              <w:t xml:space="preserve"> ve Kas Sistemi Anatomisi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FE910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D0D56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5864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CB95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6970FB9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B9DC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123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1E08D" w14:textId="77777777" w:rsidR="00DD20A8" w:rsidRDefault="00DD20A8" w:rsidP="00096C97">
            <w:proofErr w:type="spellStart"/>
            <w:r>
              <w:rPr>
                <w:sz w:val="17"/>
              </w:rPr>
              <w:t>Fizyoterapide</w:t>
            </w:r>
            <w:proofErr w:type="spellEnd"/>
            <w:r>
              <w:rPr>
                <w:sz w:val="17"/>
              </w:rPr>
              <w:t xml:space="preserve"> Temel </w:t>
            </w:r>
            <w:proofErr w:type="spellStart"/>
            <w:r>
              <w:rPr>
                <w:sz w:val="17"/>
              </w:rPr>
              <w:t>Değerlendirme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Prensipleri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0263D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C1A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D3F8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AA3F6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6D2BFBFD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1C1C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124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3BFEA" w14:textId="77777777" w:rsidR="00DD20A8" w:rsidRDefault="00DD20A8" w:rsidP="00096C97">
            <w:proofErr w:type="spellStart"/>
            <w:r>
              <w:rPr>
                <w:sz w:val="17"/>
              </w:rPr>
              <w:t>Hidroterapi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65EE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4B205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E305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0B71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DD20A8" w14:paraId="246A315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EF99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125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915CD" w14:textId="77777777" w:rsidR="00DD20A8" w:rsidRDefault="00DD20A8" w:rsidP="00096C97">
            <w:r>
              <w:rPr>
                <w:sz w:val="17"/>
              </w:rPr>
              <w:t xml:space="preserve">Masaj </w:t>
            </w:r>
            <w:proofErr w:type="spellStart"/>
            <w:r>
              <w:rPr>
                <w:sz w:val="17"/>
              </w:rPr>
              <w:t>Teknikleri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6496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B4FBC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EAC2C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FFBC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DD20A8" w14:paraId="6A93017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3DE14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B6853" w14:textId="77777777" w:rsidR="00DD20A8" w:rsidRDefault="00DD20A8" w:rsidP="00096C97">
            <w:proofErr w:type="spellStart"/>
            <w:r>
              <w:rPr>
                <w:sz w:val="17"/>
              </w:rPr>
              <w:t>İş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Sağlığı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Güvenliği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E27CD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98950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5917D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B309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56E47655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B32EE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D96FF" w14:textId="77777777" w:rsidR="00DD20A8" w:rsidRDefault="00DD20A8" w:rsidP="00096C97">
            <w:proofErr w:type="spellStart"/>
            <w:r>
              <w:rPr>
                <w:sz w:val="17"/>
              </w:rPr>
              <w:t>Sağlıkta</w:t>
            </w:r>
            <w:proofErr w:type="spellEnd"/>
            <w:r>
              <w:rPr>
                <w:sz w:val="17"/>
              </w:rPr>
              <w:t xml:space="preserve"> Temel </w:t>
            </w:r>
            <w:proofErr w:type="spellStart"/>
            <w:r>
              <w:rPr>
                <w:sz w:val="17"/>
              </w:rPr>
              <w:t>Beceri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699D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99C55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F5C0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AF2E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DD20A8" w14:paraId="62CE1DD1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C777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IKU 121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0E3BB" w14:textId="77777777" w:rsidR="00DD20A8" w:rsidRDefault="00DD20A8" w:rsidP="00096C97">
            <w:r>
              <w:rPr>
                <w:sz w:val="17"/>
              </w:rPr>
              <w:t>Kariyer Gelişimi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D574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ADAB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4C1A5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5AEC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1B4375AB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AD6DC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17A07" w14:textId="77777777" w:rsidR="00DD20A8" w:rsidRDefault="00DD20A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36305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A6FB0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B879C" w14:textId="77777777" w:rsidR="00DD20A8" w:rsidRDefault="00DD20A8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E28E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1</w:t>
            </w:r>
          </w:p>
        </w:tc>
      </w:tr>
      <w:tr w:rsidR="00DD20A8" w14:paraId="76AB4586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0605D580" w14:textId="77777777" w:rsidR="00DD20A8" w:rsidRDefault="00DD20A8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8DC41B4" w14:textId="77777777" w:rsidR="00DD20A8" w:rsidRDefault="00DD20A8" w:rsidP="00096C97">
            <w:r>
              <w:rPr>
                <w:b/>
                <w:sz w:val="17"/>
              </w:rPr>
              <w:t>18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4D164B1" w14:textId="77777777" w:rsidR="00DD20A8" w:rsidRDefault="00DD20A8" w:rsidP="00096C97">
            <w:r>
              <w:rPr>
                <w:b/>
                <w:sz w:val="17"/>
              </w:rPr>
              <w:t>11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1010AD06" w14:textId="77777777" w:rsidR="00DD20A8" w:rsidRDefault="00DD20A8" w:rsidP="00096C97">
            <w:r>
              <w:rPr>
                <w:b/>
                <w:sz w:val="17"/>
              </w:rPr>
              <w:t>24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6ACA8709" w14:textId="77777777" w:rsidR="00DD20A8" w:rsidRDefault="00DD20A8" w:rsidP="00096C97">
            <w:r>
              <w:rPr>
                <w:b/>
                <w:sz w:val="17"/>
              </w:rPr>
              <w:t>30</w:t>
            </w:r>
          </w:p>
        </w:tc>
      </w:tr>
    </w:tbl>
    <w:p w14:paraId="7A2875C3" w14:textId="77777777" w:rsidR="00DD20A8" w:rsidRDefault="00DD20A8" w:rsidP="00DD20A8">
      <w:pPr>
        <w:spacing w:after="40"/>
        <w:ind w:left="3600" w:firstLine="720"/>
      </w:pPr>
    </w:p>
    <w:p w14:paraId="2E102ADB" w14:textId="697C94E7" w:rsidR="001E09D7" w:rsidRDefault="001E09D7">
      <w:pPr>
        <w:pageBreakBefore/>
        <w:jc w:val="center"/>
      </w:pPr>
    </w:p>
    <w:p w14:paraId="33C1B231" w14:textId="779A7B24" w:rsidR="001E09D7" w:rsidRDefault="00DD20A8" w:rsidP="00DD20A8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 </w:t>
      </w:r>
      <w:r>
        <w:rPr>
          <w:b/>
          <w:sz w:val="24"/>
        </w:rPr>
        <w:t>3. YARIYIL</w:t>
      </w:r>
    </w:p>
    <w:p w14:paraId="63E3F6AA" w14:textId="77777777" w:rsidR="00DD20A8" w:rsidRDefault="00DD20A8" w:rsidP="00DD20A8">
      <w:pPr>
        <w:spacing w:after="40"/>
        <w:ind w:left="2880" w:firstLine="72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DD20A8" w14:paraId="6C8E0ADC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4565166D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521A3FB8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540B53CE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519AD722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3C3C1043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6748BD2B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DD20A8" w14:paraId="24BAE00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39DD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211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C48E7" w14:textId="77777777" w:rsidR="00DD20A8" w:rsidRDefault="00DD20A8" w:rsidP="00096C97"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Uygulamalı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Dersi</w:t>
            </w:r>
            <w:proofErr w:type="spellEnd"/>
            <w:r>
              <w:rPr>
                <w:sz w:val="17"/>
              </w:rPr>
              <w:t>-I (</w:t>
            </w:r>
            <w:proofErr w:type="spellStart"/>
            <w:r>
              <w:rPr>
                <w:sz w:val="17"/>
              </w:rPr>
              <w:t>Kd</w:t>
            </w:r>
            <w:proofErr w:type="spellEnd"/>
            <w:r>
              <w:rPr>
                <w:sz w:val="17"/>
              </w:rPr>
              <w:t>-UD)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5BE6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6524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E637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B0D5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DD20A8" w14:paraId="560DD373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0385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212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E415D" w14:textId="77777777" w:rsidR="00DD20A8" w:rsidRDefault="00DD20A8" w:rsidP="00096C97">
            <w:proofErr w:type="spellStart"/>
            <w:r>
              <w:rPr>
                <w:sz w:val="17"/>
              </w:rPr>
              <w:t>Ortopedik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E6BE0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D10B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834D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041EC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DD20A8" w14:paraId="2982875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5BF0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213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DC6EF" w14:textId="77777777" w:rsidR="00DD20A8" w:rsidRDefault="00DD20A8" w:rsidP="00096C97">
            <w:proofErr w:type="spellStart"/>
            <w:r>
              <w:rPr>
                <w:sz w:val="17"/>
              </w:rPr>
              <w:t>Fonksiyonel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Anatomi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58795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F20E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E9D4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498B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36E27596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F8BB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214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FEDA2" w14:textId="77777777" w:rsidR="00DD20A8" w:rsidRDefault="00DD20A8" w:rsidP="00096C97">
            <w:proofErr w:type="spellStart"/>
            <w:r>
              <w:rPr>
                <w:sz w:val="17"/>
              </w:rPr>
              <w:t>Romatizmal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C26E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C8D6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AB34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D012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56F0C24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5C05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215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113C3" w14:textId="77777777" w:rsidR="00DD20A8" w:rsidRDefault="00DD20A8" w:rsidP="00096C97">
            <w:proofErr w:type="spellStart"/>
            <w:r>
              <w:rPr>
                <w:sz w:val="17"/>
              </w:rPr>
              <w:t>Elektroterapi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FFC3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C157C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11CC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9B2E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DD20A8" w14:paraId="2F50CB4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AC5E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225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74F7D" w14:textId="77777777" w:rsidR="00DD20A8" w:rsidRDefault="00DD20A8" w:rsidP="00096C97">
            <w:proofErr w:type="spellStart"/>
            <w:r>
              <w:rPr>
                <w:sz w:val="17"/>
              </w:rPr>
              <w:t>Ergoterapi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1522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8FFD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C20D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4BF6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28C3452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4623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116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829D3" w14:textId="77777777" w:rsidR="00DD20A8" w:rsidRDefault="00DD20A8" w:rsidP="00096C97">
            <w:proofErr w:type="spellStart"/>
            <w:r>
              <w:rPr>
                <w:sz w:val="17"/>
              </w:rPr>
              <w:t>Psikoloji</w:t>
            </w:r>
            <w:proofErr w:type="spellEnd"/>
            <w:r>
              <w:rPr>
                <w:sz w:val="17"/>
              </w:rPr>
              <w:t xml:space="preserve"> ve </w:t>
            </w:r>
            <w:proofErr w:type="spellStart"/>
            <w:r>
              <w:rPr>
                <w:sz w:val="17"/>
              </w:rPr>
              <w:t>Davranış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Bilimleri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961A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5753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E24D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7CA2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5CFABB3C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10D8F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2231A" w14:textId="77777777" w:rsidR="00DD20A8" w:rsidRDefault="00DD20A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99BD4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BBF66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A8C69" w14:textId="77777777" w:rsidR="00DD20A8" w:rsidRDefault="00DD20A8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9889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23FD140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DE297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A73A6" w14:textId="77777777" w:rsidR="00DD20A8" w:rsidRDefault="00DD20A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39B5E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C4CDA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D09A9" w14:textId="77777777" w:rsidR="00DD20A8" w:rsidRDefault="00DD20A8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8504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5C430ED9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3EF734FA" w14:textId="77777777" w:rsidR="00DD20A8" w:rsidRDefault="00DD20A8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2CB83722" w14:textId="77777777" w:rsidR="00DD20A8" w:rsidRDefault="00DD20A8" w:rsidP="00096C97">
            <w:r>
              <w:rPr>
                <w:b/>
                <w:sz w:val="17"/>
              </w:rPr>
              <w:t>14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227E4CD" w14:textId="77777777" w:rsidR="00DD20A8" w:rsidRDefault="00DD20A8" w:rsidP="00096C97">
            <w:r>
              <w:rPr>
                <w:b/>
                <w:sz w:val="17"/>
              </w:rPr>
              <w:t>10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F8150F5" w14:textId="77777777" w:rsidR="00DD20A8" w:rsidRDefault="00DD20A8" w:rsidP="00096C97">
            <w:r>
              <w:rPr>
                <w:b/>
                <w:sz w:val="17"/>
              </w:rPr>
              <w:t>19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5F0BA197" w14:textId="77777777" w:rsidR="00DD20A8" w:rsidRDefault="00DD20A8" w:rsidP="00096C97">
            <w:r>
              <w:rPr>
                <w:b/>
                <w:sz w:val="17"/>
              </w:rPr>
              <w:t>30</w:t>
            </w:r>
          </w:p>
        </w:tc>
      </w:tr>
    </w:tbl>
    <w:p w14:paraId="6E40C226" w14:textId="77777777" w:rsidR="00DD20A8" w:rsidRDefault="00DD20A8">
      <w:pPr>
        <w:spacing w:after="40"/>
      </w:pPr>
    </w:p>
    <w:p w14:paraId="6D6F0714" w14:textId="77777777" w:rsidR="00DD20A8" w:rsidRDefault="00DD20A8">
      <w:pPr>
        <w:spacing w:after="40"/>
        <w:rPr>
          <w:b/>
          <w:sz w:val="24"/>
        </w:rPr>
      </w:pPr>
    </w:p>
    <w:p w14:paraId="640D1A09" w14:textId="2665B21F" w:rsidR="00DD20A8" w:rsidRDefault="00DD20A8" w:rsidP="00DD20A8">
      <w:pPr>
        <w:spacing w:after="40"/>
        <w:ind w:left="2880" w:firstLine="720"/>
        <w:rPr>
          <w:b/>
          <w:sz w:val="24"/>
        </w:rPr>
      </w:pPr>
      <w:r>
        <w:rPr>
          <w:b/>
          <w:sz w:val="24"/>
        </w:rPr>
        <w:t xml:space="preserve">      </w:t>
      </w:r>
      <w:r>
        <w:rPr>
          <w:b/>
          <w:sz w:val="24"/>
        </w:rPr>
        <w:t>4. YARIYIL</w:t>
      </w:r>
    </w:p>
    <w:p w14:paraId="6E784AB7" w14:textId="77777777" w:rsidR="00DD20A8" w:rsidRDefault="00DD20A8">
      <w:pPr>
        <w:spacing w:after="40"/>
        <w:rPr>
          <w:b/>
          <w:sz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5783"/>
        <w:gridCol w:w="680"/>
        <w:gridCol w:w="680"/>
        <w:gridCol w:w="680"/>
        <w:gridCol w:w="794"/>
      </w:tblGrid>
      <w:tr w:rsidR="00DD20A8" w14:paraId="53710D9A" w14:textId="77777777" w:rsidTr="00096C97">
        <w:trPr>
          <w:tblHeader/>
          <w:jc w:val="center"/>
        </w:trPr>
        <w:tc>
          <w:tcPr>
            <w:tcW w:w="1474" w:type="dxa"/>
            <w:shd w:val="clear" w:color="auto" w:fill="800000"/>
            <w:vAlign w:val="center"/>
          </w:tcPr>
          <w:p w14:paraId="4A2D92AF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Ders Kodu</w:t>
            </w:r>
          </w:p>
        </w:tc>
        <w:tc>
          <w:tcPr>
            <w:tcW w:w="5783" w:type="dxa"/>
            <w:shd w:val="clear" w:color="auto" w:fill="800000"/>
            <w:vAlign w:val="center"/>
          </w:tcPr>
          <w:p w14:paraId="51612774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 xml:space="preserve">Ders </w:t>
            </w:r>
            <w:proofErr w:type="spellStart"/>
            <w:r>
              <w:rPr>
                <w:b/>
                <w:color w:val="FFFFFF"/>
              </w:rPr>
              <w:t>Adı</w:t>
            </w:r>
            <w:proofErr w:type="spellEnd"/>
          </w:p>
        </w:tc>
        <w:tc>
          <w:tcPr>
            <w:tcW w:w="680" w:type="dxa"/>
            <w:shd w:val="clear" w:color="auto" w:fill="800000"/>
            <w:vAlign w:val="center"/>
          </w:tcPr>
          <w:p w14:paraId="17336BDA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T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2ABD5473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U</w:t>
            </w:r>
          </w:p>
        </w:tc>
        <w:tc>
          <w:tcPr>
            <w:tcW w:w="680" w:type="dxa"/>
            <w:shd w:val="clear" w:color="auto" w:fill="800000"/>
            <w:vAlign w:val="center"/>
          </w:tcPr>
          <w:p w14:paraId="3C5D99D7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K</w:t>
            </w:r>
          </w:p>
        </w:tc>
        <w:tc>
          <w:tcPr>
            <w:tcW w:w="794" w:type="dxa"/>
            <w:shd w:val="clear" w:color="auto" w:fill="800000"/>
            <w:vAlign w:val="center"/>
          </w:tcPr>
          <w:p w14:paraId="6DE3B3AE" w14:textId="77777777" w:rsidR="00DD20A8" w:rsidRDefault="00DD20A8" w:rsidP="00096C97">
            <w:pPr>
              <w:jc w:val="center"/>
            </w:pPr>
            <w:r>
              <w:rPr>
                <w:b/>
                <w:color w:val="FFFFFF"/>
              </w:rPr>
              <w:t>AKTS</w:t>
            </w:r>
          </w:p>
        </w:tc>
      </w:tr>
      <w:tr w:rsidR="00DD20A8" w14:paraId="2831DC74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39C4C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221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FD0CB" w14:textId="77777777" w:rsidR="00DD20A8" w:rsidRDefault="00DD20A8" w:rsidP="00096C97">
            <w:proofErr w:type="spellStart"/>
            <w:r>
              <w:rPr>
                <w:sz w:val="17"/>
              </w:rPr>
              <w:t>Fizyoterapi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Uygulamalı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Dersi</w:t>
            </w:r>
            <w:proofErr w:type="spellEnd"/>
            <w:r>
              <w:rPr>
                <w:sz w:val="17"/>
              </w:rPr>
              <w:t>-II (</w:t>
            </w:r>
            <w:proofErr w:type="spellStart"/>
            <w:r>
              <w:rPr>
                <w:sz w:val="17"/>
              </w:rPr>
              <w:t>Kd</w:t>
            </w:r>
            <w:proofErr w:type="spellEnd"/>
            <w:r>
              <w:rPr>
                <w:sz w:val="17"/>
              </w:rPr>
              <w:t>-UD)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9FCF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BA93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7700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0CC1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DD20A8" w14:paraId="7D53B21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3290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222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9D80B" w14:textId="77777777" w:rsidR="00DD20A8" w:rsidRDefault="00DD20A8" w:rsidP="00096C97">
            <w:proofErr w:type="spellStart"/>
            <w:r>
              <w:rPr>
                <w:sz w:val="17"/>
              </w:rPr>
              <w:t>Nörolojik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Hastalıklarda</w:t>
            </w:r>
            <w:proofErr w:type="spellEnd"/>
            <w:r>
              <w:rPr>
                <w:sz w:val="17"/>
              </w:rPr>
              <w:t xml:space="preserve"> Fizik Tedavi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20A6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67E6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C96A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C5EF5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DD20A8" w14:paraId="4AC589E0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5364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223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0856F" w14:textId="77777777" w:rsidR="00DD20A8" w:rsidRDefault="00DD20A8" w:rsidP="00096C97">
            <w:proofErr w:type="spellStart"/>
            <w:r>
              <w:rPr>
                <w:sz w:val="17"/>
              </w:rPr>
              <w:t>Kinezyoloji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BB0EB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EE6A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4B41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CF0F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64DFF7CF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73529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224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F371E" w14:textId="77777777" w:rsidR="00DD20A8" w:rsidRDefault="00DD20A8" w:rsidP="00096C97">
            <w:r>
              <w:rPr>
                <w:sz w:val="17"/>
              </w:rPr>
              <w:t xml:space="preserve">Halk </w:t>
            </w:r>
            <w:proofErr w:type="spellStart"/>
            <w:r>
              <w:rPr>
                <w:sz w:val="17"/>
              </w:rPr>
              <w:t>Sağlığı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24FD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DD20F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052F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B3BC0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2355778B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2AFD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216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0BDAB" w14:textId="77777777" w:rsidR="00DD20A8" w:rsidRDefault="00DD20A8" w:rsidP="00096C97">
            <w:proofErr w:type="spellStart"/>
            <w:r>
              <w:rPr>
                <w:sz w:val="17"/>
              </w:rPr>
              <w:t>Sporda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Fizyoterapi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93EFD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218AD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9512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A463D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5F4E4B32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7D0C3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226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08456" w14:textId="77777777" w:rsidR="00DD20A8" w:rsidRDefault="00DD20A8" w:rsidP="00096C97">
            <w:r>
              <w:rPr>
                <w:sz w:val="17"/>
              </w:rPr>
              <w:t xml:space="preserve">Ortez </w:t>
            </w:r>
            <w:proofErr w:type="spellStart"/>
            <w:r>
              <w:rPr>
                <w:sz w:val="17"/>
              </w:rPr>
              <w:t>Protez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1934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B37C6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776E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873C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14F7A628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795F4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FİZ 227</w:t>
            </w: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0A27C" w14:textId="77777777" w:rsidR="00DD20A8" w:rsidRDefault="00DD20A8" w:rsidP="00096C97">
            <w:proofErr w:type="spellStart"/>
            <w:r>
              <w:rPr>
                <w:sz w:val="17"/>
              </w:rPr>
              <w:t>Seminer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Dersi</w:t>
            </w:r>
            <w:proofErr w:type="spellEnd"/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637A8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1DBE2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D3B41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6F167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2</w:t>
            </w:r>
          </w:p>
        </w:tc>
      </w:tr>
      <w:tr w:rsidR="00DD20A8" w14:paraId="09B72D6E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E06AC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2F2E3" w14:textId="77777777" w:rsidR="00DD20A8" w:rsidRDefault="00DD20A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CD8CA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58D8E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46811" w14:textId="77777777" w:rsidR="00DD20A8" w:rsidRDefault="00DD20A8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901CE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4</w:t>
            </w:r>
          </w:p>
        </w:tc>
      </w:tr>
      <w:tr w:rsidR="00DD20A8" w14:paraId="238E7839" w14:textId="77777777" w:rsidTr="00096C97">
        <w:trPr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69686" w14:textId="77777777" w:rsidR="00DD20A8" w:rsidRDefault="00DD20A8" w:rsidP="00096C97">
            <w:pPr>
              <w:jc w:val="center"/>
            </w:pPr>
          </w:p>
        </w:tc>
        <w:tc>
          <w:tcPr>
            <w:tcW w:w="57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96A0C" w14:textId="77777777" w:rsidR="00DD20A8" w:rsidRDefault="00DD20A8" w:rsidP="00096C97">
            <w:proofErr w:type="spellStart"/>
            <w:r>
              <w:rPr>
                <w:sz w:val="17"/>
              </w:rPr>
              <w:t>Seçmeli</w:t>
            </w:r>
            <w:proofErr w:type="spellEnd"/>
            <w:r>
              <w:rPr>
                <w:sz w:val="17"/>
              </w:rPr>
              <w:t xml:space="preserve"> Ders</w:t>
            </w: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62042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04BE9" w14:textId="77777777" w:rsidR="00DD20A8" w:rsidRDefault="00DD20A8" w:rsidP="00096C97">
            <w:pPr>
              <w:jc w:val="center"/>
            </w:pPr>
          </w:p>
        </w:tc>
        <w:tc>
          <w:tcPr>
            <w:tcW w:w="6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CEB82" w14:textId="77777777" w:rsidR="00DD20A8" w:rsidRDefault="00DD20A8" w:rsidP="00096C97">
            <w:pPr>
              <w:jc w:val="center"/>
            </w:pPr>
          </w:p>
        </w:tc>
        <w:tc>
          <w:tcPr>
            <w:tcW w:w="79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3A71A" w14:textId="77777777" w:rsidR="00DD20A8" w:rsidRDefault="00DD20A8" w:rsidP="00096C97">
            <w:pPr>
              <w:jc w:val="center"/>
            </w:pPr>
            <w:r>
              <w:rPr>
                <w:sz w:val="17"/>
              </w:rPr>
              <w:t>3</w:t>
            </w:r>
          </w:p>
        </w:tc>
      </w:tr>
      <w:tr w:rsidR="00DD20A8" w14:paraId="2C17561B" w14:textId="77777777" w:rsidTr="00096C97">
        <w:trPr>
          <w:jc w:val="center"/>
        </w:trPr>
        <w:tc>
          <w:tcPr>
            <w:tcW w:w="5783" w:type="dxa"/>
            <w:gridSpan w:val="2"/>
            <w:shd w:val="clear" w:color="auto" w:fill="F2D27A"/>
            <w:vAlign w:val="center"/>
          </w:tcPr>
          <w:p w14:paraId="2BA6EC23" w14:textId="77777777" w:rsidR="00DD20A8" w:rsidRDefault="00DD20A8" w:rsidP="00096C97">
            <w:pPr>
              <w:jc w:val="right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DBDD4DB" w14:textId="77777777" w:rsidR="00DD20A8" w:rsidRDefault="00DD20A8" w:rsidP="00096C97">
            <w:r>
              <w:rPr>
                <w:b/>
                <w:sz w:val="17"/>
              </w:rPr>
              <w:t>14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369B9CBE" w14:textId="77777777" w:rsidR="00DD20A8" w:rsidRDefault="00DD20A8" w:rsidP="00096C97">
            <w:r>
              <w:rPr>
                <w:b/>
                <w:sz w:val="17"/>
              </w:rPr>
              <w:t>6</w:t>
            </w:r>
          </w:p>
        </w:tc>
        <w:tc>
          <w:tcPr>
            <w:tcW w:w="680" w:type="dxa"/>
            <w:shd w:val="clear" w:color="auto" w:fill="F2D27A"/>
            <w:vAlign w:val="center"/>
          </w:tcPr>
          <w:p w14:paraId="0AD8EDEF" w14:textId="77777777" w:rsidR="00DD20A8" w:rsidRDefault="00DD20A8" w:rsidP="00096C97">
            <w:r>
              <w:rPr>
                <w:b/>
                <w:sz w:val="17"/>
              </w:rPr>
              <w:t>17</w:t>
            </w:r>
          </w:p>
        </w:tc>
        <w:tc>
          <w:tcPr>
            <w:tcW w:w="794" w:type="dxa"/>
            <w:shd w:val="clear" w:color="auto" w:fill="F2D27A"/>
            <w:vAlign w:val="center"/>
          </w:tcPr>
          <w:p w14:paraId="3F2C932F" w14:textId="77777777" w:rsidR="00DD20A8" w:rsidRDefault="00DD20A8" w:rsidP="00096C97">
            <w:r>
              <w:rPr>
                <w:b/>
                <w:sz w:val="17"/>
              </w:rPr>
              <w:t>30</w:t>
            </w:r>
          </w:p>
        </w:tc>
      </w:tr>
    </w:tbl>
    <w:p w14:paraId="206853C3" w14:textId="77777777" w:rsidR="001E09D7" w:rsidRDefault="001E09D7">
      <w:pPr>
        <w:spacing w:after="40"/>
      </w:pPr>
    </w:p>
    <w:sectPr w:rsidR="001E09D7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508479">
    <w:abstractNumId w:val="8"/>
  </w:num>
  <w:num w:numId="2" w16cid:durableId="2030333396">
    <w:abstractNumId w:val="6"/>
  </w:num>
  <w:num w:numId="3" w16cid:durableId="513306117">
    <w:abstractNumId w:val="5"/>
  </w:num>
  <w:num w:numId="4" w16cid:durableId="1097990383">
    <w:abstractNumId w:val="4"/>
  </w:num>
  <w:num w:numId="5" w16cid:durableId="715852782">
    <w:abstractNumId w:val="7"/>
  </w:num>
  <w:num w:numId="6" w16cid:durableId="1676153632">
    <w:abstractNumId w:val="3"/>
  </w:num>
  <w:num w:numId="7" w16cid:durableId="621301911">
    <w:abstractNumId w:val="2"/>
  </w:num>
  <w:num w:numId="8" w16cid:durableId="1081100523">
    <w:abstractNumId w:val="1"/>
  </w:num>
  <w:num w:numId="9" w16cid:durableId="68605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9D7"/>
    <w:rsid w:val="00255179"/>
    <w:rsid w:val="0029639D"/>
    <w:rsid w:val="00326F90"/>
    <w:rsid w:val="005775A3"/>
    <w:rsid w:val="00A31A39"/>
    <w:rsid w:val="00AA1D8D"/>
    <w:rsid w:val="00B47730"/>
    <w:rsid w:val="00CB0664"/>
    <w:rsid w:val="00DD20A8"/>
    <w:rsid w:val="00E526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D0162"/>
  <w14:defaultImageDpi w14:val="300"/>
  <w15:docId w15:val="{C44718E2-90A6-4E17-98B5-CD4F6614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arzu dilekçier</cp:lastModifiedBy>
  <cp:revision>3</cp:revision>
  <dcterms:created xsi:type="dcterms:W3CDTF">2026-10-10T22:33:00Z</dcterms:created>
  <dcterms:modified xsi:type="dcterms:W3CDTF">2026-10-13T07:13:00Z</dcterms:modified>
  <cp:category/>
</cp:coreProperties>
</file>