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542C" w14:textId="77777777" w:rsidR="00A624FF" w:rsidRDefault="00000000">
      <w:pPr>
        <w:spacing w:after="20"/>
        <w:jc w:val="center"/>
      </w:pPr>
      <w:r>
        <w:rPr>
          <w:b/>
          <w:sz w:val="26"/>
        </w:rPr>
        <w:t>İSTANBUL KENT ÜNİVERSİTESİ</w:t>
      </w:r>
    </w:p>
    <w:p w14:paraId="79BA0DB9" w14:textId="77777777" w:rsidR="00A624FF" w:rsidRDefault="00000000">
      <w:pPr>
        <w:spacing w:after="20"/>
        <w:jc w:val="center"/>
      </w:pPr>
      <w:r>
        <w:rPr>
          <w:b/>
          <w:sz w:val="24"/>
        </w:rPr>
        <w:t>SAĞLIK HİZMETLERİ MESLEK YÜKSEKOKULU</w:t>
      </w:r>
    </w:p>
    <w:p w14:paraId="71AD6811" w14:textId="77777777" w:rsidR="00A624FF" w:rsidRDefault="00000000">
      <w:pPr>
        <w:spacing w:after="20"/>
        <w:jc w:val="center"/>
      </w:pPr>
      <w:r>
        <w:rPr>
          <w:b/>
          <w:sz w:val="24"/>
        </w:rPr>
        <w:t>FİZYOTERAPİ PROGRAMI</w:t>
      </w:r>
    </w:p>
    <w:p w14:paraId="247E49BE" w14:textId="77777777" w:rsidR="00A624FF" w:rsidRDefault="00000000">
      <w:pPr>
        <w:spacing w:after="20"/>
        <w:jc w:val="center"/>
      </w:pPr>
      <w:r>
        <w:rPr>
          <w:b/>
          <w:color w:val="800000"/>
          <w:sz w:val="28"/>
        </w:rPr>
        <w:t>2022-2023 EĞİTİM ÖĞRETİM YILI MÜFREDATI</w:t>
      </w:r>
    </w:p>
    <w:p w14:paraId="1BDFB15A" w14:textId="77777777" w:rsidR="00A624FF" w:rsidRDefault="00000000">
      <w:pPr>
        <w:spacing w:after="20"/>
        <w:jc w:val="center"/>
      </w:pPr>
      <w:r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A624FF" w14:paraId="5EDE0AB4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6FA38D6E" w14:textId="77777777" w:rsidR="00A624FF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70759697" w14:textId="77777777" w:rsidR="00A624FF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A1F12C4" w14:textId="77777777" w:rsidR="00A624FF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451FE968" w14:textId="77777777" w:rsidR="00A624FF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44A0C73" w14:textId="77777777" w:rsidR="00A624FF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57CC9787" w14:textId="77777777" w:rsidR="00A624FF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A624FF" w14:paraId="285DD54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74D947B" w14:textId="77777777" w:rsidR="00A624FF" w:rsidRDefault="00000000">
            <w:pPr>
              <w:jc w:val="center"/>
            </w:pPr>
            <w:r>
              <w:rPr>
                <w:sz w:val="17"/>
              </w:rPr>
              <w:t>TDL 111</w:t>
            </w:r>
          </w:p>
        </w:tc>
        <w:tc>
          <w:tcPr>
            <w:tcW w:w="4904" w:type="dxa"/>
            <w:vAlign w:val="center"/>
          </w:tcPr>
          <w:p w14:paraId="4645D42D" w14:textId="77777777" w:rsidR="00A624FF" w:rsidRDefault="00000000">
            <w:pPr>
              <w:jc w:val="center"/>
            </w:pPr>
            <w:r>
              <w:rPr>
                <w:sz w:val="17"/>
              </w:rPr>
              <w:t>Türk Dili-I</w:t>
            </w:r>
          </w:p>
        </w:tc>
        <w:tc>
          <w:tcPr>
            <w:tcW w:w="578" w:type="dxa"/>
            <w:vAlign w:val="center"/>
          </w:tcPr>
          <w:p w14:paraId="7FE9A39A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136424E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99A91D0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9D8AC7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0003B4E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2CCFD62" w14:textId="77777777" w:rsidR="00A624FF" w:rsidRDefault="00000000">
            <w:pPr>
              <w:jc w:val="center"/>
            </w:pPr>
            <w:r>
              <w:rPr>
                <w:sz w:val="17"/>
              </w:rPr>
              <w:t>ATA 111</w:t>
            </w:r>
          </w:p>
        </w:tc>
        <w:tc>
          <w:tcPr>
            <w:tcW w:w="4904" w:type="dxa"/>
            <w:vAlign w:val="center"/>
          </w:tcPr>
          <w:p w14:paraId="7D216F97" w14:textId="77777777" w:rsidR="00A624FF" w:rsidRDefault="00000000">
            <w:pPr>
              <w:jc w:val="center"/>
            </w:pPr>
            <w:r>
              <w:rPr>
                <w:sz w:val="17"/>
              </w:rPr>
              <w:t>Atatürk İlkeleri ve İnkılap Tarihi-I</w:t>
            </w:r>
          </w:p>
        </w:tc>
        <w:tc>
          <w:tcPr>
            <w:tcW w:w="578" w:type="dxa"/>
            <w:vAlign w:val="center"/>
          </w:tcPr>
          <w:p w14:paraId="06C2EFA4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F701CBF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B0BD81B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606E3C14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36AA00E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9405332" w14:textId="77777777" w:rsidR="00A624FF" w:rsidRDefault="00000000">
            <w:pPr>
              <w:jc w:val="center"/>
            </w:pPr>
            <w:r>
              <w:rPr>
                <w:sz w:val="17"/>
              </w:rPr>
              <w:t>ING 111</w:t>
            </w:r>
          </w:p>
        </w:tc>
        <w:tc>
          <w:tcPr>
            <w:tcW w:w="4904" w:type="dxa"/>
            <w:vAlign w:val="center"/>
          </w:tcPr>
          <w:p w14:paraId="23C46502" w14:textId="77777777" w:rsidR="00A624FF" w:rsidRDefault="00000000">
            <w:pPr>
              <w:jc w:val="center"/>
            </w:pPr>
            <w:r>
              <w:rPr>
                <w:sz w:val="17"/>
              </w:rPr>
              <w:t>İngilizce-I</w:t>
            </w:r>
          </w:p>
        </w:tc>
        <w:tc>
          <w:tcPr>
            <w:tcW w:w="578" w:type="dxa"/>
            <w:vAlign w:val="center"/>
          </w:tcPr>
          <w:p w14:paraId="4063B5B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C3FD1BD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475E1920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FF6B5D1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6B6CA9A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2F22A16" w14:textId="77777777" w:rsidR="00A624FF" w:rsidRDefault="00000000">
            <w:pPr>
              <w:jc w:val="center"/>
            </w:pPr>
            <w:r>
              <w:rPr>
                <w:sz w:val="17"/>
              </w:rPr>
              <w:t>FİZ 111</w:t>
            </w:r>
          </w:p>
        </w:tc>
        <w:tc>
          <w:tcPr>
            <w:tcW w:w="4904" w:type="dxa"/>
            <w:vAlign w:val="center"/>
          </w:tcPr>
          <w:p w14:paraId="0F456B5B" w14:textId="77777777" w:rsidR="00A624FF" w:rsidRDefault="00000000">
            <w:pPr>
              <w:jc w:val="center"/>
            </w:pPr>
            <w:r>
              <w:rPr>
                <w:sz w:val="17"/>
              </w:rPr>
              <w:t>Tıbbi Terminoloji</w:t>
            </w:r>
          </w:p>
        </w:tc>
        <w:tc>
          <w:tcPr>
            <w:tcW w:w="578" w:type="dxa"/>
            <w:vAlign w:val="center"/>
          </w:tcPr>
          <w:p w14:paraId="753441F8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0D3C4F8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738644B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96C5103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629EF86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2B5ED32" w14:textId="77777777" w:rsidR="00A624FF" w:rsidRDefault="00000000">
            <w:pPr>
              <w:jc w:val="center"/>
            </w:pPr>
            <w:r>
              <w:rPr>
                <w:sz w:val="17"/>
              </w:rPr>
              <w:t>FİZ 119</w:t>
            </w:r>
          </w:p>
        </w:tc>
        <w:tc>
          <w:tcPr>
            <w:tcW w:w="4904" w:type="dxa"/>
            <w:vAlign w:val="center"/>
          </w:tcPr>
          <w:p w14:paraId="58597C8A" w14:textId="77777777" w:rsidR="00A624FF" w:rsidRDefault="00000000">
            <w:pPr>
              <w:jc w:val="center"/>
            </w:pPr>
            <w:r>
              <w:rPr>
                <w:sz w:val="17"/>
              </w:rPr>
              <w:t>Anatomi</w:t>
            </w:r>
          </w:p>
        </w:tc>
        <w:tc>
          <w:tcPr>
            <w:tcW w:w="578" w:type="dxa"/>
            <w:vAlign w:val="center"/>
          </w:tcPr>
          <w:p w14:paraId="7C0BB11E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796B6D2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BF077EC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3356635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64A37E62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7ACC969" w14:textId="77777777" w:rsidR="00A624FF" w:rsidRDefault="00000000">
            <w:pPr>
              <w:jc w:val="center"/>
            </w:pPr>
            <w:r>
              <w:rPr>
                <w:sz w:val="17"/>
              </w:rPr>
              <w:t>FİZ 110</w:t>
            </w:r>
          </w:p>
        </w:tc>
        <w:tc>
          <w:tcPr>
            <w:tcW w:w="4904" w:type="dxa"/>
            <w:vAlign w:val="center"/>
          </w:tcPr>
          <w:p w14:paraId="0AB77EE4" w14:textId="77777777" w:rsidR="00A624FF" w:rsidRDefault="00000000">
            <w:pPr>
              <w:jc w:val="center"/>
            </w:pPr>
            <w:r>
              <w:rPr>
                <w:sz w:val="17"/>
              </w:rPr>
              <w:t>Fizyoloji</w:t>
            </w:r>
          </w:p>
        </w:tc>
        <w:tc>
          <w:tcPr>
            <w:tcW w:w="578" w:type="dxa"/>
            <w:vAlign w:val="center"/>
          </w:tcPr>
          <w:p w14:paraId="3C8B97B7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2482BB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5C2A67C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0779BF10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4A0BF6B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F3470EE" w14:textId="77777777" w:rsidR="00A624FF" w:rsidRDefault="00000000">
            <w:pPr>
              <w:jc w:val="center"/>
            </w:pPr>
            <w:r>
              <w:rPr>
                <w:sz w:val="17"/>
              </w:rPr>
              <w:t>FİZ 118</w:t>
            </w:r>
          </w:p>
        </w:tc>
        <w:tc>
          <w:tcPr>
            <w:tcW w:w="4904" w:type="dxa"/>
            <w:vAlign w:val="center"/>
          </w:tcPr>
          <w:p w14:paraId="49DD59EA" w14:textId="77777777" w:rsidR="00A624FF" w:rsidRDefault="00000000">
            <w:pPr>
              <w:jc w:val="center"/>
            </w:pPr>
            <w:r>
              <w:rPr>
                <w:sz w:val="17"/>
              </w:rPr>
              <w:t>Fizik</w:t>
            </w:r>
          </w:p>
        </w:tc>
        <w:tc>
          <w:tcPr>
            <w:tcW w:w="578" w:type="dxa"/>
            <w:vAlign w:val="center"/>
          </w:tcPr>
          <w:p w14:paraId="4BCF3EC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8A8FB50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5BE18C9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8C9A000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28F2A64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803C435" w14:textId="77777777" w:rsidR="00A624FF" w:rsidRDefault="00000000">
            <w:pPr>
              <w:jc w:val="center"/>
            </w:pPr>
            <w:r>
              <w:rPr>
                <w:sz w:val="17"/>
              </w:rPr>
              <w:t>FİZ 115</w:t>
            </w:r>
          </w:p>
        </w:tc>
        <w:tc>
          <w:tcPr>
            <w:tcW w:w="4904" w:type="dxa"/>
            <w:vAlign w:val="center"/>
          </w:tcPr>
          <w:p w14:paraId="538B1246" w14:textId="77777777" w:rsidR="00A624FF" w:rsidRDefault="00000000">
            <w:pPr>
              <w:jc w:val="center"/>
            </w:pPr>
            <w:r>
              <w:rPr>
                <w:sz w:val="17"/>
              </w:rPr>
              <w:t>Isı - Işık, Hidroterapi</w:t>
            </w:r>
          </w:p>
        </w:tc>
        <w:tc>
          <w:tcPr>
            <w:tcW w:w="578" w:type="dxa"/>
            <w:vAlign w:val="center"/>
          </w:tcPr>
          <w:p w14:paraId="1948EC49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D9D72BB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C472AFA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114897C2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74DE82D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FE19920" w14:textId="77777777" w:rsidR="00A624FF" w:rsidRDefault="00000000">
            <w:pPr>
              <w:jc w:val="center"/>
            </w:pPr>
            <w:r>
              <w:rPr>
                <w:sz w:val="17"/>
              </w:rPr>
              <w:t>FİZ 117</w:t>
            </w:r>
          </w:p>
        </w:tc>
        <w:tc>
          <w:tcPr>
            <w:tcW w:w="4904" w:type="dxa"/>
            <w:vAlign w:val="center"/>
          </w:tcPr>
          <w:p w14:paraId="0CBC6EB1" w14:textId="77777777" w:rsidR="00A624FF" w:rsidRDefault="00000000">
            <w:pPr>
              <w:jc w:val="center"/>
            </w:pPr>
            <w:r>
              <w:rPr>
                <w:sz w:val="17"/>
              </w:rPr>
              <w:t>Tıbbi Etik Hasta ve Hakları</w:t>
            </w:r>
          </w:p>
        </w:tc>
        <w:tc>
          <w:tcPr>
            <w:tcW w:w="578" w:type="dxa"/>
            <w:vAlign w:val="center"/>
          </w:tcPr>
          <w:p w14:paraId="33EF3EC3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C479D19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262B540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FD04B1D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3ED6C045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74E036B" w14:textId="77777777" w:rsidR="00A624FF" w:rsidRDefault="00000000">
            <w:pPr>
              <w:jc w:val="center"/>
            </w:pPr>
            <w:r>
              <w:rPr>
                <w:sz w:val="17"/>
              </w:rPr>
              <w:t>FİZ 120</w:t>
            </w:r>
          </w:p>
        </w:tc>
        <w:tc>
          <w:tcPr>
            <w:tcW w:w="4904" w:type="dxa"/>
            <w:vAlign w:val="center"/>
          </w:tcPr>
          <w:p w14:paraId="26E5D1DA" w14:textId="77777777" w:rsidR="00A624FF" w:rsidRDefault="00000000">
            <w:pPr>
              <w:jc w:val="center"/>
            </w:pPr>
            <w:r>
              <w:rPr>
                <w:sz w:val="17"/>
              </w:rPr>
              <w:t>İlk ve Acil Yardım</w:t>
            </w:r>
          </w:p>
        </w:tc>
        <w:tc>
          <w:tcPr>
            <w:tcW w:w="578" w:type="dxa"/>
            <w:vAlign w:val="center"/>
          </w:tcPr>
          <w:p w14:paraId="59B05197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5C36ECF0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22CA049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50DD5FA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54D09F4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F9AF8D9" w14:textId="77777777" w:rsidR="00A624FF" w:rsidRDefault="00000000">
            <w:pPr>
              <w:jc w:val="center"/>
            </w:pPr>
            <w:r>
              <w:rPr>
                <w:sz w:val="17"/>
              </w:rPr>
              <w:t>FİZ 129</w:t>
            </w:r>
          </w:p>
        </w:tc>
        <w:tc>
          <w:tcPr>
            <w:tcW w:w="4904" w:type="dxa"/>
            <w:vAlign w:val="center"/>
          </w:tcPr>
          <w:p w14:paraId="07497840" w14:textId="77777777" w:rsidR="00A624FF" w:rsidRDefault="00000000">
            <w:pPr>
              <w:jc w:val="center"/>
            </w:pPr>
            <w:r>
              <w:rPr>
                <w:sz w:val="17"/>
              </w:rPr>
              <w:t>Sağlıkta Temel Beceri</w:t>
            </w:r>
          </w:p>
        </w:tc>
        <w:tc>
          <w:tcPr>
            <w:tcW w:w="578" w:type="dxa"/>
            <w:vAlign w:val="center"/>
          </w:tcPr>
          <w:p w14:paraId="2896D371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3D3A65A0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04598139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8BF0FDE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A624FF" w14:paraId="613D31F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27B225C" w14:textId="77777777" w:rsidR="00A624FF" w:rsidRDefault="00000000">
            <w:pPr>
              <w:jc w:val="center"/>
            </w:pPr>
            <w:r>
              <w:rPr>
                <w:sz w:val="17"/>
              </w:rPr>
              <w:t>BİL 111</w:t>
            </w:r>
          </w:p>
        </w:tc>
        <w:tc>
          <w:tcPr>
            <w:tcW w:w="4904" w:type="dxa"/>
            <w:vAlign w:val="center"/>
          </w:tcPr>
          <w:p w14:paraId="28E20CC6" w14:textId="77777777" w:rsidR="00A624FF" w:rsidRDefault="00000000">
            <w:pPr>
              <w:jc w:val="center"/>
            </w:pPr>
            <w:r>
              <w:rPr>
                <w:sz w:val="17"/>
              </w:rPr>
              <w:t>Bilişim Okuryazarlığı (ECDL/ICDL)</w:t>
            </w:r>
          </w:p>
        </w:tc>
        <w:tc>
          <w:tcPr>
            <w:tcW w:w="578" w:type="dxa"/>
            <w:vAlign w:val="center"/>
          </w:tcPr>
          <w:p w14:paraId="0310CA3F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62B7CD9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D615FE2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BA843C8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6F7A6A5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3B29033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7452A23B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2126A9FF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63545927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35ED0BE1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61ED80FE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A624FF" w14:paraId="264476A1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464E4BD2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44BF8464" w14:textId="77777777" w:rsidR="00A624FF" w:rsidRDefault="00A624FF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0246C6A6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703F8B5E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50D296C7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27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39EF23FD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2B87D089" w14:textId="77777777" w:rsidR="00A624FF" w:rsidRDefault="00A624FF">
      <w:pPr>
        <w:spacing w:after="0"/>
      </w:pPr>
    </w:p>
    <w:p w14:paraId="1457EDA4" w14:textId="77777777" w:rsidR="00A624FF" w:rsidRDefault="00000000">
      <w:pPr>
        <w:spacing w:after="20"/>
        <w:jc w:val="center"/>
      </w:pPr>
      <w:r>
        <w:rPr>
          <w:b/>
          <w:sz w:val="24"/>
        </w:rPr>
        <w:t>2.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A624FF" w14:paraId="68775647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0C446634" w14:textId="77777777" w:rsidR="00A624FF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37118027" w14:textId="77777777" w:rsidR="00A624FF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56E38E7" w14:textId="77777777" w:rsidR="00A624FF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089BC80" w14:textId="77777777" w:rsidR="00A624FF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1F115863" w14:textId="77777777" w:rsidR="00A624FF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7778984A" w14:textId="77777777" w:rsidR="00A624FF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A624FF" w14:paraId="6F170CF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535C453" w14:textId="77777777" w:rsidR="00A624FF" w:rsidRDefault="00000000">
            <w:pPr>
              <w:jc w:val="center"/>
            </w:pPr>
            <w:r>
              <w:rPr>
                <w:sz w:val="17"/>
              </w:rPr>
              <w:t>TDL 121</w:t>
            </w:r>
          </w:p>
        </w:tc>
        <w:tc>
          <w:tcPr>
            <w:tcW w:w="4904" w:type="dxa"/>
            <w:vAlign w:val="center"/>
          </w:tcPr>
          <w:p w14:paraId="3AB97886" w14:textId="77777777" w:rsidR="00A624FF" w:rsidRDefault="00000000">
            <w:pPr>
              <w:jc w:val="center"/>
            </w:pPr>
            <w:r>
              <w:rPr>
                <w:sz w:val="17"/>
              </w:rPr>
              <w:t>Türk Dili-II</w:t>
            </w:r>
          </w:p>
        </w:tc>
        <w:tc>
          <w:tcPr>
            <w:tcW w:w="578" w:type="dxa"/>
            <w:vAlign w:val="center"/>
          </w:tcPr>
          <w:p w14:paraId="78517462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7EACD48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5D242C3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E57F320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0323DEB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259EAC6" w14:textId="77777777" w:rsidR="00A624FF" w:rsidRDefault="00000000">
            <w:pPr>
              <w:jc w:val="center"/>
            </w:pPr>
            <w:r>
              <w:rPr>
                <w:sz w:val="17"/>
              </w:rPr>
              <w:t>ATA 121</w:t>
            </w:r>
          </w:p>
        </w:tc>
        <w:tc>
          <w:tcPr>
            <w:tcW w:w="4904" w:type="dxa"/>
            <w:vAlign w:val="center"/>
          </w:tcPr>
          <w:p w14:paraId="2E9095DB" w14:textId="77777777" w:rsidR="00A624FF" w:rsidRDefault="00000000">
            <w:pPr>
              <w:jc w:val="center"/>
            </w:pPr>
            <w:r>
              <w:rPr>
                <w:sz w:val="17"/>
              </w:rPr>
              <w:t>Atatürk İlkeleri ve İnkılap Tarihi-II</w:t>
            </w:r>
          </w:p>
        </w:tc>
        <w:tc>
          <w:tcPr>
            <w:tcW w:w="578" w:type="dxa"/>
            <w:vAlign w:val="center"/>
          </w:tcPr>
          <w:p w14:paraId="7BD1C9E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A3C5AFF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87BB0A5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C3472C5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3661A79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222C7CD" w14:textId="77777777" w:rsidR="00A624FF" w:rsidRDefault="00000000">
            <w:pPr>
              <w:jc w:val="center"/>
            </w:pPr>
            <w:r>
              <w:rPr>
                <w:sz w:val="17"/>
              </w:rPr>
              <w:t>ING 121</w:t>
            </w:r>
          </w:p>
        </w:tc>
        <w:tc>
          <w:tcPr>
            <w:tcW w:w="4904" w:type="dxa"/>
            <w:vAlign w:val="center"/>
          </w:tcPr>
          <w:p w14:paraId="5B57D05A" w14:textId="77777777" w:rsidR="00A624FF" w:rsidRDefault="00000000">
            <w:pPr>
              <w:jc w:val="center"/>
            </w:pPr>
            <w:r>
              <w:rPr>
                <w:sz w:val="17"/>
              </w:rPr>
              <w:t>İngilizce-II</w:t>
            </w:r>
          </w:p>
        </w:tc>
        <w:tc>
          <w:tcPr>
            <w:tcW w:w="578" w:type="dxa"/>
            <w:vAlign w:val="center"/>
          </w:tcPr>
          <w:p w14:paraId="52E0E51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8C249E7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099D784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8EDD06C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648FA40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B67E67C" w14:textId="77777777" w:rsidR="00A624FF" w:rsidRDefault="00000000">
            <w:pPr>
              <w:jc w:val="center"/>
            </w:pPr>
            <w:r>
              <w:rPr>
                <w:sz w:val="17"/>
              </w:rPr>
              <w:t>FİZ 132</w:t>
            </w:r>
          </w:p>
        </w:tc>
        <w:tc>
          <w:tcPr>
            <w:tcW w:w="4904" w:type="dxa"/>
            <w:vAlign w:val="center"/>
          </w:tcPr>
          <w:p w14:paraId="3C020295" w14:textId="77777777" w:rsidR="00A624FF" w:rsidRDefault="00000000">
            <w:pPr>
              <w:jc w:val="center"/>
            </w:pPr>
            <w:r>
              <w:rPr>
                <w:sz w:val="17"/>
              </w:rPr>
              <w:t>Fizik Tedavide Yardımcı Gereçler</w:t>
            </w:r>
          </w:p>
        </w:tc>
        <w:tc>
          <w:tcPr>
            <w:tcW w:w="578" w:type="dxa"/>
            <w:vAlign w:val="center"/>
          </w:tcPr>
          <w:p w14:paraId="3429D84F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45C21CB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D895372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38530911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4260592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5953626" w14:textId="77777777" w:rsidR="00A624FF" w:rsidRDefault="00000000">
            <w:pPr>
              <w:jc w:val="center"/>
            </w:pPr>
            <w:r>
              <w:rPr>
                <w:sz w:val="17"/>
              </w:rPr>
              <w:t>FİZ 133</w:t>
            </w:r>
          </w:p>
        </w:tc>
        <w:tc>
          <w:tcPr>
            <w:tcW w:w="4904" w:type="dxa"/>
            <w:vAlign w:val="center"/>
          </w:tcPr>
          <w:p w14:paraId="784B4F2E" w14:textId="77777777" w:rsidR="00A624FF" w:rsidRDefault="00000000">
            <w:pPr>
              <w:jc w:val="center"/>
            </w:pPr>
            <w:r>
              <w:rPr>
                <w:sz w:val="17"/>
              </w:rPr>
              <w:t>İskelet ve Kas Sistemi Anatomisi</w:t>
            </w:r>
          </w:p>
        </w:tc>
        <w:tc>
          <w:tcPr>
            <w:tcW w:w="578" w:type="dxa"/>
            <w:vAlign w:val="center"/>
          </w:tcPr>
          <w:p w14:paraId="7C298FD1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17F4BB8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B88C95A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9A17708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79C3778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5481E22" w14:textId="77777777" w:rsidR="00A624FF" w:rsidRDefault="00000000">
            <w:pPr>
              <w:jc w:val="center"/>
            </w:pPr>
            <w:r>
              <w:rPr>
                <w:sz w:val="17"/>
              </w:rPr>
              <w:t>FİZ 131</w:t>
            </w:r>
          </w:p>
        </w:tc>
        <w:tc>
          <w:tcPr>
            <w:tcW w:w="4904" w:type="dxa"/>
            <w:vAlign w:val="center"/>
          </w:tcPr>
          <w:p w14:paraId="3AB8BB58" w14:textId="77777777" w:rsidR="00A624FF" w:rsidRDefault="00000000">
            <w:pPr>
              <w:jc w:val="center"/>
            </w:pPr>
            <w:r>
              <w:rPr>
                <w:sz w:val="17"/>
              </w:rPr>
              <w:t>Fizyoterapide Temel Değerlendirme Prensipleri</w:t>
            </w:r>
          </w:p>
        </w:tc>
        <w:tc>
          <w:tcPr>
            <w:tcW w:w="578" w:type="dxa"/>
            <w:vAlign w:val="center"/>
          </w:tcPr>
          <w:p w14:paraId="5BF7F343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523C3871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B4E1E7D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EF4A0A4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7B0A148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ACDB94E" w14:textId="77777777" w:rsidR="00A624FF" w:rsidRDefault="00000000">
            <w:pPr>
              <w:jc w:val="center"/>
            </w:pPr>
            <w:r>
              <w:rPr>
                <w:sz w:val="17"/>
              </w:rPr>
              <w:t>FİZ 130</w:t>
            </w:r>
          </w:p>
        </w:tc>
        <w:tc>
          <w:tcPr>
            <w:tcW w:w="4904" w:type="dxa"/>
            <w:vAlign w:val="center"/>
          </w:tcPr>
          <w:p w14:paraId="214ACCF7" w14:textId="77777777" w:rsidR="00A624FF" w:rsidRDefault="00000000">
            <w:pPr>
              <w:jc w:val="center"/>
            </w:pPr>
            <w:r>
              <w:rPr>
                <w:sz w:val="17"/>
              </w:rPr>
              <w:t>Masaj Teknikleri</w:t>
            </w:r>
          </w:p>
        </w:tc>
        <w:tc>
          <w:tcPr>
            <w:tcW w:w="578" w:type="dxa"/>
            <w:vAlign w:val="center"/>
          </w:tcPr>
          <w:p w14:paraId="4DA5DB39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6ED7FC16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6EEEC4C9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59004955" w14:textId="77777777" w:rsidR="00A624FF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624FF" w14:paraId="4F3DE8B2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CC23FEE" w14:textId="77777777" w:rsidR="00A624FF" w:rsidRDefault="00000000">
            <w:pPr>
              <w:jc w:val="center"/>
            </w:pPr>
            <w:r>
              <w:rPr>
                <w:sz w:val="17"/>
              </w:rPr>
              <w:t>FİZ 127</w:t>
            </w:r>
          </w:p>
        </w:tc>
        <w:tc>
          <w:tcPr>
            <w:tcW w:w="4904" w:type="dxa"/>
            <w:vAlign w:val="center"/>
          </w:tcPr>
          <w:p w14:paraId="531B72FD" w14:textId="77777777" w:rsidR="00A624FF" w:rsidRDefault="00000000">
            <w:pPr>
              <w:jc w:val="center"/>
            </w:pPr>
            <w:r>
              <w:rPr>
                <w:sz w:val="17"/>
              </w:rPr>
              <w:t>İş Sağlığı ve Güvenliği</w:t>
            </w:r>
          </w:p>
        </w:tc>
        <w:tc>
          <w:tcPr>
            <w:tcW w:w="578" w:type="dxa"/>
            <w:vAlign w:val="center"/>
          </w:tcPr>
          <w:p w14:paraId="5F173278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17F80847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216247BD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266DD20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2D6752F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514C6DD" w14:textId="77777777" w:rsidR="00A624FF" w:rsidRDefault="00000000">
            <w:pPr>
              <w:jc w:val="center"/>
            </w:pPr>
            <w:r>
              <w:rPr>
                <w:sz w:val="17"/>
              </w:rPr>
              <w:t>IKU 121</w:t>
            </w:r>
          </w:p>
        </w:tc>
        <w:tc>
          <w:tcPr>
            <w:tcW w:w="4904" w:type="dxa"/>
            <w:vAlign w:val="center"/>
          </w:tcPr>
          <w:p w14:paraId="591DC9BA" w14:textId="77777777" w:rsidR="00A624FF" w:rsidRDefault="00000000">
            <w:pPr>
              <w:jc w:val="center"/>
            </w:pPr>
            <w:r>
              <w:rPr>
                <w:sz w:val="17"/>
              </w:rPr>
              <w:t>Kariyer Gelişimi</w:t>
            </w:r>
          </w:p>
        </w:tc>
        <w:tc>
          <w:tcPr>
            <w:tcW w:w="578" w:type="dxa"/>
            <w:vAlign w:val="center"/>
          </w:tcPr>
          <w:p w14:paraId="66D0BC4F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70D5176F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9F0FD61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75" w:type="dxa"/>
            <w:vAlign w:val="center"/>
          </w:tcPr>
          <w:p w14:paraId="6D35360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0992936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FE670B8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767F3C60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0A3C20B2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3FBEFCD8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1CF6BC71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40A809F3" w14:textId="77777777" w:rsidR="00A624F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A624FF" w14:paraId="66F58988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572CE3DA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702E0672" w14:textId="77777777" w:rsidR="00A624FF" w:rsidRDefault="00A624FF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30BA44F7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16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74F493D0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65D79BD4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21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1B820B3B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74AA21F6" w14:textId="77777777" w:rsidR="00A624FF" w:rsidRDefault="00000000">
      <w:r>
        <w:br w:type="page"/>
      </w:r>
    </w:p>
    <w:p w14:paraId="3DE5C85D" w14:textId="77777777" w:rsidR="00A624FF" w:rsidRDefault="00000000">
      <w:pPr>
        <w:spacing w:after="20"/>
        <w:jc w:val="center"/>
      </w:pPr>
      <w:r>
        <w:rPr>
          <w:b/>
          <w:sz w:val="24"/>
        </w:rPr>
        <w:lastRenderedPageBreak/>
        <w:t>3.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A624FF" w14:paraId="475D0511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33446423" w14:textId="77777777" w:rsidR="00A624FF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61C27013" w14:textId="77777777" w:rsidR="00A624FF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B526F2D" w14:textId="77777777" w:rsidR="00A624FF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24800F3B" w14:textId="77777777" w:rsidR="00A624FF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5FD503E7" w14:textId="77777777" w:rsidR="00A624FF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0A039AF9" w14:textId="77777777" w:rsidR="00A624FF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A624FF" w14:paraId="5D538D7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698495F" w14:textId="77777777" w:rsidR="00A624FF" w:rsidRDefault="00000000">
            <w:pPr>
              <w:jc w:val="center"/>
            </w:pPr>
            <w:r>
              <w:rPr>
                <w:sz w:val="17"/>
              </w:rPr>
              <w:t>FİZ 211</w:t>
            </w:r>
          </w:p>
        </w:tc>
        <w:tc>
          <w:tcPr>
            <w:tcW w:w="4904" w:type="dxa"/>
            <w:vAlign w:val="center"/>
          </w:tcPr>
          <w:p w14:paraId="2B43A671" w14:textId="77777777" w:rsidR="00A624FF" w:rsidRDefault="00000000">
            <w:pPr>
              <w:jc w:val="center"/>
            </w:pPr>
            <w:r>
              <w:rPr>
                <w:sz w:val="17"/>
              </w:rPr>
              <w:t>Fizyoterapi Mesleki Eğitimi-I (İME)</w:t>
            </w:r>
          </w:p>
        </w:tc>
        <w:tc>
          <w:tcPr>
            <w:tcW w:w="578" w:type="dxa"/>
            <w:vAlign w:val="center"/>
          </w:tcPr>
          <w:p w14:paraId="5D550A3A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2276305C" w14:textId="77777777" w:rsidR="00A624FF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2B29F25E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0343DBCA" w14:textId="77777777" w:rsidR="00A624FF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</w:tr>
      <w:tr w:rsidR="00A624FF" w14:paraId="42F11C0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9676AE5" w14:textId="77777777" w:rsidR="00A624FF" w:rsidRDefault="00000000">
            <w:pPr>
              <w:jc w:val="center"/>
            </w:pPr>
            <w:r>
              <w:rPr>
                <w:sz w:val="17"/>
              </w:rPr>
              <w:t>FİZ 210</w:t>
            </w:r>
          </w:p>
        </w:tc>
        <w:tc>
          <w:tcPr>
            <w:tcW w:w="4904" w:type="dxa"/>
            <w:vAlign w:val="center"/>
          </w:tcPr>
          <w:p w14:paraId="3F7CC169" w14:textId="77777777" w:rsidR="00A624FF" w:rsidRDefault="00000000">
            <w:pPr>
              <w:jc w:val="center"/>
            </w:pPr>
            <w:r>
              <w:rPr>
                <w:sz w:val="17"/>
              </w:rPr>
              <w:t>Ortopedik Hastalıklarda Fizik Tedavi</w:t>
            </w:r>
          </w:p>
        </w:tc>
        <w:tc>
          <w:tcPr>
            <w:tcW w:w="578" w:type="dxa"/>
            <w:vAlign w:val="center"/>
          </w:tcPr>
          <w:p w14:paraId="3014BA67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263FD26B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97813E8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0EA09E99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4088851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6CD77E9" w14:textId="77777777" w:rsidR="00A624FF" w:rsidRDefault="00000000">
            <w:pPr>
              <w:jc w:val="center"/>
            </w:pPr>
            <w:r>
              <w:rPr>
                <w:sz w:val="17"/>
              </w:rPr>
              <w:t>FİZ 230</w:t>
            </w:r>
          </w:p>
        </w:tc>
        <w:tc>
          <w:tcPr>
            <w:tcW w:w="4904" w:type="dxa"/>
            <w:vAlign w:val="center"/>
          </w:tcPr>
          <w:p w14:paraId="037DFC0A" w14:textId="77777777" w:rsidR="00A624FF" w:rsidRDefault="00000000">
            <w:pPr>
              <w:jc w:val="center"/>
            </w:pPr>
            <w:r>
              <w:rPr>
                <w:sz w:val="17"/>
              </w:rPr>
              <w:t>Romatizmal Hastalıklarda Fizik Tedavi</w:t>
            </w:r>
          </w:p>
        </w:tc>
        <w:tc>
          <w:tcPr>
            <w:tcW w:w="578" w:type="dxa"/>
            <w:vAlign w:val="center"/>
          </w:tcPr>
          <w:p w14:paraId="133ACFAC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523DAA43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22B9AFB2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489613F5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2BF7196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0673440" w14:textId="77777777" w:rsidR="00A624FF" w:rsidRDefault="00000000">
            <w:pPr>
              <w:jc w:val="center"/>
            </w:pPr>
            <w:r>
              <w:rPr>
                <w:sz w:val="17"/>
              </w:rPr>
              <w:t>FİZ 231</w:t>
            </w:r>
          </w:p>
        </w:tc>
        <w:tc>
          <w:tcPr>
            <w:tcW w:w="4904" w:type="dxa"/>
            <w:vAlign w:val="center"/>
          </w:tcPr>
          <w:p w14:paraId="224C541E" w14:textId="77777777" w:rsidR="00A624FF" w:rsidRDefault="00000000">
            <w:pPr>
              <w:jc w:val="center"/>
            </w:pPr>
            <w:r>
              <w:rPr>
                <w:sz w:val="17"/>
              </w:rPr>
              <w:t>Elektroterapi</w:t>
            </w:r>
          </w:p>
        </w:tc>
        <w:tc>
          <w:tcPr>
            <w:tcW w:w="578" w:type="dxa"/>
            <w:vAlign w:val="center"/>
          </w:tcPr>
          <w:p w14:paraId="6543C6B5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42AF65A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2F39CA6A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571717C1" w14:textId="77777777" w:rsidR="00A624FF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624FF" w14:paraId="2931F43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195AF60" w14:textId="77777777" w:rsidR="00A624FF" w:rsidRDefault="00000000">
            <w:pPr>
              <w:jc w:val="center"/>
            </w:pPr>
            <w:r>
              <w:rPr>
                <w:sz w:val="17"/>
              </w:rPr>
              <w:t>FİZ 218</w:t>
            </w:r>
          </w:p>
        </w:tc>
        <w:tc>
          <w:tcPr>
            <w:tcW w:w="4904" w:type="dxa"/>
            <w:vAlign w:val="center"/>
          </w:tcPr>
          <w:p w14:paraId="2675C97F" w14:textId="77777777" w:rsidR="00A624FF" w:rsidRDefault="00000000">
            <w:pPr>
              <w:jc w:val="center"/>
            </w:pPr>
            <w:r>
              <w:rPr>
                <w:sz w:val="17"/>
              </w:rPr>
              <w:t>Ergoterapi</w:t>
            </w:r>
          </w:p>
        </w:tc>
        <w:tc>
          <w:tcPr>
            <w:tcW w:w="578" w:type="dxa"/>
            <w:vAlign w:val="center"/>
          </w:tcPr>
          <w:p w14:paraId="0FBFDBE4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E6369A2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6D84158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14FB079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1248F7E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C71B44B" w14:textId="77777777" w:rsidR="00A624FF" w:rsidRDefault="00000000">
            <w:pPr>
              <w:jc w:val="center"/>
            </w:pPr>
            <w:r>
              <w:rPr>
                <w:sz w:val="17"/>
              </w:rPr>
              <w:t>FİZ 219</w:t>
            </w:r>
          </w:p>
        </w:tc>
        <w:tc>
          <w:tcPr>
            <w:tcW w:w="4904" w:type="dxa"/>
            <w:vAlign w:val="center"/>
          </w:tcPr>
          <w:p w14:paraId="311E9FCD" w14:textId="77777777" w:rsidR="00A624FF" w:rsidRDefault="00000000">
            <w:pPr>
              <w:jc w:val="center"/>
            </w:pPr>
            <w:r>
              <w:rPr>
                <w:sz w:val="17"/>
              </w:rPr>
              <w:t>Psikoloji ve Davranış Bilimleri</w:t>
            </w:r>
          </w:p>
        </w:tc>
        <w:tc>
          <w:tcPr>
            <w:tcW w:w="578" w:type="dxa"/>
            <w:vAlign w:val="center"/>
          </w:tcPr>
          <w:p w14:paraId="7EE54D5E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DD5FD71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568C046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2EA530A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0926E94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45AFBFD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0181CCB1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6B96431E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7E99C52A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6C2DDDF5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36A8EA07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0399564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4D047B9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355C5282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31D617F3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7D618D21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2270329C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45525BD2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2CAA360C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2C8F336A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0CB432A4" w14:textId="77777777" w:rsidR="00A624FF" w:rsidRDefault="00A624FF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78077BD7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5226E522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9313746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16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30223DD1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18E829E7" w14:textId="77777777" w:rsidR="00A624FF" w:rsidRDefault="00A624FF">
      <w:pPr>
        <w:spacing w:after="0"/>
      </w:pPr>
    </w:p>
    <w:p w14:paraId="1D9C3798" w14:textId="77777777" w:rsidR="00A624FF" w:rsidRDefault="00000000">
      <w:pPr>
        <w:spacing w:after="20"/>
        <w:jc w:val="center"/>
      </w:pPr>
      <w:r>
        <w:rPr>
          <w:b/>
          <w:sz w:val="24"/>
        </w:rPr>
        <w:t>4.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A624FF" w14:paraId="0D049D77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0D0D904C" w14:textId="77777777" w:rsidR="00A624FF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5C65716C" w14:textId="77777777" w:rsidR="00A624FF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ABD36D1" w14:textId="77777777" w:rsidR="00A624FF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07ECD010" w14:textId="77777777" w:rsidR="00A624FF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22F6AB04" w14:textId="77777777" w:rsidR="00A624FF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6C0B6A94" w14:textId="77777777" w:rsidR="00A624FF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A624FF" w14:paraId="25832C9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5198EB7" w14:textId="77777777" w:rsidR="00A624FF" w:rsidRDefault="00000000">
            <w:pPr>
              <w:jc w:val="center"/>
            </w:pPr>
            <w:r>
              <w:rPr>
                <w:sz w:val="17"/>
              </w:rPr>
              <w:t>FİZ 221</w:t>
            </w:r>
          </w:p>
        </w:tc>
        <w:tc>
          <w:tcPr>
            <w:tcW w:w="4904" w:type="dxa"/>
            <w:vAlign w:val="center"/>
          </w:tcPr>
          <w:p w14:paraId="4084A399" w14:textId="77777777" w:rsidR="00A624FF" w:rsidRDefault="00000000">
            <w:pPr>
              <w:jc w:val="center"/>
            </w:pPr>
            <w:r>
              <w:rPr>
                <w:sz w:val="17"/>
              </w:rPr>
              <w:t>Fizyoterapi Mesleki Eğitimi-II (İME)</w:t>
            </w:r>
          </w:p>
        </w:tc>
        <w:tc>
          <w:tcPr>
            <w:tcW w:w="578" w:type="dxa"/>
            <w:vAlign w:val="center"/>
          </w:tcPr>
          <w:p w14:paraId="3B85095C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9C4F405" w14:textId="77777777" w:rsidR="00A624FF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13D26FB6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0B145164" w14:textId="77777777" w:rsidR="00A624FF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</w:tr>
      <w:tr w:rsidR="00A624FF" w14:paraId="29CCF35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4536139" w14:textId="77777777" w:rsidR="00A624FF" w:rsidRDefault="00000000">
            <w:pPr>
              <w:jc w:val="center"/>
            </w:pPr>
            <w:r>
              <w:rPr>
                <w:sz w:val="17"/>
              </w:rPr>
              <w:t>FİZ 220</w:t>
            </w:r>
          </w:p>
        </w:tc>
        <w:tc>
          <w:tcPr>
            <w:tcW w:w="4904" w:type="dxa"/>
            <w:vAlign w:val="center"/>
          </w:tcPr>
          <w:p w14:paraId="7DC5878B" w14:textId="77777777" w:rsidR="00A624FF" w:rsidRDefault="00000000">
            <w:pPr>
              <w:jc w:val="center"/>
            </w:pPr>
            <w:r>
              <w:rPr>
                <w:sz w:val="17"/>
              </w:rPr>
              <w:t>Nörolojik Hastalıklarda Fizik Tedavi</w:t>
            </w:r>
          </w:p>
        </w:tc>
        <w:tc>
          <w:tcPr>
            <w:tcW w:w="578" w:type="dxa"/>
            <w:vAlign w:val="center"/>
          </w:tcPr>
          <w:p w14:paraId="1DEDD669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484737CF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F34ECD8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5C6F02D8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6FE1E3C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6A0D090" w14:textId="77777777" w:rsidR="00A624FF" w:rsidRDefault="00000000">
            <w:pPr>
              <w:jc w:val="center"/>
            </w:pPr>
            <w:r>
              <w:rPr>
                <w:sz w:val="17"/>
              </w:rPr>
              <w:t>FİZ 223</w:t>
            </w:r>
          </w:p>
        </w:tc>
        <w:tc>
          <w:tcPr>
            <w:tcW w:w="4904" w:type="dxa"/>
            <w:vAlign w:val="center"/>
          </w:tcPr>
          <w:p w14:paraId="526DEA5F" w14:textId="77777777" w:rsidR="00A624FF" w:rsidRDefault="00000000">
            <w:pPr>
              <w:jc w:val="center"/>
            </w:pPr>
            <w:r>
              <w:rPr>
                <w:sz w:val="17"/>
              </w:rPr>
              <w:t>Kinezyoloji</w:t>
            </w:r>
          </w:p>
        </w:tc>
        <w:tc>
          <w:tcPr>
            <w:tcW w:w="578" w:type="dxa"/>
            <w:vAlign w:val="center"/>
          </w:tcPr>
          <w:p w14:paraId="5DC511FB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C4FB15C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4853F4D5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7E4641F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19A9696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7ED6147" w14:textId="77777777" w:rsidR="00A624FF" w:rsidRDefault="00000000">
            <w:pPr>
              <w:jc w:val="center"/>
            </w:pPr>
            <w:r>
              <w:rPr>
                <w:sz w:val="17"/>
              </w:rPr>
              <w:t>FİZ 224</w:t>
            </w:r>
          </w:p>
        </w:tc>
        <w:tc>
          <w:tcPr>
            <w:tcW w:w="4904" w:type="dxa"/>
            <w:vAlign w:val="center"/>
          </w:tcPr>
          <w:p w14:paraId="78B9BBFA" w14:textId="77777777" w:rsidR="00A624FF" w:rsidRDefault="00000000">
            <w:pPr>
              <w:jc w:val="center"/>
            </w:pPr>
            <w:r>
              <w:rPr>
                <w:sz w:val="17"/>
              </w:rPr>
              <w:t>Halk Sağlığı</w:t>
            </w:r>
          </w:p>
        </w:tc>
        <w:tc>
          <w:tcPr>
            <w:tcW w:w="578" w:type="dxa"/>
            <w:vAlign w:val="center"/>
          </w:tcPr>
          <w:p w14:paraId="086D6833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8432219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2801469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69BFF99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624FF" w14:paraId="23D1C75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33C44B8" w14:textId="77777777" w:rsidR="00A624FF" w:rsidRDefault="00000000">
            <w:pPr>
              <w:jc w:val="center"/>
            </w:pPr>
            <w:r>
              <w:rPr>
                <w:sz w:val="17"/>
              </w:rPr>
              <w:t>FİZ 229</w:t>
            </w:r>
          </w:p>
        </w:tc>
        <w:tc>
          <w:tcPr>
            <w:tcW w:w="4904" w:type="dxa"/>
            <w:vAlign w:val="center"/>
          </w:tcPr>
          <w:p w14:paraId="0A250D34" w14:textId="77777777" w:rsidR="00A624FF" w:rsidRDefault="00000000">
            <w:pPr>
              <w:jc w:val="center"/>
            </w:pPr>
            <w:r>
              <w:rPr>
                <w:sz w:val="17"/>
              </w:rPr>
              <w:t>Ortez Protez</w:t>
            </w:r>
          </w:p>
        </w:tc>
        <w:tc>
          <w:tcPr>
            <w:tcW w:w="578" w:type="dxa"/>
            <w:vAlign w:val="center"/>
          </w:tcPr>
          <w:p w14:paraId="4A784CDF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429DDB5" w14:textId="77777777" w:rsidR="00A624F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52B224C" w14:textId="77777777" w:rsidR="00A624F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2CFAAA1" w14:textId="77777777" w:rsidR="00A624F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624FF" w14:paraId="316C584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1D94154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46ABFC7F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4F026AD4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2AC926ED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01E718C2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19AD88F8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637B3E9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4847A62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0957D779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09F1F695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228D5965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23AB3210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79AC5664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24F0290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A1C7E2C" w14:textId="77777777" w:rsidR="00A624FF" w:rsidRDefault="00A624FF">
            <w:pPr>
              <w:jc w:val="center"/>
            </w:pPr>
          </w:p>
        </w:tc>
        <w:tc>
          <w:tcPr>
            <w:tcW w:w="4904" w:type="dxa"/>
            <w:vAlign w:val="center"/>
          </w:tcPr>
          <w:p w14:paraId="02211FA0" w14:textId="77777777" w:rsidR="00A624FF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4BC6F519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2AB58DDD" w14:textId="77777777" w:rsidR="00A624FF" w:rsidRDefault="00A624FF">
            <w:pPr>
              <w:jc w:val="center"/>
            </w:pPr>
          </w:p>
        </w:tc>
        <w:tc>
          <w:tcPr>
            <w:tcW w:w="578" w:type="dxa"/>
            <w:vAlign w:val="center"/>
          </w:tcPr>
          <w:p w14:paraId="1210103C" w14:textId="77777777" w:rsidR="00A624FF" w:rsidRDefault="00A624FF">
            <w:pPr>
              <w:jc w:val="center"/>
            </w:pPr>
          </w:p>
        </w:tc>
        <w:tc>
          <w:tcPr>
            <w:tcW w:w="675" w:type="dxa"/>
            <w:vAlign w:val="center"/>
          </w:tcPr>
          <w:p w14:paraId="0D4B8313" w14:textId="77777777" w:rsidR="00A624F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624FF" w14:paraId="33A5AC99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2C61A836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397EF6D6" w14:textId="77777777" w:rsidR="00A624FF" w:rsidRDefault="00A624FF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56D033B3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C5C5091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4C8B8BCA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207E984E" w14:textId="77777777" w:rsidR="00A624FF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75DB2F43" w14:textId="77777777" w:rsidR="008D1AAA" w:rsidRDefault="008D1AAA"/>
    <w:sectPr w:rsidR="008D1AAA" w:rsidSect="00034616"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116626">
    <w:abstractNumId w:val="8"/>
  </w:num>
  <w:num w:numId="2" w16cid:durableId="294142309">
    <w:abstractNumId w:val="6"/>
  </w:num>
  <w:num w:numId="3" w16cid:durableId="1452430858">
    <w:abstractNumId w:val="5"/>
  </w:num>
  <w:num w:numId="4" w16cid:durableId="1316489760">
    <w:abstractNumId w:val="4"/>
  </w:num>
  <w:num w:numId="5" w16cid:durableId="1481461091">
    <w:abstractNumId w:val="7"/>
  </w:num>
  <w:num w:numId="6" w16cid:durableId="792362055">
    <w:abstractNumId w:val="3"/>
  </w:num>
  <w:num w:numId="7" w16cid:durableId="1921480826">
    <w:abstractNumId w:val="2"/>
  </w:num>
  <w:num w:numId="8" w16cid:durableId="1056586199">
    <w:abstractNumId w:val="1"/>
  </w:num>
  <w:num w:numId="9" w16cid:durableId="752943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D1AAA"/>
    <w:rsid w:val="00A624FF"/>
    <w:rsid w:val="00AA1D8D"/>
    <w:rsid w:val="00B47730"/>
    <w:rsid w:val="00CB0664"/>
    <w:rsid w:val="00CC1A55"/>
    <w:rsid w:val="00E762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3F9BD1"/>
  <w14:defaultImageDpi w14:val="300"/>
  <w15:docId w15:val="{D38D947F-B961-4C84-A5FE-EB4B365F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2</cp:revision>
  <dcterms:created xsi:type="dcterms:W3CDTF">2026-10-10T22:38:00Z</dcterms:created>
  <dcterms:modified xsi:type="dcterms:W3CDTF">2026-10-10T22:38:00Z</dcterms:modified>
  <cp:category/>
</cp:coreProperties>
</file>