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0849BE" w14:textId="77777777" w:rsidR="00FF4432" w:rsidRDefault="00000000">
      <w:pPr>
        <w:spacing w:after="20"/>
        <w:jc w:val="center"/>
      </w:pPr>
      <w:r>
        <w:rPr>
          <w:b/>
          <w:sz w:val="26"/>
        </w:rPr>
        <w:t>İSTANBUL KENT ÜNİVERSİTESİ</w:t>
      </w:r>
    </w:p>
    <w:p w14:paraId="3101D145" w14:textId="77777777" w:rsidR="00FF4432" w:rsidRDefault="00000000">
      <w:pPr>
        <w:spacing w:after="20"/>
        <w:jc w:val="center"/>
      </w:pPr>
      <w:r>
        <w:rPr>
          <w:b/>
          <w:sz w:val="24"/>
        </w:rPr>
        <w:t>SAĞLIK HİZMETLERİ MESLEK YÜKSEKOKULU</w:t>
      </w:r>
    </w:p>
    <w:p w14:paraId="2DC61657" w14:textId="77777777" w:rsidR="00FF4432" w:rsidRDefault="00000000">
      <w:pPr>
        <w:spacing w:after="20"/>
        <w:jc w:val="center"/>
      </w:pPr>
      <w:r>
        <w:rPr>
          <w:b/>
          <w:sz w:val="24"/>
        </w:rPr>
        <w:t>FİZYOTERAPİ PROGRAMI</w:t>
      </w:r>
    </w:p>
    <w:p w14:paraId="2353CC04" w14:textId="77777777" w:rsidR="00FF4432" w:rsidRDefault="00000000">
      <w:pPr>
        <w:spacing w:after="20"/>
        <w:jc w:val="center"/>
      </w:pPr>
      <w:r>
        <w:rPr>
          <w:b/>
          <w:color w:val="800000"/>
          <w:sz w:val="28"/>
        </w:rPr>
        <w:t>2023-2024 EĞİTİM ÖĞRETİM YILI MÜFREDATI</w:t>
      </w:r>
    </w:p>
    <w:p w14:paraId="60C68912" w14:textId="77777777" w:rsidR="00FF4432" w:rsidRDefault="00000000">
      <w:pPr>
        <w:spacing w:after="20"/>
        <w:jc w:val="center"/>
      </w:pPr>
      <w:r>
        <w:rPr>
          <w:b/>
          <w:sz w:val="24"/>
        </w:rPr>
        <w:t>1. YARIYIL</w:t>
      </w:r>
    </w:p>
    <w:tbl>
      <w:tblPr>
        <w:tblStyle w:val="TabloKlavuzu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247"/>
        <w:gridCol w:w="4904"/>
        <w:gridCol w:w="578"/>
        <w:gridCol w:w="578"/>
        <w:gridCol w:w="578"/>
        <w:gridCol w:w="675"/>
      </w:tblGrid>
      <w:tr w:rsidR="00FF4432" w14:paraId="62DFE2CF" w14:textId="77777777">
        <w:trPr>
          <w:cantSplit/>
          <w:jc w:val="center"/>
        </w:trPr>
        <w:tc>
          <w:tcPr>
            <w:tcW w:w="1247" w:type="dxa"/>
            <w:shd w:val="clear" w:color="auto" w:fill="D9EAD3"/>
            <w:vAlign w:val="center"/>
          </w:tcPr>
          <w:p w14:paraId="3B856CA7" w14:textId="77777777" w:rsidR="00FF4432" w:rsidRDefault="00000000">
            <w:pPr>
              <w:jc w:val="center"/>
            </w:pPr>
            <w:r>
              <w:rPr>
                <w:b/>
              </w:rPr>
              <w:t>Ders Kodu</w:t>
            </w:r>
          </w:p>
        </w:tc>
        <w:tc>
          <w:tcPr>
            <w:tcW w:w="4904" w:type="dxa"/>
            <w:shd w:val="clear" w:color="auto" w:fill="D9EAD3"/>
            <w:vAlign w:val="center"/>
          </w:tcPr>
          <w:p w14:paraId="08A618D7" w14:textId="77777777" w:rsidR="00FF4432" w:rsidRDefault="00000000">
            <w:pPr>
              <w:jc w:val="center"/>
            </w:pPr>
            <w:r>
              <w:rPr>
                <w:b/>
              </w:rPr>
              <w:t>Ders Adı</w:t>
            </w:r>
          </w:p>
        </w:tc>
        <w:tc>
          <w:tcPr>
            <w:tcW w:w="578" w:type="dxa"/>
            <w:shd w:val="clear" w:color="auto" w:fill="D9EAD3"/>
            <w:vAlign w:val="center"/>
          </w:tcPr>
          <w:p w14:paraId="67139F3C" w14:textId="77777777" w:rsidR="00FF4432" w:rsidRDefault="00000000">
            <w:pPr>
              <w:jc w:val="center"/>
            </w:pPr>
            <w:r>
              <w:rPr>
                <w:b/>
              </w:rPr>
              <w:t>T</w:t>
            </w:r>
          </w:p>
        </w:tc>
        <w:tc>
          <w:tcPr>
            <w:tcW w:w="578" w:type="dxa"/>
            <w:shd w:val="clear" w:color="auto" w:fill="D9EAD3"/>
            <w:vAlign w:val="center"/>
          </w:tcPr>
          <w:p w14:paraId="76D0A44C" w14:textId="77777777" w:rsidR="00FF4432" w:rsidRDefault="00000000">
            <w:pPr>
              <w:jc w:val="center"/>
            </w:pPr>
            <w:r>
              <w:rPr>
                <w:b/>
              </w:rPr>
              <w:t>U</w:t>
            </w:r>
          </w:p>
        </w:tc>
        <w:tc>
          <w:tcPr>
            <w:tcW w:w="578" w:type="dxa"/>
            <w:shd w:val="clear" w:color="auto" w:fill="D9EAD3"/>
            <w:vAlign w:val="center"/>
          </w:tcPr>
          <w:p w14:paraId="3D3C0034" w14:textId="77777777" w:rsidR="00FF4432" w:rsidRDefault="00000000">
            <w:pPr>
              <w:jc w:val="center"/>
            </w:pPr>
            <w:r>
              <w:rPr>
                <w:b/>
              </w:rPr>
              <w:t>K</w:t>
            </w:r>
          </w:p>
        </w:tc>
        <w:tc>
          <w:tcPr>
            <w:tcW w:w="675" w:type="dxa"/>
            <w:shd w:val="clear" w:color="auto" w:fill="D9EAD3"/>
            <w:vAlign w:val="center"/>
          </w:tcPr>
          <w:p w14:paraId="41E0A9D3" w14:textId="77777777" w:rsidR="00FF4432" w:rsidRDefault="00000000">
            <w:pPr>
              <w:jc w:val="center"/>
            </w:pPr>
            <w:r>
              <w:rPr>
                <w:b/>
              </w:rPr>
              <w:t>AKTS</w:t>
            </w:r>
          </w:p>
        </w:tc>
      </w:tr>
      <w:tr w:rsidR="00FF4432" w14:paraId="4A003BD2" w14:textId="77777777">
        <w:trPr>
          <w:cantSplit/>
          <w:jc w:val="center"/>
        </w:trPr>
        <w:tc>
          <w:tcPr>
            <w:tcW w:w="1247" w:type="dxa"/>
            <w:vAlign w:val="center"/>
          </w:tcPr>
          <w:p w14:paraId="420D1343" w14:textId="77777777" w:rsidR="00FF4432" w:rsidRDefault="00000000">
            <w:pPr>
              <w:jc w:val="center"/>
            </w:pPr>
            <w:r>
              <w:rPr>
                <w:sz w:val="17"/>
              </w:rPr>
              <w:t>TDL101</w:t>
            </w:r>
          </w:p>
        </w:tc>
        <w:tc>
          <w:tcPr>
            <w:tcW w:w="4904" w:type="dxa"/>
            <w:vAlign w:val="center"/>
          </w:tcPr>
          <w:p w14:paraId="0AA8D90B" w14:textId="77777777" w:rsidR="00FF4432" w:rsidRDefault="00000000">
            <w:pPr>
              <w:jc w:val="center"/>
            </w:pPr>
            <w:r>
              <w:rPr>
                <w:sz w:val="17"/>
              </w:rPr>
              <w:t>Türk Dili-I</w:t>
            </w:r>
          </w:p>
        </w:tc>
        <w:tc>
          <w:tcPr>
            <w:tcW w:w="578" w:type="dxa"/>
            <w:vAlign w:val="center"/>
          </w:tcPr>
          <w:p w14:paraId="0A9B3D76" w14:textId="77777777" w:rsidR="00FF4432" w:rsidRDefault="00000000">
            <w:pPr>
              <w:jc w:val="center"/>
            </w:pPr>
            <w:r>
              <w:rPr>
                <w:sz w:val="17"/>
              </w:rPr>
              <w:t>2</w:t>
            </w:r>
          </w:p>
        </w:tc>
        <w:tc>
          <w:tcPr>
            <w:tcW w:w="578" w:type="dxa"/>
            <w:vAlign w:val="center"/>
          </w:tcPr>
          <w:p w14:paraId="00918FC5" w14:textId="77777777" w:rsidR="00FF4432" w:rsidRDefault="00000000">
            <w:pPr>
              <w:jc w:val="center"/>
            </w:pPr>
            <w:r>
              <w:rPr>
                <w:sz w:val="17"/>
              </w:rPr>
              <w:t>0</w:t>
            </w:r>
          </w:p>
        </w:tc>
        <w:tc>
          <w:tcPr>
            <w:tcW w:w="578" w:type="dxa"/>
            <w:vAlign w:val="center"/>
          </w:tcPr>
          <w:p w14:paraId="6B451902" w14:textId="77777777" w:rsidR="00FF4432" w:rsidRDefault="00000000">
            <w:pPr>
              <w:jc w:val="center"/>
            </w:pPr>
            <w:r>
              <w:rPr>
                <w:sz w:val="17"/>
              </w:rPr>
              <w:t>2</w:t>
            </w:r>
          </w:p>
        </w:tc>
        <w:tc>
          <w:tcPr>
            <w:tcW w:w="675" w:type="dxa"/>
            <w:vAlign w:val="center"/>
          </w:tcPr>
          <w:p w14:paraId="54DD5484" w14:textId="77777777" w:rsidR="00FF4432" w:rsidRDefault="00000000">
            <w:pPr>
              <w:jc w:val="center"/>
            </w:pPr>
            <w:r>
              <w:rPr>
                <w:sz w:val="17"/>
              </w:rPr>
              <w:t>2</w:t>
            </w:r>
          </w:p>
        </w:tc>
      </w:tr>
      <w:tr w:rsidR="00FF4432" w14:paraId="141D8374" w14:textId="77777777">
        <w:trPr>
          <w:cantSplit/>
          <w:jc w:val="center"/>
        </w:trPr>
        <w:tc>
          <w:tcPr>
            <w:tcW w:w="1247" w:type="dxa"/>
            <w:vAlign w:val="center"/>
          </w:tcPr>
          <w:p w14:paraId="0603C866" w14:textId="77777777" w:rsidR="00FF4432" w:rsidRDefault="00000000">
            <w:pPr>
              <w:jc w:val="center"/>
            </w:pPr>
            <w:r>
              <w:rPr>
                <w:sz w:val="17"/>
              </w:rPr>
              <w:t>ATA101</w:t>
            </w:r>
          </w:p>
        </w:tc>
        <w:tc>
          <w:tcPr>
            <w:tcW w:w="4904" w:type="dxa"/>
            <w:vAlign w:val="center"/>
          </w:tcPr>
          <w:p w14:paraId="5A2BB41D" w14:textId="77777777" w:rsidR="00FF4432" w:rsidRDefault="00000000">
            <w:pPr>
              <w:jc w:val="center"/>
            </w:pPr>
            <w:r>
              <w:rPr>
                <w:sz w:val="17"/>
              </w:rPr>
              <w:t>Atatürk İlkeleri ve İnkılap Tarihi-I</w:t>
            </w:r>
          </w:p>
        </w:tc>
        <w:tc>
          <w:tcPr>
            <w:tcW w:w="578" w:type="dxa"/>
            <w:vAlign w:val="center"/>
          </w:tcPr>
          <w:p w14:paraId="59A9AC2D" w14:textId="77777777" w:rsidR="00FF4432" w:rsidRDefault="00000000">
            <w:pPr>
              <w:jc w:val="center"/>
            </w:pPr>
            <w:r>
              <w:rPr>
                <w:sz w:val="17"/>
              </w:rPr>
              <w:t>2</w:t>
            </w:r>
          </w:p>
        </w:tc>
        <w:tc>
          <w:tcPr>
            <w:tcW w:w="578" w:type="dxa"/>
            <w:vAlign w:val="center"/>
          </w:tcPr>
          <w:p w14:paraId="5D3F2CE9" w14:textId="77777777" w:rsidR="00FF4432" w:rsidRDefault="00000000">
            <w:pPr>
              <w:jc w:val="center"/>
            </w:pPr>
            <w:r>
              <w:rPr>
                <w:sz w:val="17"/>
              </w:rPr>
              <w:t>0</w:t>
            </w:r>
          </w:p>
        </w:tc>
        <w:tc>
          <w:tcPr>
            <w:tcW w:w="578" w:type="dxa"/>
            <w:vAlign w:val="center"/>
          </w:tcPr>
          <w:p w14:paraId="5BAADC6E" w14:textId="77777777" w:rsidR="00FF4432" w:rsidRDefault="00000000">
            <w:pPr>
              <w:jc w:val="center"/>
            </w:pPr>
            <w:r>
              <w:rPr>
                <w:sz w:val="17"/>
              </w:rPr>
              <w:t>2</w:t>
            </w:r>
          </w:p>
        </w:tc>
        <w:tc>
          <w:tcPr>
            <w:tcW w:w="675" w:type="dxa"/>
            <w:vAlign w:val="center"/>
          </w:tcPr>
          <w:p w14:paraId="44D7567B" w14:textId="77777777" w:rsidR="00FF4432" w:rsidRDefault="00000000">
            <w:pPr>
              <w:jc w:val="center"/>
            </w:pPr>
            <w:r>
              <w:rPr>
                <w:sz w:val="17"/>
              </w:rPr>
              <w:t>2</w:t>
            </w:r>
          </w:p>
        </w:tc>
      </w:tr>
      <w:tr w:rsidR="00FF4432" w14:paraId="2CE9BDD6" w14:textId="77777777">
        <w:trPr>
          <w:cantSplit/>
          <w:jc w:val="center"/>
        </w:trPr>
        <w:tc>
          <w:tcPr>
            <w:tcW w:w="1247" w:type="dxa"/>
            <w:vAlign w:val="center"/>
          </w:tcPr>
          <w:p w14:paraId="4B48B9A7" w14:textId="77777777" w:rsidR="00FF4432" w:rsidRDefault="00000000">
            <w:pPr>
              <w:jc w:val="center"/>
            </w:pPr>
            <w:r>
              <w:rPr>
                <w:sz w:val="17"/>
              </w:rPr>
              <w:t>ING101</w:t>
            </w:r>
          </w:p>
        </w:tc>
        <w:tc>
          <w:tcPr>
            <w:tcW w:w="4904" w:type="dxa"/>
            <w:vAlign w:val="center"/>
          </w:tcPr>
          <w:p w14:paraId="40072491" w14:textId="77777777" w:rsidR="00FF4432" w:rsidRDefault="00000000">
            <w:pPr>
              <w:jc w:val="center"/>
            </w:pPr>
            <w:r>
              <w:rPr>
                <w:sz w:val="17"/>
              </w:rPr>
              <w:t>İngilizce-I</w:t>
            </w:r>
          </w:p>
        </w:tc>
        <w:tc>
          <w:tcPr>
            <w:tcW w:w="578" w:type="dxa"/>
            <w:vAlign w:val="center"/>
          </w:tcPr>
          <w:p w14:paraId="6D12B3E7" w14:textId="77777777" w:rsidR="00FF4432" w:rsidRDefault="00000000">
            <w:pPr>
              <w:jc w:val="center"/>
            </w:pPr>
            <w:r>
              <w:rPr>
                <w:sz w:val="17"/>
              </w:rPr>
              <w:t>2</w:t>
            </w:r>
          </w:p>
        </w:tc>
        <w:tc>
          <w:tcPr>
            <w:tcW w:w="578" w:type="dxa"/>
            <w:vAlign w:val="center"/>
          </w:tcPr>
          <w:p w14:paraId="018C8DF9" w14:textId="77777777" w:rsidR="00FF4432" w:rsidRDefault="00000000">
            <w:pPr>
              <w:jc w:val="center"/>
            </w:pPr>
            <w:r>
              <w:rPr>
                <w:sz w:val="17"/>
              </w:rPr>
              <w:t>0</w:t>
            </w:r>
          </w:p>
        </w:tc>
        <w:tc>
          <w:tcPr>
            <w:tcW w:w="578" w:type="dxa"/>
            <w:vAlign w:val="center"/>
          </w:tcPr>
          <w:p w14:paraId="082F300D" w14:textId="77777777" w:rsidR="00FF4432" w:rsidRDefault="00000000">
            <w:pPr>
              <w:jc w:val="center"/>
            </w:pPr>
            <w:r>
              <w:rPr>
                <w:sz w:val="17"/>
              </w:rPr>
              <w:t>2</w:t>
            </w:r>
          </w:p>
        </w:tc>
        <w:tc>
          <w:tcPr>
            <w:tcW w:w="675" w:type="dxa"/>
            <w:vAlign w:val="center"/>
          </w:tcPr>
          <w:p w14:paraId="155304BF" w14:textId="77777777" w:rsidR="00FF4432" w:rsidRDefault="00000000">
            <w:pPr>
              <w:jc w:val="center"/>
            </w:pPr>
            <w:r>
              <w:rPr>
                <w:sz w:val="17"/>
              </w:rPr>
              <w:t>3</w:t>
            </w:r>
          </w:p>
        </w:tc>
      </w:tr>
      <w:tr w:rsidR="00FF4432" w14:paraId="2DC0F367" w14:textId="77777777">
        <w:trPr>
          <w:cantSplit/>
          <w:jc w:val="center"/>
        </w:trPr>
        <w:tc>
          <w:tcPr>
            <w:tcW w:w="1247" w:type="dxa"/>
            <w:vAlign w:val="center"/>
          </w:tcPr>
          <w:p w14:paraId="1E247D8B" w14:textId="77777777" w:rsidR="00FF4432" w:rsidRDefault="00000000">
            <w:pPr>
              <w:jc w:val="center"/>
            </w:pPr>
            <w:r>
              <w:rPr>
                <w:sz w:val="17"/>
              </w:rPr>
              <w:t>SMY133</w:t>
            </w:r>
          </w:p>
        </w:tc>
        <w:tc>
          <w:tcPr>
            <w:tcW w:w="4904" w:type="dxa"/>
            <w:vAlign w:val="center"/>
          </w:tcPr>
          <w:p w14:paraId="78F10191" w14:textId="77777777" w:rsidR="00FF4432" w:rsidRDefault="00000000">
            <w:pPr>
              <w:jc w:val="center"/>
            </w:pPr>
            <w:r>
              <w:rPr>
                <w:sz w:val="17"/>
              </w:rPr>
              <w:t>Tıbbi Terminoloji</w:t>
            </w:r>
          </w:p>
        </w:tc>
        <w:tc>
          <w:tcPr>
            <w:tcW w:w="578" w:type="dxa"/>
            <w:vAlign w:val="center"/>
          </w:tcPr>
          <w:p w14:paraId="50D6057C" w14:textId="77777777" w:rsidR="00FF4432" w:rsidRDefault="00000000">
            <w:pPr>
              <w:jc w:val="center"/>
            </w:pPr>
            <w:r>
              <w:rPr>
                <w:sz w:val="17"/>
              </w:rPr>
              <w:t>2</w:t>
            </w:r>
          </w:p>
        </w:tc>
        <w:tc>
          <w:tcPr>
            <w:tcW w:w="578" w:type="dxa"/>
            <w:vAlign w:val="center"/>
          </w:tcPr>
          <w:p w14:paraId="3D9D3433" w14:textId="77777777" w:rsidR="00FF4432" w:rsidRDefault="00000000">
            <w:pPr>
              <w:jc w:val="center"/>
            </w:pPr>
            <w:r>
              <w:rPr>
                <w:sz w:val="17"/>
              </w:rPr>
              <w:t>0</w:t>
            </w:r>
          </w:p>
        </w:tc>
        <w:tc>
          <w:tcPr>
            <w:tcW w:w="578" w:type="dxa"/>
            <w:vAlign w:val="center"/>
          </w:tcPr>
          <w:p w14:paraId="52E84D50" w14:textId="77777777" w:rsidR="00FF4432" w:rsidRDefault="00000000">
            <w:pPr>
              <w:jc w:val="center"/>
            </w:pPr>
            <w:r>
              <w:rPr>
                <w:sz w:val="17"/>
              </w:rPr>
              <w:t>2</w:t>
            </w:r>
          </w:p>
        </w:tc>
        <w:tc>
          <w:tcPr>
            <w:tcW w:w="675" w:type="dxa"/>
            <w:vAlign w:val="center"/>
          </w:tcPr>
          <w:p w14:paraId="34EAC629" w14:textId="77777777" w:rsidR="00FF4432" w:rsidRDefault="00000000">
            <w:pPr>
              <w:jc w:val="center"/>
            </w:pPr>
            <w:r>
              <w:rPr>
                <w:sz w:val="17"/>
              </w:rPr>
              <w:t>2</w:t>
            </w:r>
          </w:p>
        </w:tc>
      </w:tr>
      <w:tr w:rsidR="00FF4432" w14:paraId="36479ADB" w14:textId="77777777">
        <w:trPr>
          <w:cantSplit/>
          <w:jc w:val="center"/>
        </w:trPr>
        <w:tc>
          <w:tcPr>
            <w:tcW w:w="1247" w:type="dxa"/>
            <w:vAlign w:val="center"/>
          </w:tcPr>
          <w:p w14:paraId="5E468E75" w14:textId="77777777" w:rsidR="00FF4432" w:rsidRDefault="00000000">
            <w:pPr>
              <w:jc w:val="center"/>
            </w:pPr>
            <w:r>
              <w:rPr>
                <w:sz w:val="17"/>
              </w:rPr>
              <w:t>SMY101</w:t>
            </w:r>
          </w:p>
        </w:tc>
        <w:tc>
          <w:tcPr>
            <w:tcW w:w="4904" w:type="dxa"/>
            <w:vAlign w:val="center"/>
          </w:tcPr>
          <w:p w14:paraId="53D408C0" w14:textId="77777777" w:rsidR="00FF4432" w:rsidRDefault="00000000">
            <w:pPr>
              <w:jc w:val="center"/>
            </w:pPr>
            <w:r>
              <w:rPr>
                <w:sz w:val="17"/>
              </w:rPr>
              <w:t>Anatomi</w:t>
            </w:r>
          </w:p>
        </w:tc>
        <w:tc>
          <w:tcPr>
            <w:tcW w:w="578" w:type="dxa"/>
            <w:vAlign w:val="center"/>
          </w:tcPr>
          <w:p w14:paraId="08609D52" w14:textId="77777777" w:rsidR="00FF4432" w:rsidRDefault="00000000">
            <w:pPr>
              <w:jc w:val="center"/>
            </w:pPr>
            <w:r>
              <w:rPr>
                <w:sz w:val="17"/>
              </w:rPr>
              <w:t>2</w:t>
            </w:r>
          </w:p>
        </w:tc>
        <w:tc>
          <w:tcPr>
            <w:tcW w:w="578" w:type="dxa"/>
            <w:vAlign w:val="center"/>
          </w:tcPr>
          <w:p w14:paraId="7D801805" w14:textId="77777777" w:rsidR="00FF4432" w:rsidRDefault="00000000">
            <w:pPr>
              <w:jc w:val="center"/>
            </w:pPr>
            <w:r>
              <w:rPr>
                <w:sz w:val="17"/>
              </w:rPr>
              <w:t>0</w:t>
            </w:r>
          </w:p>
        </w:tc>
        <w:tc>
          <w:tcPr>
            <w:tcW w:w="578" w:type="dxa"/>
            <w:vAlign w:val="center"/>
          </w:tcPr>
          <w:p w14:paraId="362671BA" w14:textId="77777777" w:rsidR="00FF4432" w:rsidRDefault="00000000">
            <w:pPr>
              <w:jc w:val="center"/>
            </w:pPr>
            <w:r>
              <w:rPr>
                <w:sz w:val="17"/>
              </w:rPr>
              <w:t>2</w:t>
            </w:r>
          </w:p>
        </w:tc>
        <w:tc>
          <w:tcPr>
            <w:tcW w:w="675" w:type="dxa"/>
            <w:vAlign w:val="center"/>
          </w:tcPr>
          <w:p w14:paraId="7BE5B46C" w14:textId="77777777" w:rsidR="00FF4432" w:rsidRDefault="00000000">
            <w:pPr>
              <w:jc w:val="center"/>
            </w:pPr>
            <w:r>
              <w:rPr>
                <w:sz w:val="17"/>
              </w:rPr>
              <w:t>3</w:t>
            </w:r>
          </w:p>
        </w:tc>
      </w:tr>
      <w:tr w:rsidR="00FF4432" w14:paraId="16CCC3E7" w14:textId="77777777">
        <w:trPr>
          <w:cantSplit/>
          <w:jc w:val="center"/>
        </w:trPr>
        <w:tc>
          <w:tcPr>
            <w:tcW w:w="1247" w:type="dxa"/>
            <w:vAlign w:val="center"/>
          </w:tcPr>
          <w:p w14:paraId="740C94B4" w14:textId="77777777" w:rsidR="00FF4432" w:rsidRDefault="00000000">
            <w:pPr>
              <w:jc w:val="center"/>
            </w:pPr>
            <w:r>
              <w:rPr>
                <w:sz w:val="17"/>
              </w:rPr>
              <w:t>SMY107</w:t>
            </w:r>
          </w:p>
        </w:tc>
        <w:tc>
          <w:tcPr>
            <w:tcW w:w="4904" w:type="dxa"/>
            <w:vAlign w:val="center"/>
          </w:tcPr>
          <w:p w14:paraId="21B1B2BB" w14:textId="77777777" w:rsidR="00FF4432" w:rsidRDefault="00000000">
            <w:pPr>
              <w:jc w:val="center"/>
            </w:pPr>
            <w:r>
              <w:rPr>
                <w:sz w:val="17"/>
              </w:rPr>
              <w:t>Fizyoloji</w:t>
            </w:r>
          </w:p>
        </w:tc>
        <w:tc>
          <w:tcPr>
            <w:tcW w:w="578" w:type="dxa"/>
            <w:vAlign w:val="center"/>
          </w:tcPr>
          <w:p w14:paraId="392274CB" w14:textId="77777777" w:rsidR="00FF4432" w:rsidRDefault="00000000">
            <w:pPr>
              <w:jc w:val="center"/>
            </w:pPr>
            <w:r>
              <w:rPr>
                <w:sz w:val="17"/>
              </w:rPr>
              <w:t>2</w:t>
            </w:r>
          </w:p>
        </w:tc>
        <w:tc>
          <w:tcPr>
            <w:tcW w:w="578" w:type="dxa"/>
            <w:vAlign w:val="center"/>
          </w:tcPr>
          <w:p w14:paraId="79E766CF" w14:textId="77777777" w:rsidR="00FF4432" w:rsidRDefault="00000000">
            <w:pPr>
              <w:jc w:val="center"/>
            </w:pPr>
            <w:r>
              <w:rPr>
                <w:sz w:val="17"/>
              </w:rPr>
              <w:t>0</w:t>
            </w:r>
          </w:p>
        </w:tc>
        <w:tc>
          <w:tcPr>
            <w:tcW w:w="578" w:type="dxa"/>
            <w:vAlign w:val="center"/>
          </w:tcPr>
          <w:p w14:paraId="3D6015F3" w14:textId="77777777" w:rsidR="00FF4432" w:rsidRDefault="00000000">
            <w:pPr>
              <w:jc w:val="center"/>
            </w:pPr>
            <w:r>
              <w:rPr>
                <w:sz w:val="17"/>
              </w:rPr>
              <w:t>2</w:t>
            </w:r>
          </w:p>
        </w:tc>
        <w:tc>
          <w:tcPr>
            <w:tcW w:w="675" w:type="dxa"/>
            <w:vAlign w:val="center"/>
          </w:tcPr>
          <w:p w14:paraId="2A36E3C5" w14:textId="77777777" w:rsidR="00FF4432" w:rsidRDefault="00000000">
            <w:pPr>
              <w:jc w:val="center"/>
            </w:pPr>
            <w:r>
              <w:rPr>
                <w:sz w:val="17"/>
              </w:rPr>
              <w:t>3</w:t>
            </w:r>
          </w:p>
        </w:tc>
      </w:tr>
      <w:tr w:rsidR="00FF4432" w14:paraId="5EC803EE" w14:textId="77777777">
        <w:trPr>
          <w:cantSplit/>
          <w:jc w:val="center"/>
        </w:trPr>
        <w:tc>
          <w:tcPr>
            <w:tcW w:w="1247" w:type="dxa"/>
            <w:vAlign w:val="center"/>
          </w:tcPr>
          <w:p w14:paraId="48842565" w14:textId="77777777" w:rsidR="00FF4432" w:rsidRDefault="00000000">
            <w:pPr>
              <w:jc w:val="center"/>
            </w:pPr>
            <w:r>
              <w:rPr>
                <w:sz w:val="17"/>
              </w:rPr>
              <w:t>SMY105</w:t>
            </w:r>
          </w:p>
        </w:tc>
        <w:tc>
          <w:tcPr>
            <w:tcW w:w="4904" w:type="dxa"/>
            <w:vAlign w:val="center"/>
          </w:tcPr>
          <w:p w14:paraId="109B818A" w14:textId="77777777" w:rsidR="00FF4432" w:rsidRDefault="00000000">
            <w:pPr>
              <w:jc w:val="center"/>
            </w:pPr>
            <w:r>
              <w:rPr>
                <w:sz w:val="17"/>
              </w:rPr>
              <w:t>Fizik</w:t>
            </w:r>
          </w:p>
        </w:tc>
        <w:tc>
          <w:tcPr>
            <w:tcW w:w="578" w:type="dxa"/>
            <w:vAlign w:val="center"/>
          </w:tcPr>
          <w:p w14:paraId="38C5498D" w14:textId="77777777" w:rsidR="00FF4432" w:rsidRDefault="00000000">
            <w:pPr>
              <w:jc w:val="center"/>
            </w:pPr>
            <w:r>
              <w:rPr>
                <w:sz w:val="17"/>
              </w:rPr>
              <w:t>2</w:t>
            </w:r>
          </w:p>
        </w:tc>
        <w:tc>
          <w:tcPr>
            <w:tcW w:w="578" w:type="dxa"/>
            <w:vAlign w:val="center"/>
          </w:tcPr>
          <w:p w14:paraId="03A36577" w14:textId="77777777" w:rsidR="00FF4432" w:rsidRDefault="00000000">
            <w:pPr>
              <w:jc w:val="center"/>
            </w:pPr>
            <w:r>
              <w:rPr>
                <w:sz w:val="17"/>
              </w:rPr>
              <w:t>0</w:t>
            </w:r>
          </w:p>
        </w:tc>
        <w:tc>
          <w:tcPr>
            <w:tcW w:w="578" w:type="dxa"/>
            <w:vAlign w:val="center"/>
          </w:tcPr>
          <w:p w14:paraId="2E784565" w14:textId="77777777" w:rsidR="00FF4432" w:rsidRDefault="00000000">
            <w:pPr>
              <w:jc w:val="center"/>
            </w:pPr>
            <w:r>
              <w:rPr>
                <w:sz w:val="17"/>
              </w:rPr>
              <w:t>2</w:t>
            </w:r>
          </w:p>
        </w:tc>
        <w:tc>
          <w:tcPr>
            <w:tcW w:w="675" w:type="dxa"/>
            <w:vAlign w:val="center"/>
          </w:tcPr>
          <w:p w14:paraId="570B1240" w14:textId="77777777" w:rsidR="00FF4432" w:rsidRDefault="00000000">
            <w:pPr>
              <w:jc w:val="center"/>
            </w:pPr>
            <w:r>
              <w:rPr>
                <w:sz w:val="17"/>
              </w:rPr>
              <w:t>2</w:t>
            </w:r>
          </w:p>
        </w:tc>
      </w:tr>
      <w:tr w:rsidR="00FF4432" w14:paraId="68FE90A6" w14:textId="77777777">
        <w:trPr>
          <w:cantSplit/>
          <w:jc w:val="center"/>
        </w:trPr>
        <w:tc>
          <w:tcPr>
            <w:tcW w:w="1247" w:type="dxa"/>
            <w:vAlign w:val="center"/>
          </w:tcPr>
          <w:p w14:paraId="3A4BA3C4" w14:textId="77777777" w:rsidR="00FF4432" w:rsidRDefault="00000000">
            <w:pPr>
              <w:jc w:val="center"/>
            </w:pPr>
            <w:r>
              <w:rPr>
                <w:sz w:val="17"/>
              </w:rPr>
              <w:t>FIZ101</w:t>
            </w:r>
          </w:p>
        </w:tc>
        <w:tc>
          <w:tcPr>
            <w:tcW w:w="4904" w:type="dxa"/>
            <w:vAlign w:val="center"/>
          </w:tcPr>
          <w:p w14:paraId="02D67C09" w14:textId="77777777" w:rsidR="00FF4432" w:rsidRDefault="00000000">
            <w:pPr>
              <w:jc w:val="center"/>
            </w:pPr>
            <w:r>
              <w:rPr>
                <w:sz w:val="17"/>
              </w:rPr>
              <w:t>Isı - Işık, Hidroterapi</w:t>
            </w:r>
          </w:p>
        </w:tc>
        <w:tc>
          <w:tcPr>
            <w:tcW w:w="578" w:type="dxa"/>
            <w:vAlign w:val="center"/>
          </w:tcPr>
          <w:p w14:paraId="796112F9" w14:textId="77777777" w:rsidR="00FF4432" w:rsidRDefault="00000000">
            <w:pPr>
              <w:jc w:val="center"/>
            </w:pPr>
            <w:r>
              <w:rPr>
                <w:sz w:val="17"/>
              </w:rPr>
              <w:t>2</w:t>
            </w:r>
          </w:p>
        </w:tc>
        <w:tc>
          <w:tcPr>
            <w:tcW w:w="578" w:type="dxa"/>
            <w:vAlign w:val="center"/>
          </w:tcPr>
          <w:p w14:paraId="1C21D306" w14:textId="77777777" w:rsidR="00FF4432" w:rsidRDefault="00000000">
            <w:pPr>
              <w:jc w:val="center"/>
            </w:pPr>
            <w:r>
              <w:rPr>
                <w:sz w:val="17"/>
              </w:rPr>
              <w:t>2</w:t>
            </w:r>
          </w:p>
        </w:tc>
        <w:tc>
          <w:tcPr>
            <w:tcW w:w="578" w:type="dxa"/>
            <w:vAlign w:val="center"/>
          </w:tcPr>
          <w:p w14:paraId="58A93B42" w14:textId="77777777" w:rsidR="00FF4432" w:rsidRDefault="00000000">
            <w:pPr>
              <w:jc w:val="center"/>
            </w:pPr>
            <w:r>
              <w:rPr>
                <w:sz w:val="17"/>
              </w:rPr>
              <w:t>3</w:t>
            </w:r>
          </w:p>
        </w:tc>
        <w:tc>
          <w:tcPr>
            <w:tcW w:w="675" w:type="dxa"/>
            <w:vAlign w:val="center"/>
          </w:tcPr>
          <w:p w14:paraId="6F534803" w14:textId="77777777" w:rsidR="00FF4432" w:rsidRDefault="00000000">
            <w:pPr>
              <w:jc w:val="center"/>
            </w:pPr>
            <w:r>
              <w:rPr>
                <w:sz w:val="17"/>
              </w:rPr>
              <w:t>4</w:t>
            </w:r>
          </w:p>
        </w:tc>
      </w:tr>
      <w:tr w:rsidR="00FF4432" w14:paraId="09A1E4A3" w14:textId="77777777">
        <w:trPr>
          <w:cantSplit/>
          <w:jc w:val="center"/>
        </w:trPr>
        <w:tc>
          <w:tcPr>
            <w:tcW w:w="1247" w:type="dxa"/>
            <w:vAlign w:val="center"/>
          </w:tcPr>
          <w:p w14:paraId="0900305C" w14:textId="77777777" w:rsidR="00FF4432" w:rsidRDefault="00000000">
            <w:pPr>
              <w:jc w:val="center"/>
            </w:pPr>
            <w:r>
              <w:rPr>
                <w:sz w:val="17"/>
              </w:rPr>
              <w:t>SMY131</w:t>
            </w:r>
          </w:p>
        </w:tc>
        <w:tc>
          <w:tcPr>
            <w:tcW w:w="4904" w:type="dxa"/>
            <w:vAlign w:val="center"/>
          </w:tcPr>
          <w:p w14:paraId="674BFD28" w14:textId="77777777" w:rsidR="00FF4432" w:rsidRDefault="00000000">
            <w:pPr>
              <w:jc w:val="center"/>
            </w:pPr>
            <w:r>
              <w:rPr>
                <w:sz w:val="17"/>
              </w:rPr>
              <w:t>Tıbbi Etik Hasta ve Hakları</w:t>
            </w:r>
          </w:p>
        </w:tc>
        <w:tc>
          <w:tcPr>
            <w:tcW w:w="578" w:type="dxa"/>
            <w:vAlign w:val="center"/>
          </w:tcPr>
          <w:p w14:paraId="693BC929" w14:textId="77777777" w:rsidR="00FF4432" w:rsidRDefault="00000000">
            <w:pPr>
              <w:jc w:val="center"/>
            </w:pPr>
            <w:r>
              <w:rPr>
                <w:sz w:val="17"/>
              </w:rPr>
              <w:t>2</w:t>
            </w:r>
          </w:p>
        </w:tc>
        <w:tc>
          <w:tcPr>
            <w:tcW w:w="578" w:type="dxa"/>
            <w:vAlign w:val="center"/>
          </w:tcPr>
          <w:p w14:paraId="35A11DBC" w14:textId="77777777" w:rsidR="00FF4432" w:rsidRDefault="00000000">
            <w:pPr>
              <w:jc w:val="center"/>
            </w:pPr>
            <w:r>
              <w:rPr>
                <w:sz w:val="17"/>
              </w:rPr>
              <w:t>0</w:t>
            </w:r>
          </w:p>
        </w:tc>
        <w:tc>
          <w:tcPr>
            <w:tcW w:w="578" w:type="dxa"/>
            <w:vAlign w:val="center"/>
          </w:tcPr>
          <w:p w14:paraId="00FE8819" w14:textId="77777777" w:rsidR="00FF4432" w:rsidRDefault="00000000">
            <w:pPr>
              <w:jc w:val="center"/>
            </w:pPr>
            <w:r>
              <w:rPr>
                <w:sz w:val="17"/>
              </w:rPr>
              <w:t>2</w:t>
            </w:r>
          </w:p>
        </w:tc>
        <w:tc>
          <w:tcPr>
            <w:tcW w:w="675" w:type="dxa"/>
            <w:vAlign w:val="center"/>
          </w:tcPr>
          <w:p w14:paraId="3FB7CF8B" w14:textId="77777777" w:rsidR="00FF4432" w:rsidRDefault="00000000">
            <w:pPr>
              <w:jc w:val="center"/>
            </w:pPr>
            <w:r>
              <w:rPr>
                <w:sz w:val="17"/>
              </w:rPr>
              <w:t>2</w:t>
            </w:r>
          </w:p>
        </w:tc>
      </w:tr>
      <w:tr w:rsidR="00FF4432" w14:paraId="7FD9C3B5" w14:textId="77777777">
        <w:trPr>
          <w:cantSplit/>
          <w:jc w:val="center"/>
        </w:trPr>
        <w:tc>
          <w:tcPr>
            <w:tcW w:w="1247" w:type="dxa"/>
            <w:vAlign w:val="center"/>
          </w:tcPr>
          <w:p w14:paraId="22CCF7B1" w14:textId="77777777" w:rsidR="00FF4432" w:rsidRDefault="00000000">
            <w:pPr>
              <w:jc w:val="center"/>
            </w:pPr>
            <w:r>
              <w:rPr>
                <w:sz w:val="17"/>
              </w:rPr>
              <w:t>SMY113</w:t>
            </w:r>
          </w:p>
        </w:tc>
        <w:tc>
          <w:tcPr>
            <w:tcW w:w="4904" w:type="dxa"/>
            <w:vAlign w:val="center"/>
          </w:tcPr>
          <w:p w14:paraId="2C46F6CD" w14:textId="77777777" w:rsidR="00FF4432" w:rsidRDefault="00000000">
            <w:pPr>
              <w:jc w:val="center"/>
            </w:pPr>
            <w:r>
              <w:rPr>
                <w:sz w:val="17"/>
              </w:rPr>
              <w:t>İlk ve Acil Yardım</w:t>
            </w:r>
          </w:p>
        </w:tc>
        <w:tc>
          <w:tcPr>
            <w:tcW w:w="578" w:type="dxa"/>
            <w:vAlign w:val="center"/>
          </w:tcPr>
          <w:p w14:paraId="3976E479" w14:textId="77777777" w:rsidR="00FF4432" w:rsidRDefault="00000000">
            <w:pPr>
              <w:jc w:val="center"/>
            </w:pPr>
            <w:r>
              <w:rPr>
                <w:sz w:val="17"/>
              </w:rPr>
              <w:t>1</w:t>
            </w:r>
          </w:p>
        </w:tc>
        <w:tc>
          <w:tcPr>
            <w:tcW w:w="578" w:type="dxa"/>
            <w:vAlign w:val="center"/>
          </w:tcPr>
          <w:p w14:paraId="2127D32C" w14:textId="77777777" w:rsidR="00FF4432" w:rsidRDefault="00000000">
            <w:pPr>
              <w:jc w:val="center"/>
            </w:pPr>
            <w:r>
              <w:rPr>
                <w:sz w:val="17"/>
              </w:rPr>
              <w:t>2</w:t>
            </w:r>
          </w:p>
        </w:tc>
        <w:tc>
          <w:tcPr>
            <w:tcW w:w="578" w:type="dxa"/>
            <w:vAlign w:val="center"/>
          </w:tcPr>
          <w:p w14:paraId="0FDCF0F7" w14:textId="77777777" w:rsidR="00FF4432" w:rsidRDefault="00000000">
            <w:pPr>
              <w:jc w:val="center"/>
            </w:pPr>
            <w:r>
              <w:rPr>
                <w:sz w:val="17"/>
              </w:rPr>
              <w:t>2</w:t>
            </w:r>
          </w:p>
        </w:tc>
        <w:tc>
          <w:tcPr>
            <w:tcW w:w="675" w:type="dxa"/>
            <w:vAlign w:val="center"/>
          </w:tcPr>
          <w:p w14:paraId="2A14ED21" w14:textId="77777777" w:rsidR="00FF4432" w:rsidRDefault="00000000">
            <w:pPr>
              <w:jc w:val="center"/>
            </w:pPr>
            <w:r>
              <w:rPr>
                <w:sz w:val="17"/>
              </w:rPr>
              <w:t>3</w:t>
            </w:r>
          </w:p>
        </w:tc>
      </w:tr>
      <w:tr w:rsidR="00FF4432" w14:paraId="595CCEC9" w14:textId="77777777">
        <w:trPr>
          <w:cantSplit/>
          <w:jc w:val="center"/>
        </w:trPr>
        <w:tc>
          <w:tcPr>
            <w:tcW w:w="1247" w:type="dxa"/>
            <w:vAlign w:val="center"/>
          </w:tcPr>
          <w:p w14:paraId="6035E3D9" w14:textId="77777777" w:rsidR="00FF4432" w:rsidRDefault="00000000">
            <w:pPr>
              <w:jc w:val="center"/>
            </w:pPr>
            <w:r>
              <w:rPr>
                <w:sz w:val="17"/>
              </w:rPr>
              <w:t>SMY123</w:t>
            </w:r>
          </w:p>
        </w:tc>
        <w:tc>
          <w:tcPr>
            <w:tcW w:w="4904" w:type="dxa"/>
            <w:vAlign w:val="center"/>
          </w:tcPr>
          <w:p w14:paraId="0E72E7A8" w14:textId="77777777" w:rsidR="00FF4432" w:rsidRDefault="00000000">
            <w:pPr>
              <w:jc w:val="center"/>
            </w:pPr>
            <w:r>
              <w:rPr>
                <w:sz w:val="17"/>
              </w:rPr>
              <w:t>Sağlıkta Temel Beceri</w:t>
            </w:r>
          </w:p>
        </w:tc>
        <w:tc>
          <w:tcPr>
            <w:tcW w:w="578" w:type="dxa"/>
            <w:vAlign w:val="center"/>
          </w:tcPr>
          <w:p w14:paraId="692DDA1E" w14:textId="77777777" w:rsidR="00FF4432" w:rsidRDefault="00000000">
            <w:pPr>
              <w:jc w:val="center"/>
            </w:pPr>
            <w:r>
              <w:rPr>
                <w:sz w:val="17"/>
              </w:rPr>
              <w:t>1</w:t>
            </w:r>
          </w:p>
        </w:tc>
        <w:tc>
          <w:tcPr>
            <w:tcW w:w="578" w:type="dxa"/>
            <w:vAlign w:val="center"/>
          </w:tcPr>
          <w:p w14:paraId="1F1592AF" w14:textId="77777777" w:rsidR="00FF4432" w:rsidRDefault="00000000">
            <w:pPr>
              <w:jc w:val="center"/>
            </w:pPr>
            <w:r>
              <w:rPr>
                <w:sz w:val="17"/>
              </w:rPr>
              <w:t>1</w:t>
            </w:r>
          </w:p>
        </w:tc>
        <w:tc>
          <w:tcPr>
            <w:tcW w:w="578" w:type="dxa"/>
            <w:vAlign w:val="center"/>
          </w:tcPr>
          <w:p w14:paraId="19A8F8A0" w14:textId="77777777" w:rsidR="00FF4432" w:rsidRDefault="00000000">
            <w:pPr>
              <w:jc w:val="center"/>
            </w:pPr>
            <w:r>
              <w:rPr>
                <w:sz w:val="17"/>
              </w:rPr>
              <w:t>2</w:t>
            </w:r>
          </w:p>
        </w:tc>
        <w:tc>
          <w:tcPr>
            <w:tcW w:w="675" w:type="dxa"/>
            <w:vAlign w:val="center"/>
          </w:tcPr>
          <w:p w14:paraId="0256DCAF" w14:textId="77777777" w:rsidR="00FF4432" w:rsidRDefault="00000000">
            <w:pPr>
              <w:jc w:val="center"/>
            </w:pPr>
            <w:r>
              <w:rPr>
                <w:sz w:val="17"/>
              </w:rPr>
              <w:t>1</w:t>
            </w:r>
          </w:p>
        </w:tc>
      </w:tr>
      <w:tr w:rsidR="00FF4432" w14:paraId="1847C74A" w14:textId="77777777">
        <w:trPr>
          <w:cantSplit/>
          <w:jc w:val="center"/>
        </w:trPr>
        <w:tc>
          <w:tcPr>
            <w:tcW w:w="1247" w:type="dxa"/>
            <w:vAlign w:val="center"/>
          </w:tcPr>
          <w:p w14:paraId="5875CB1D" w14:textId="77777777" w:rsidR="00FF4432" w:rsidRDefault="00000000">
            <w:pPr>
              <w:jc w:val="center"/>
            </w:pPr>
            <w:r>
              <w:rPr>
                <w:sz w:val="17"/>
              </w:rPr>
              <w:t>BIL101</w:t>
            </w:r>
          </w:p>
        </w:tc>
        <w:tc>
          <w:tcPr>
            <w:tcW w:w="4904" w:type="dxa"/>
            <w:vAlign w:val="center"/>
          </w:tcPr>
          <w:p w14:paraId="39FDFD10" w14:textId="77777777" w:rsidR="00FF4432" w:rsidRDefault="00000000">
            <w:pPr>
              <w:jc w:val="center"/>
            </w:pPr>
            <w:r>
              <w:rPr>
                <w:sz w:val="17"/>
              </w:rPr>
              <w:t>Bilişim Okuryazarlığı (ECDL/ICDL)</w:t>
            </w:r>
          </w:p>
        </w:tc>
        <w:tc>
          <w:tcPr>
            <w:tcW w:w="578" w:type="dxa"/>
            <w:vAlign w:val="center"/>
          </w:tcPr>
          <w:p w14:paraId="5FE22D5F" w14:textId="77777777" w:rsidR="00FF4432" w:rsidRDefault="00000000">
            <w:pPr>
              <w:jc w:val="center"/>
            </w:pPr>
            <w:r>
              <w:rPr>
                <w:sz w:val="17"/>
              </w:rPr>
              <w:t>2</w:t>
            </w:r>
          </w:p>
        </w:tc>
        <w:tc>
          <w:tcPr>
            <w:tcW w:w="578" w:type="dxa"/>
            <w:vAlign w:val="center"/>
          </w:tcPr>
          <w:p w14:paraId="02F37832" w14:textId="77777777" w:rsidR="00FF4432" w:rsidRDefault="00000000">
            <w:pPr>
              <w:jc w:val="center"/>
            </w:pPr>
            <w:r>
              <w:rPr>
                <w:sz w:val="17"/>
              </w:rPr>
              <w:t>0</w:t>
            </w:r>
          </w:p>
        </w:tc>
        <w:tc>
          <w:tcPr>
            <w:tcW w:w="578" w:type="dxa"/>
            <w:vAlign w:val="center"/>
          </w:tcPr>
          <w:p w14:paraId="5156D21B" w14:textId="77777777" w:rsidR="00FF4432" w:rsidRDefault="00000000">
            <w:pPr>
              <w:jc w:val="center"/>
            </w:pPr>
            <w:r>
              <w:rPr>
                <w:sz w:val="17"/>
              </w:rPr>
              <w:t>2</w:t>
            </w:r>
          </w:p>
        </w:tc>
        <w:tc>
          <w:tcPr>
            <w:tcW w:w="675" w:type="dxa"/>
            <w:vAlign w:val="center"/>
          </w:tcPr>
          <w:p w14:paraId="0AC73BA4" w14:textId="77777777" w:rsidR="00FF4432" w:rsidRDefault="00000000">
            <w:pPr>
              <w:jc w:val="center"/>
            </w:pPr>
            <w:r>
              <w:rPr>
                <w:sz w:val="17"/>
              </w:rPr>
              <w:t>2</w:t>
            </w:r>
          </w:p>
        </w:tc>
      </w:tr>
      <w:tr w:rsidR="00FF4432" w14:paraId="3188432B" w14:textId="77777777">
        <w:trPr>
          <w:cantSplit/>
          <w:jc w:val="center"/>
        </w:trPr>
        <w:tc>
          <w:tcPr>
            <w:tcW w:w="1247" w:type="dxa"/>
            <w:vAlign w:val="center"/>
          </w:tcPr>
          <w:p w14:paraId="14B52B04" w14:textId="77777777" w:rsidR="00FF4432" w:rsidRDefault="00FF4432">
            <w:pPr>
              <w:jc w:val="center"/>
            </w:pPr>
          </w:p>
        </w:tc>
        <w:tc>
          <w:tcPr>
            <w:tcW w:w="4904" w:type="dxa"/>
            <w:vAlign w:val="center"/>
          </w:tcPr>
          <w:p w14:paraId="053FF6B9" w14:textId="77777777" w:rsidR="00FF4432" w:rsidRDefault="00000000">
            <w:pPr>
              <w:jc w:val="center"/>
            </w:pPr>
            <w:r>
              <w:rPr>
                <w:sz w:val="17"/>
              </w:rPr>
              <w:t>Seçmeli Ders</w:t>
            </w:r>
          </w:p>
        </w:tc>
        <w:tc>
          <w:tcPr>
            <w:tcW w:w="578" w:type="dxa"/>
            <w:vAlign w:val="center"/>
          </w:tcPr>
          <w:p w14:paraId="01E8C884" w14:textId="77777777" w:rsidR="00FF4432" w:rsidRDefault="00FF4432">
            <w:pPr>
              <w:jc w:val="center"/>
            </w:pPr>
          </w:p>
        </w:tc>
        <w:tc>
          <w:tcPr>
            <w:tcW w:w="578" w:type="dxa"/>
            <w:vAlign w:val="center"/>
          </w:tcPr>
          <w:p w14:paraId="5A6110FF" w14:textId="77777777" w:rsidR="00FF4432" w:rsidRDefault="00FF4432">
            <w:pPr>
              <w:jc w:val="center"/>
            </w:pPr>
          </w:p>
        </w:tc>
        <w:tc>
          <w:tcPr>
            <w:tcW w:w="578" w:type="dxa"/>
            <w:vAlign w:val="center"/>
          </w:tcPr>
          <w:p w14:paraId="58D5E473" w14:textId="77777777" w:rsidR="00FF4432" w:rsidRDefault="00FF4432">
            <w:pPr>
              <w:jc w:val="center"/>
            </w:pPr>
          </w:p>
        </w:tc>
        <w:tc>
          <w:tcPr>
            <w:tcW w:w="675" w:type="dxa"/>
            <w:vAlign w:val="center"/>
          </w:tcPr>
          <w:p w14:paraId="20A9EA25" w14:textId="77777777" w:rsidR="00FF4432" w:rsidRDefault="00000000">
            <w:pPr>
              <w:jc w:val="center"/>
            </w:pPr>
            <w:r>
              <w:rPr>
                <w:sz w:val="17"/>
              </w:rPr>
              <w:t>1</w:t>
            </w:r>
          </w:p>
        </w:tc>
      </w:tr>
      <w:tr w:rsidR="00FF4432" w14:paraId="5A7C4960" w14:textId="77777777">
        <w:trPr>
          <w:cantSplit/>
          <w:jc w:val="center"/>
        </w:trPr>
        <w:tc>
          <w:tcPr>
            <w:tcW w:w="1247" w:type="dxa"/>
            <w:shd w:val="clear" w:color="auto" w:fill="FFF2CC"/>
            <w:vAlign w:val="center"/>
          </w:tcPr>
          <w:p w14:paraId="5385852A" w14:textId="77777777" w:rsidR="00FF4432" w:rsidRDefault="00000000">
            <w:pPr>
              <w:jc w:val="center"/>
            </w:pPr>
            <w:r>
              <w:rPr>
                <w:b/>
                <w:sz w:val="17"/>
              </w:rPr>
              <w:t>TOPLAM</w:t>
            </w:r>
          </w:p>
        </w:tc>
        <w:tc>
          <w:tcPr>
            <w:tcW w:w="4904" w:type="dxa"/>
            <w:shd w:val="clear" w:color="auto" w:fill="FFF2CC"/>
            <w:vAlign w:val="center"/>
          </w:tcPr>
          <w:p w14:paraId="44526D1B" w14:textId="77777777" w:rsidR="00FF4432" w:rsidRDefault="00FF4432">
            <w:pPr>
              <w:jc w:val="center"/>
            </w:pPr>
          </w:p>
        </w:tc>
        <w:tc>
          <w:tcPr>
            <w:tcW w:w="578" w:type="dxa"/>
            <w:shd w:val="clear" w:color="auto" w:fill="FFF2CC"/>
            <w:vAlign w:val="center"/>
          </w:tcPr>
          <w:p w14:paraId="29307E46" w14:textId="77777777" w:rsidR="00FF4432" w:rsidRDefault="00000000">
            <w:pPr>
              <w:jc w:val="center"/>
            </w:pPr>
            <w:r>
              <w:rPr>
                <w:b/>
                <w:sz w:val="17"/>
              </w:rPr>
              <w:t>22</w:t>
            </w:r>
          </w:p>
        </w:tc>
        <w:tc>
          <w:tcPr>
            <w:tcW w:w="578" w:type="dxa"/>
            <w:shd w:val="clear" w:color="auto" w:fill="FFF2CC"/>
            <w:vAlign w:val="center"/>
          </w:tcPr>
          <w:p w14:paraId="446918A0" w14:textId="77777777" w:rsidR="00FF4432" w:rsidRDefault="00000000">
            <w:pPr>
              <w:jc w:val="center"/>
            </w:pPr>
            <w:r>
              <w:rPr>
                <w:b/>
                <w:sz w:val="17"/>
              </w:rPr>
              <w:t>5</w:t>
            </w:r>
          </w:p>
        </w:tc>
        <w:tc>
          <w:tcPr>
            <w:tcW w:w="578" w:type="dxa"/>
            <w:shd w:val="clear" w:color="auto" w:fill="FFF2CC"/>
            <w:vAlign w:val="center"/>
          </w:tcPr>
          <w:p w14:paraId="0EE279C3" w14:textId="77777777" w:rsidR="00FF4432" w:rsidRDefault="00000000">
            <w:pPr>
              <w:jc w:val="center"/>
            </w:pPr>
            <w:r>
              <w:rPr>
                <w:b/>
                <w:sz w:val="17"/>
              </w:rPr>
              <w:t>25</w:t>
            </w:r>
          </w:p>
        </w:tc>
        <w:tc>
          <w:tcPr>
            <w:tcW w:w="675" w:type="dxa"/>
            <w:shd w:val="clear" w:color="auto" w:fill="FFF2CC"/>
            <w:vAlign w:val="center"/>
          </w:tcPr>
          <w:p w14:paraId="2165D3D5" w14:textId="77777777" w:rsidR="00FF4432" w:rsidRDefault="00000000">
            <w:pPr>
              <w:jc w:val="center"/>
            </w:pPr>
            <w:r>
              <w:rPr>
                <w:b/>
                <w:sz w:val="17"/>
              </w:rPr>
              <w:t>30</w:t>
            </w:r>
          </w:p>
        </w:tc>
      </w:tr>
    </w:tbl>
    <w:p w14:paraId="6D17CE26" w14:textId="77777777" w:rsidR="00FF4432" w:rsidRDefault="00FF4432">
      <w:pPr>
        <w:spacing w:after="0"/>
      </w:pPr>
    </w:p>
    <w:p w14:paraId="454C85AF" w14:textId="77777777" w:rsidR="00FF4432" w:rsidRDefault="00000000">
      <w:pPr>
        <w:spacing w:after="20"/>
        <w:jc w:val="center"/>
      </w:pPr>
      <w:r>
        <w:rPr>
          <w:b/>
          <w:sz w:val="24"/>
        </w:rPr>
        <w:t>2. YARIYIL</w:t>
      </w:r>
    </w:p>
    <w:tbl>
      <w:tblPr>
        <w:tblStyle w:val="TabloKlavuzu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247"/>
        <w:gridCol w:w="4904"/>
        <w:gridCol w:w="578"/>
        <w:gridCol w:w="578"/>
        <w:gridCol w:w="578"/>
        <w:gridCol w:w="675"/>
      </w:tblGrid>
      <w:tr w:rsidR="00FF4432" w14:paraId="634A02F4" w14:textId="77777777">
        <w:trPr>
          <w:cantSplit/>
          <w:jc w:val="center"/>
        </w:trPr>
        <w:tc>
          <w:tcPr>
            <w:tcW w:w="1247" w:type="dxa"/>
            <w:shd w:val="clear" w:color="auto" w:fill="D9EAD3"/>
            <w:vAlign w:val="center"/>
          </w:tcPr>
          <w:p w14:paraId="23B16A69" w14:textId="77777777" w:rsidR="00FF4432" w:rsidRDefault="00000000">
            <w:pPr>
              <w:jc w:val="center"/>
            </w:pPr>
            <w:r>
              <w:rPr>
                <w:b/>
              </w:rPr>
              <w:t>Ders Kodu</w:t>
            </w:r>
          </w:p>
        </w:tc>
        <w:tc>
          <w:tcPr>
            <w:tcW w:w="4904" w:type="dxa"/>
            <w:shd w:val="clear" w:color="auto" w:fill="D9EAD3"/>
            <w:vAlign w:val="center"/>
          </w:tcPr>
          <w:p w14:paraId="684BFDD5" w14:textId="77777777" w:rsidR="00FF4432" w:rsidRDefault="00000000">
            <w:pPr>
              <w:jc w:val="center"/>
            </w:pPr>
            <w:r>
              <w:rPr>
                <w:b/>
              </w:rPr>
              <w:t>Ders Adı</w:t>
            </w:r>
          </w:p>
        </w:tc>
        <w:tc>
          <w:tcPr>
            <w:tcW w:w="578" w:type="dxa"/>
            <w:shd w:val="clear" w:color="auto" w:fill="D9EAD3"/>
            <w:vAlign w:val="center"/>
          </w:tcPr>
          <w:p w14:paraId="4655BD5A" w14:textId="77777777" w:rsidR="00FF4432" w:rsidRDefault="00000000">
            <w:pPr>
              <w:jc w:val="center"/>
            </w:pPr>
            <w:r>
              <w:rPr>
                <w:b/>
              </w:rPr>
              <w:t>T</w:t>
            </w:r>
          </w:p>
        </w:tc>
        <w:tc>
          <w:tcPr>
            <w:tcW w:w="578" w:type="dxa"/>
            <w:shd w:val="clear" w:color="auto" w:fill="D9EAD3"/>
            <w:vAlign w:val="center"/>
          </w:tcPr>
          <w:p w14:paraId="624E11E4" w14:textId="77777777" w:rsidR="00FF4432" w:rsidRDefault="00000000">
            <w:pPr>
              <w:jc w:val="center"/>
            </w:pPr>
            <w:r>
              <w:rPr>
                <w:b/>
              </w:rPr>
              <w:t>U</w:t>
            </w:r>
          </w:p>
        </w:tc>
        <w:tc>
          <w:tcPr>
            <w:tcW w:w="578" w:type="dxa"/>
            <w:shd w:val="clear" w:color="auto" w:fill="D9EAD3"/>
            <w:vAlign w:val="center"/>
          </w:tcPr>
          <w:p w14:paraId="68113CC1" w14:textId="77777777" w:rsidR="00FF4432" w:rsidRDefault="00000000">
            <w:pPr>
              <w:jc w:val="center"/>
            </w:pPr>
            <w:r>
              <w:rPr>
                <w:b/>
              </w:rPr>
              <w:t>K</w:t>
            </w:r>
          </w:p>
        </w:tc>
        <w:tc>
          <w:tcPr>
            <w:tcW w:w="675" w:type="dxa"/>
            <w:shd w:val="clear" w:color="auto" w:fill="D9EAD3"/>
            <w:vAlign w:val="center"/>
          </w:tcPr>
          <w:p w14:paraId="7854ABA6" w14:textId="77777777" w:rsidR="00FF4432" w:rsidRDefault="00000000">
            <w:pPr>
              <w:jc w:val="center"/>
            </w:pPr>
            <w:r>
              <w:rPr>
                <w:b/>
              </w:rPr>
              <w:t>AKTS</w:t>
            </w:r>
          </w:p>
        </w:tc>
      </w:tr>
      <w:tr w:rsidR="00FF4432" w14:paraId="5FC113AF" w14:textId="77777777">
        <w:trPr>
          <w:cantSplit/>
          <w:jc w:val="center"/>
        </w:trPr>
        <w:tc>
          <w:tcPr>
            <w:tcW w:w="1247" w:type="dxa"/>
            <w:vAlign w:val="center"/>
          </w:tcPr>
          <w:p w14:paraId="29602A07" w14:textId="77777777" w:rsidR="00FF4432" w:rsidRDefault="00000000">
            <w:pPr>
              <w:jc w:val="center"/>
            </w:pPr>
            <w:r>
              <w:rPr>
                <w:sz w:val="17"/>
              </w:rPr>
              <w:t>TDL102</w:t>
            </w:r>
          </w:p>
        </w:tc>
        <w:tc>
          <w:tcPr>
            <w:tcW w:w="4904" w:type="dxa"/>
            <w:vAlign w:val="center"/>
          </w:tcPr>
          <w:p w14:paraId="69390AC8" w14:textId="77777777" w:rsidR="00FF4432" w:rsidRDefault="00000000">
            <w:pPr>
              <w:jc w:val="center"/>
            </w:pPr>
            <w:r>
              <w:rPr>
                <w:sz w:val="17"/>
              </w:rPr>
              <w:t>Türk Dili-II</w:t>
            </w:r>
          </w:p>
        </w:tc>
        <w:tc>
          <w:tcPr>
            <w:tcW w:w="578" w:type="dxa"/>
            <w:vAlign w:val="center"/>
          </w:tcPr>
          <w:p w14:paraId="4C5F9C5B" w14:textId="77777777" w:rsidR="00FF4432" w:rsidRDefault="00000000">
            <w:pPr>
              <w:jc w:val="center"/>
            </w:pPr>
            <w:r>
              <w:rPr>
                <w:sz w:val="17"/>
              </w:rPr>
              <w:t>2</w:t>
            </w:r>
          </w:p>
        </w:tc>
        <w:tc>
          <w:tcPr>
            <w:tcW w:w="578" w:type="dxa"/>
            <w:vAlign w:val="center"/>
          </w:tcPr>
          <w:p w14:paraId="0AFE3903" w14:textId="77777777" w:rsidR="00FF4432" w:rsidRDefault="00000000">
            <w:pPr>
              <w:jc w:val="center"/>
            </w:pPr>
            <w:r>
              <w:rPr>
                <w:sz w:val="17"/>
              </w:rPr>
              <w:t>0</w:t>
            </w:r>
          </w:p>
        </w:tc>
        <w:tc>
          <w:tcPr>
            <w:tcW w:w="578" w:type="dxa"/>
            <w:vAlign w:val="center"/>
          </w:tcPr>
          <w:p w14:paraId="55DDD56C" w14:textId="77777777" w:rsidR="00FF4432" w:rsidRDefault="00000000">
            <w:pPr>
              <w:jc w:val="center"/>
            </w:pPr>
            <w:r>
              <w:rPr>
                <w:sz w:val="17"/>
              </w:rPr>
              <w:t>2</w:t>
            </w:r>
          </w:p>
        </w:tc>
        <w:tc>
          <w:tcPr>
            <w:tcW w:w="675" w:type="dxa"/>
            <w:vAlign w:val="center"/>
          </w:tcPr>
          <w:p w14:paraId="3A5165F4" w14:textId="77777777" w:rsidR="00FF4432" w:rsidRDefault="00000000">
            <w:pPr>
              <w:jc w:val="center"/>
            </w:pPr>
            <w:r>
              <w:rPr>
                <w:sz w:val="17"/>
              </w:rPr>
              <w:t>2</w:t>
            </w:r>
          </w:p>
        </w:tc>
      </w:tr>
      <w:tr w:rsidR="00FF4432" w14:paraId="3E643A7F" w14:textId="77777777">
        <w:trPr>
          <w:cantSplit/>
          <w:jc w:val="center"/>
        </w:trPr>
        <w:tc>
          <w:tcPr>
            <w:tcW w:w="1247" w:type="dxa"/>
            <w:vAlign w:val="center"/>
          </w:tcPr>
          <w:p w14:paraId="0D1D1CCF" w14:textId="77777777" w:rsidR="00FF4432" w:rsidRDefault="00000000">
            <w:pPr>
              <w:jc w:val="center"/>
            </w:pPr>
            <w:r>
              <w:rPr>
                <w:sz w:val="17"/>
              </w:rPr>
              <w:t>ATA102</w:t>
            </w:r>
          </w:p>
        </w:tc>
        <w:tc>
          <w:tcPr>
            <w:tcW w:w="4904" w:type="dxa"/>
            <w:vAlign w:val="center"/>
          </w:tcPr>
          <w:p w14:paraId="30E6EAD2" w14:textId="77777777" w:rsidR="00FF4432" w:rsidRDefault="00000000">
            <w:pPr>
              <w:jc w:val="center"/>
            </w:pPr>
            <w:r>
              <w:rPr>
                <w:sz w:val="17"/>
              </w:rPr>
              <w:t>Atatürk İlkeleri ve İnkılap Tarihi-II</w:t>
            </w:r>
          </w:p>
        </w:tc>
        <w:tc>
          <w:tcPr>
            <w:tcW w:w="578" w:type="dxa"/>
            <w:vAlign w:val="center"/>
          </w:tcPr>
          <w:p w14:paraId="25CB47EB" w14:textId="77777777" w:rsidR="00FF4432" w:rsidRDefault="00000000">
            <w:pPr>
              <w:jc w:val="center"/>
            </w:pPr>
            <w:r>
              <w:rPr>
                <w:sz w:val="17"/>
              </w:rPr>
              <w:t>2</w:t>
            </w:r>
          </w:p>
        </w:tc>
        <w:tc>
          <w:tcPr>
            <w:tcW w:w="578" w:type="dxa"/>
            <w:vAlign w:val="center"/>
          </w:tcPr>
          <w:p w14:paraId="0292BCBF" w14:textId="77777777" w:rsidR="00FF4432" w:rsidRDefault="00000000">
            <w:pPr>
              <w:jc w:val="center"/>
            </w:pPr>
            <w:r>
              <w:rPr>
                <w:sz w:val="17"/>
              </w:rPr>
              <w:t>0</w:t>
            </w:r>
          </w:p>
        </w:tc>
        <w:tc>
          <w:tcPr>
            <w:tcW w:w="578" w:type="dxa"/>
            <w:vAlign w:val="center"/>
          </w:tcPr>
          <w:p w14:paraId="525F8B9B" w14:textId="77777777" w:rsidR="00FF4432" w:rsidRDefault="00000000">
            <w:pPr>
              <w:jc w:val="center"/>
            </w:pPr>
            <w:r>
              <w:rPr>
                <w:sz w:val="17"/>
              </w:rPr>
              <w:t>2</w:t>
            </w:r>
          </w:p>
        </w:tc>
        <w:tc>
          <w:tcPr>
            <w:tcW w:w="675" w:type="dxa"/>
            <w:vAlign w:val="center"/>
          </w:tcPr>
          <w:p w14:paraId="367B9732" w14:textId="77777777" w:rsidR="00FF4432" w:rsidRDefault="00000000">
            <w:pPr>
              <w:jc w:val="center"/>
            </w:pPr>
            <w:r>
              <w:rPr>
                <w:sz w:val="17"/>
              </w:rPr>
              <w:t>2</w:t>
            </w:r>
          </w:p>
        </w:tc>
      </w:tr>
      <w:tr w:rsidR="00FF4432" w14:paraId="5F8AF78A" w14:textId="77777777">
        <w:trPr>
          <w:cantSplit/>
          <w:jc w:val="center"/>
        </w:trPr>
        <w:tc>
          <w:tcPr>
            <w:tcW w:w="1247" w:type="dxa"/>
            <w:vAlign w:val="center"/>
          </w:tcPr>
          <w:p w14:paraId="2624F21B" w14:textId="77777777" w:rsidR="00FF4432" w:rsidRDefault="00000000">
            <w:pPr>
              <w:jc w:val="center"/>
            </w:pPr>
            <w:r>
              <w:rPr>
                <w:sz w:val="17"/>
              </w:rPr>
              <w:t>ING102</w:t>
            </w:r>
          </w:p>
        </w:tc>
        <w:tc>
          <w:tcPr>
            <w:tcW w:w="4904" w:type="dxa"/>
            <w:vAlign w:val="center"/>
          </w:tcPr>
          <w:p w14:paraId="7268B2B9" w14:textId="77777777" w:rsidR="00FF4432" w:rsidRDefault="00000000">
            <w:pPr>
              <w:jc w:val="center"/>
            </w:pPr>
            <w:r>
              <w:rPr>
                <w:sz w:val="17"/>
              </w:rPr>
              <w:t>İngilizce-II</w:t>
            </w:r>
          </w:p>
        </w:tc>
        <w:tc>
          <w:tcPr>
            <w:tcW w:w="578" w:type="dxa"/>
            <w:vAlign w:val="center"/>
          </w:tcPr>
          <w:p w14:paraId="359D56E6" w14:textId="77777777" w:rsidR="00FF4432" w:rsidRDefault="00000000">
            <w:pPr>
              <w:jc w:val="center"/>
            </w:pPr>
            <w:r>
              <w:rPr>
                <w:sz w:val="17"/>
              </w:rPr>
              <w:t>2</w:t>
            </w:r>
          </w:p>
        </w:tc>
        <w:tc>
          <w:tcPr>
            <w:tcW w:w="578" w:type="dxa"/>
            <w:vAlign w:val="center"/>
          </w:tcPr>
          <w:p w14:paraId="701B7A69" w14:textId="77777777" w:rsidR="00FF4432" w:rsidRDefault="00000000">
            <w:pPr>
              <w:jc w:val="center"/>
            </w:pPr>
            <w:r>
              <w:rPr>
                <w:sz w:val="17"/>
              </w:rPr>
              <w:t>0</w:t>
            </w:r>
          </w:p>
        </w:tc>
        <w:tc>
          <w:tcPr>
            <w:tcW w:w="578" w:type="dxa"/>
            <w:vAlign w:val="center"/>
          </w:tcPr>
          <w:p w14:paraId="69340B93" w14:textId="77777777" w:rsidR="00FF4432" w:rsidRDefault="00000000">
            <w:pPr>
              <w:jc w:val="center"/>
            </w:pPr>
            <w:r>
              <w:rPr>
                <w:sz w:val="17"/>
              </w:rPr>
              <w:t>2</w:t>
            </w:r>
          </w:p>
        </w:tc>
        <w:tc>
          <w:tcPr>
            <w:tcW w:w="675" w:type="dxa"/>
            <w:vAlign w:val="center"/>
          </w:tcPr>
          <w:p w14:paraId="0CACE2F1" w14:textId="77777777" w:rsidR="00FF4432" w:rsidRDefault="00000000">
            <w:pPr>
              <w:jc w:val="center"/>
            </w:pPr>
            <w:r>
              <w:rPr>
                <w:sz w:val="17"/>
              </w:rPr>
              <w:t>3</w:t>
            </w:r>
          </w:p>
        </w:tc>
      </w:tr>
      <w:tr w:rsidR="00FF4432" w14:paraId="05233FEC" w14:textId="77777777">
        <w:trPr>
          <w:cantSplit/>
          <w:jc w:val="center"/>
        </w:trPr>
        <w:tc>
          <w:tcPr>
            <w:tcW w:w="1247" w:type="dxa"/>
            <w:vAlign w:val="center"/>
          </w:tcPr>
          <w:p w14:paraId="7147479D" w14:textId="77777777" w:rsidR="00FF4432" w:rsidRDefault="00000000">
            <w:pPr>
              <w:jc w:val="center"/>
            </w:pPr>
            <w:r>
              <w:rPr>
                <w:sz w:val="17"/>
              </w:rPr>
              <w:t>FIZ102</w:t>
            </w:r>
          </w:p>
        </w:tc>
        <w:tc>
          <w:tcPr>
            <w:tcW w:w="4904" w:type="dxa"/>
            <w:vAlign w:val="center"/>
          </w:tcPr>
          <w:p w14:paraId="5693541C" w14:textId="77777777" w:rsidR="00FF4432" w:rsidRDefault="00000000">
            <w:pPr>
              <w:jc w:val="center"/>
            </w:pPr>
            <w:r>
              <w:rPr>
                <w:sz w:val="17"/>
              </w:rPr>
              <w:t>Fizik Tedavide Yardımcı Gereçler</w:t>
            </w:r>
          </w:p>
        </w:tc>
        <w:tc>
          <w:tcPr>
            <w:tcW w:w="578" w:type="dxa"/>
            <w:vAlign w:val="center"/>
          </w:tcPr>
          <w:p w14:paraId="6D0E9C99" w14:textId="77777777" w:rsidR="00FF4432" w:rsidRDefault="00000000">
            <w:pPr>
              <w:jc w:val="center"/>
            </w:pPr>
            <w:r>
              <w:rPr>
                <w:sz w:val="17"/>
              </w:rPr>
              <w:t>2</w:t>
            </w:r>
          </w:p>
        </w:tc>
        <w:tc>
          <w:tcPr>
            <w:tcW w:w="578" w:type="dxa"/>
            <w:vAlign w:val="center"/>
          </w:tcPr>
          <w:p w14:paraId="649A7F08" w14:textId="77777777" w:rsidR="00FF4432" w:rsidRDefault="00000000">
            <w:pPr>
              <w:jc w:val="center"/>
            </w:pPr>
            <w:r>
              <w:rPr>
                <w:sz w:val="17"/>
              </w:rPr>
              <w:t>2</w:t>
            </w:r>
          </w:p>
        </w:tc>
        <w:tc>
          <w:tcPr>
            <w:tcW w:w="578" w:type="dxa"/>
            <w:vAlign w:val="center"/>
          </w:tcPr>
          <w:p w14:paraId="16085403" w14:textId="77777777" w:rsidR="00FF4432" w:rsidRDefault="00000000">
            <w:pPr>
              <w:jc w:val="center"/>
            </w:pPr>
            <w:r>
              <w:rPr>
                <w:sz w:val="17"/>
              </w:rPr>
              <w:t>3</w:t>
            </w:r>
          </w:p>
        </w:tc>
        <w:tc>
          <w:tcPr>
            <w:tcW w:w="675" w:type="dxa"/>
            <w:vAlign w:val="center"/>
          </w:tcPr>
          <w:p w14:paraId="588BC577" w14:textId="77777777" w:rsidR="00FF4432" w:rsidRDefault="00000000">
            <w:pPr>
              <w:jc w:val="center"/>
            </w:pPr>
            <w:r>
              <w:rPr>
                <w:sz w:val="17"/>
              </w:rPr>
              <w:t>4</w:t>
            </w:r>
          </w:p>
        </w:tc>
      </w:tr>
      <w:tr w:rsidR="00FF4432" w14:paraId="7B7AA308" w14:textId="77777777">
        <w:trPr>
          <w:cantSplit/>
          <w:jc w:val="center"/>
        </w:trPr>
        <w:tc>
          <w:tcPr>
            <w:tcW w:w="1247" w:type="dxa"/>
            <w:vAlign w:val="center"/>
          </w:tcPr>
          <w:p w14:paraId="34580478" w14:textId="77777777" w:rsidR="00FF4432" w:rsidRDefault="00000000">
            <w:pPr>
              <w:jc w:val="center"/>
            </w:pPr>
            <w:r>
              <w:rPr>
                <w:sz w:val="17"/>
              </w:rPr>
              <w:t>FIZ104</w:t>
            </w:r>
          </w:p>
        </w:tc>
        <w:tc>
          <w:tcPr>
            <w:tcW w:w="4904" w:type="dxa"/>
            <w:vAlign w:val="center"/>
          </w:tcPr>
          <w:p w14:paraId="2FB0513A" w14:textId="77777777" w:rsidR="00FF4432" w:rsidRDefault="00000000">
            <w:pPr>
              <w:jc w:val="center"/>
            </w:pPr>
            <w:r>
              <w:rPr>
                <w:sz w:val="17"/>
              </w:rPr>
              <w:t>İskelet ve Kas Sistemi Anatomisi</w:t>
            </w:r>
          </w:p>
        </w:tc>
        <w:tc>
          <w:tcPr>
            <w:tcW w:w="578" w:type="dxa"/>
            <w:vAlign w:val="center"/>
          </w:tcPr>
          <w:p w14:paraId="1A28EB8C" w14:textId="77777777" w:rsidR="00FF4432" w:rsidRDefault="00000000">
            <w:pPr>
              <w:jc w:val="center"/>
            </w:pPr>
            <w:r>
              <w:rPr>
                <w:sz w:val="17"/>
              </w:rPr>
              <w:t>2</w:t>
            </w:r>
          </w:p>
        </w:tc>
        <w:tc>
          <w:tcPr>
            <w:tcW w:w="578" w:type="dxa"/>
            <w:vAlign w:val="center"/>
          </w:tcPr>
          <w:p w14:paraId="2EE12CA8" w14:textId="77777777" w:rsidR="00FF4432" w:rsidRDefault="00000000">
            <w:pPr>
              <w:jc w:val="center"/>
            </w:pPr>
            <w:r>
              <w:rPr>
                <w:sz w:val="17"/>
              </w:rPr>
              <w:t>2</w:t>
            </w:r>
          </w:p>
        </w:tc>
        <w:tc>
          <w:tcPr>
            <w:tcW w:w="578" w:type="dxa"/>
            <w:vAlign w:val="center"/>
          </w:tcPr>
          <w:p w14:paraId="0F7AF7DC" w14:textId="77777777" w:rsidR="00FF4432" w:rsidRDefault="00000000">
            <w:pPr>
              <w:jc w:val="center"/>
            </w:pPr>
            <w:r>
              <w:rPr>
                <w:sz w:val="17"/>
              </w:rPr>
              <w:t>3</w:t>
            </w:r>
          </w:p>
        </w:tc>
        <w:tc>
          <w:tcPr>
            <w:tcW w:w="675" w:type="dxa"/>
            <w:vAlign w:val="center"/>
          </w:tcPr>
          <w:p w14:paraId="7B8369B1" w14:textId="77777777" w:rsidR="00FF4432" w:rsidRDefault="00000000">
            <w:pPr>
              <w:jc w:val="center"/>
            </w:pPr>
            <w:r>
              <w:rPr>
                <w:sz w:val="17"/>
              </w:rPr>
              <w:t>4</w:t>
            </w:r>
          </w:p>
        </w:tc>
      </w:tr>
      <w:tr w:rsidR="00FF4432" w14:paraId="5C117CE4" w14:textId="77777777">
        <w:trPr>
          <w:cantSplit/>
          <w:jc w:val="center"/>
        </w:trPr>
        <w:tc>
          <w:tcPr>
            <w:tcW w:w="1247" w:type="dxa"/>
            <w:vAlign w:val="center"/>
          </w:tcPr>
          <w:p w14:paraId="2ACD744D" w14:textId="77777777" w:rsidR="00FF4432" w:rsidRDefault="00000000">
            <w:pPr>
              <w:jc w:val="center"/>
            </w:pPr>
            <w:r>
              <w:rPr>
                <w:sz w:val="17"/>
              </w:rPr>
              <w:t>FIZ106</w:t>
            </w:r>
          </w:p>
        </w:tc>
        <w:tc>
          <w:tcPr>
            <w:tcW w:w="4904" w:type="dxa"/>
            <w:vAlign w:val="center"/>
          </w:tcPr>
          <w:p w14:paraId="26F37455" w14:textId="77777777" w:rsidR="00FF4432" w:rsidRDefault="00000000">
            <w:pPr>
              <w:jc w:val="center"/>
            </w:pPr>
            <w:r>
              <w:rPr>
                <w:sz w:val="17"/>
              </w:rPr>
              <w:t>Fizyoterapide Temel Değerlendirme Prensipleri</w:t>
            </w:r>
          </w:p>
        </w:tc>
        <w:tc>
          <w:tcPr>
            <w:tcW w:w="578" w:type="dxa"/>
            <w:vAlign w:val="center"/>
          </w:tcPr>
          <w:p w14:paraId="64C2A9DB" w14:textId="77777777" w:rsidR="00FF4432" w:rsidRDefault="00000000">
            <w:pPr>
              <w:jc w:val="center"/>
            </w:pPr>
            <w:r>
              <w:rPr>
                <w:sz w:val="17"/>
              </w:rPr>
              <w:t>3</w:t>
            </w:r>
          </w:p>
        </w:tc>
        <w:tc>
          <w:tcPr>
            <w:tcW w:w="578" w:type="dxa"/>
            <w:vAlign w:val="center"/>
          </w:tcPr>
          <w:p w14:paraId="1AFB339E" w14:textId="77777777" w:rsidR="00FF4432" w:rsidRDefault="00000000">
            <w:pPr>
              <w:jc w:val="center"/>
            </w:pPr>
            <w:r>
              <w:rPr>
                <w:sz w:val="17"/>
              </w:rPr>
              <w:t>0</w:t>
            </w:r>
          </w:p>
        </w:tc>
        <w:tc>
          <w:tcPr>
            <w:tcW w:w="578" w:type="dxa"/>
            <w:vAlign w:val="center"/>
          </w:tcPr>
          <w:p w14:paraId="31F7EDF2" w14:textId="77777777" w:rsidR="00FF4432" w:rsidRDefault="00000000">
            <w:pPr>
              <w:jc w:val="center"/>
            </w:pPr>
            <w:r>
              <w:rPr>
                <w:sz w:val="17"/>
              </w:rPr>
              <w:t>3</w:t>
            </w:r>
          </w:p>
        </w:tc>
        <w:tc>
          <w:tcPr>
            <w:tcW w:w="675" w:type="dxa"/>
            <w:vAlign w:val="center"/>
          </w:tcPr>
          <w:p w14:paraId="0F702393" w14:textId="77777777" w:rsidR="00FF4432" w:rsidRDefault="00000000">
            <w:pPr>
              <w:jc w:val="center"/>
            </w:pPr>
            <w:r>
              <w:rPr>
                <w:sz w:val="17"/>
              </w:rPr>
              <w:t>4</w:t>
            </w:r>
          </w:p>
        </w:tc>
      </w:tr>
      <w:tr w:rsidR="00FF4432" w14:paraId="5D033F8F" w14:textId="77777777">
        <w:trPr>
          <w:cantSplit/>
          <w:jc w:val="center"/>
        </w:trPr>
        <w:tc>
          <w:tcPr>
            <w:tcW w:w="1247" w:type="dxa"/>
            <w:vAlign w:val="center"/>
          </w:tcPr>
          <w:p w14:paraId="25F12367" w14:textId="77777777" w:rsidR="00FF4432" w:rsidRDefault="00000000">
            <w:pPr>
              <w:jc w:val="center"/>
            </w:pPr>
            <w:r>
              <w:rPr>
                <w:sz w:val="17"/>
              </w:rPr>
              <w:t>FIZ108</w:t>
            </w:r>
          </w:p>
        </w:tc>
        <w:tc>
          <w:tcPr>
            <w:tcW w:w="4904" w:type="dxa"/>
            <w:vAlign w:val="center"/>
          </w:tcPr>
          <w:p w14:paraId="2EE7E176" w14:textId="77777777" w:rsidR="00FF4432" w:rsidRDefault="00000000">
            <w:pPr>
              <w:jc w:val="center"/>
            </w:pPr>
            <w:r>
              <w:rPr>
                <w:sz w:val="17"/>
              </w:rPr>
              <w:t>Masaj Teknikleri</w:t>
            </w:r>
          </w:p>
        </w:tc>
        <w:tc>
          <w:tcPr>
            <w:tcW w:w="578" w:type="dxa"/>
            <w:vAlign w:val="center"/>
          </w:tcPr>
          <w:p w14:paraId="10C14ACE" w14:textId="77777777" w:rsidR="00FF4432" w:rsidRDefault="00000000">
            <w:pPr>
              <w:jc w:val="center"/>
            </w:pPr>
            <w:r>
              <w:rPr>
                <w:sz w:val="17"/>
              </w:rPr>
              <w:t>1</w:t>
            </w:r>
          </w:p>
        </w:tc>
        <w:tc>
          <w:tcPr>
            <w:tcW w:w="578" w:type="dxa"/>
            <w:vAlign w:val="center"/>
          </w:tcPr>
          <w:p w14:paraId="625F79A1" w14:textId="77777777" w:rsidR="00FF4432" w:rsidRDefault="00000000">
            <w:pPr>
              <w:jc w:val="center"/>
            </w:pPr>
            <w:r>
              <w:rPr>
                <w:sz w:val="17"/>
              </w:rPr>
              <w:t>3</w:t>
            </w:r>
          </w:p>
        </w:tc>
        <w:tc>
          <w:tcPr>
            <w:tcW w:w="578" w:type="dxa"/>
            <w:vAlign w:val="center"/>
          </w:tcPr>
          <w:p w14:paraId="03CA098E" w14:textId="77777777" w:rsidR="00FF4432" w:rsidRDefault="00000000">
            <w:pPr>
              <w:jc w:val="center"/>
            </w:pPr>
            <w:r>
              <w:rPr>
                <w:sz w:val="17"/>
              </w:rPr>
              <w:t>3</w:t>
            </w:r>
          </w:p>
        </w:tc>
        <w:tc>
          <w:tcPr>
            <w:tcW w:w="675" w:type="dxa"/>
            <w:vAlign w:val="center"/>
          </w:tcPr>
          <w:p w14:paraId="78DD4DEC" w14:textId="77777777" w:rsidR="00FF4432" w:rsidRDefault="00000000">
            <w:pPr>
              <w:jc w:val="center"/>
            </w:pPr>
            <w:r>
              <w:rPr>
                <w:sz w:val="17"/>
              </w:rPr>
              <w:t>5</w:t>
            </w:r>
          </w:p>
        </w:tc>
      </w:tr>
      <w:tr w:rsidR="00FF4432" w14:paraId="6E50AF71" w14:textId="77777777">
        <w:trPr>
          <w:cantSplit/>
          <w:jc w:val="center"/>
        </w:trPr>
        <w:tc>
          <w:tcPr>
            <w:tcW w:w="1247" w:type="dxa"/>
            <w:vAlign w:val="center"/>
          </w:tcPr>
          <w:p w14:paraId="60AA2F48" w14:textId="77777777" w:rsidR="00FF4432" w:rsidRDefault="00000000">
            <w:pPr>
              <w:jc w:val="center"/>
            </w:pPr>
            <w:r>
              <w:rPr>
                <w:sz w:val="17"/>
              </w:rPr>
              <w:t>SMY108</w:t>
            </w:r>
          </w:p>
        </w:tc>
        <w:tc>
          <w:tcPr>
            <w:tcW w:w="4904" w:type="dxa"/>
            <w:vAlign w:val="center"/>
          </w:tcPr>
          <w:p w14:paraId="7BE4D14B" w14:textId="77777777" w:rsidR="00FF4432" w:rsidRDefault="00000000">
            <w:pPr>
              <w:jc w:val="center"/>
            </w:pPr>
            <w:r>
              <w:rPr>
                <w:sz w:val="17"/>
              </w:rPr>
              <w:t>İş Sağlığı ve Güvenliği</w:t>
            </w:r>
          </w:p>
        </w:tc>
        <w:tc>
          <w:tcPr>
            <w:tcW w:w="578" w:type="dxa"/>
            <w:vAlign w:val="center"/>
          </w:tcPr>
          <w:p w14:paraId="143E18EB" w14:textId="77777777" w:rsidR="00FF4432" w:rsidRDefault="00000000">
            <w:pPr>
              <w:jc w:val="center"/>
            </w:pPr>
            <w:r>
              <w:rPr>
                <w:sz w:val="17"/>
              </w:rPr>
              <w:t>1</w:t>
            </w:r>
          </w:p>
        </w:tc>
        <w:tc>
          <w:tcPr>
            <w:tcW w:w="578" w:type="dxa"/>
            <w:vAlign w:val="center"/>
          </w:tcPr>
          <w:p w14:paraId="2D4EADCA" w14:textId="77777777" w:rsidR="00FF4432" w:rsidRDefault="00000000">
            <w:pPr>
              <w:jc w:val="center"/>
            </w:pPr>
            <w:r>
              <w:rPr>
                <w:sz w:val="17"/>
              </w:rPr>
              <w:t>2</w:t>
            </w:r>
          </w:p>
        </w:tc>
        <w:tc>
          <w:tcPr>
            <w:tcW w:w="578" w:type="dxa"/>
            <w:vAlign w:val="center"/>
          </w:tcPr>
          <w:p w14:paraId="3E6DDD9F" w14:textId="77777777" w:rsidR="00FF4432" w:rsidRDefault="00000000">
            <w:pPr>
              <w:jc w:val="center"/>
            </w:pPr>
            <w:r>
              <w:rPr>
                <w:sz w:val="17"/>
              </w:rPr>
              <w:t>2</w:t>
            </w:r>
          </w:p>
        </w:tc>
        <w:tc>
          <w:tcPr>
            <w:tcW w:w="675" w:type="dxa"/>
            <w:vAlign w:val="center"/>
          </w:tcPr>
          <w:p w14:paraId="17DC024B" w14:textId="77777777" w:rsidR="00FF4432" w:rsidRDefault="00000000">
            <w:pPr>
              <w:jc w:val="center"/>
            </w:pPr>
            <w:r>
              <w:rPr>
                <w:sz w:val="17"/>
              </w:rPr>
              <w:t>3</w:t>
            </w:r>
          </w:p>
        </w:tc>
      </w:tr>
      <w:tr w:rsidR="00FF4432" w14:paraId="09FF16A6" w14:textId="77777777">
        <w:trPr>
          <w:cantSplit/>
          <w:jc w:val="center"/>
        </w:trPr>
        <w:tc>
          <w:tcPr>
            <w:tcW w:w="1247" w:type="dxa"/>
            <w:vAlign w:val="center"/>
          </w:tcPr>
          <w:p w14:paraId="286764BC" w14:textId="77777777" w:rsidR="00FF4432" w:rsidRDefault="00000000">
            <w:pPr>
              <w:jc w:val="center"/>
            </w:pPr>
            <w:r>
              <w:rPr>
                <w:sz w:val="17"/>
              </w:rPr>
              <w:t>KRG102</w:t>
            </w:r>
          </w:p>
        </w:tc>
        <w:tc>
          <w:tcPr>
            <w:tcW w:w="4904" w:type="dxa"/>
            <w:vAlign w:val="center"/>
          </w:tcPr>
          <w:p w14:paraId="21903C51" w14:textId="77777777" w:rsidR="00FF4432" w:rsidRDefault="00000000">
            <w:pPr>
              <w:jc w:val="center"/>
            </w:pPr>
            <w:r>
              <w:rPr>
                <w:sz w:val="17"/>
              </w:rPr>
              <w:t>Kariyer Gelişimi</w:t>
            </w:r>
          </w:p>
        </w:tc>
        <w:tc>
          <w:tcPr>
            <w:tcW w:w="578" w:type="dxa"/>
            <w:vAlign w:val="center"/>
          </w:tcPr>
          <w:p w14:paraId="3566B5DC" w14:textId="77777777" w:rsidR="00FF4432" w:rsidRDefault="00000000">
            <w:pPr>
              <w:jc w:val="center"/>
            </w:pPr>
            <w:r>
              <w:rPr>
                <w:sz w:val="17"/>
              </w:rPr>
              <w:t>1</w:t>
            </w:r>
          </w:p>
        </w:tc>
        <w:tc>
          <w:tcPr>
            <w:tcW w:w="578" w:type="dxa"/>
            <w:vAlign w:val="center"/>
          </w:tcPr>
          <w:p w14:paraId="405B88DF" w14:textId="77777777" w:rsidR="00FF4432" w:rsidRDefault="00000000">
            <w:pPr>
              <w:jc w:val="center"/>
            </w:pPr>
            <w:r>
              <w:rPr>
                <w:sz w:val="17"/>
              </w:rPr>
              <w:t>0</w:t>
            </w:r>
          </w:p>
        </w:tc>
        <w:tc>
          <w:tcPr>
            <w:tcW w:w="578" w:type="dxa"/>
            <w:vAlign w:val="center"/>
          </w:tcPr>
          <w:p w14:paraId="129EA596" w14:textId="77777777" w:rsidR="00FF4432" w:rsidRDefault="00000000">
            <w:pPr>
              <w:jc w:val="center"/>
            </w:pPr>
            <w:r>
              <w:rPr>
                <w:sz w:val="17"/>
              </w:rPr>
              <w:t>1</w:t>
            </w:r>
          </w:p>
        </w:tc>
        <w:tc>
          <w:tcPr>
            <w:tcW w:w="675" w:type="dxa"/>
            <w:vAlign w:val="center"/>
          </w:tcPr>
          <w:p w14:paraId="6B432569" w14:textId="77777777" w:rsidR="00FF4432" w:rsidRDefault="00000000">
            <w:pPr>
              <w:jc w:val="center"/>
            </w:pPr>
            <w:r>
              <w:rPr>
                <w:sz w:val="17"/>
              </w:rPr>
              <w:t>2</w:t>
            </w:r>
          </w:p>
        </w:tc>
      </w:tr>
      <w:tr w:rsidR="00FF4432" w14:paraId="00CFB103" w14:textId="77777777">
        <w:trPr>
          <w:cantSplit/>
          <w:jc w:val="center"/>
        </w:trPr>
        <w:tc>
          <w:tcPr>
            <w:tcW w:w="1247" w:type="dxa"/>
            <w:vAlign w:val="center"/>
          </w:tcPr>
          <w:p w14:paraId="1A148831" w14:textId="77777777" w:rsidR="00FF4432" w:rsidRDefault="00FF4432">
            <w:pPr>
              <w:jc w:val="center"/>
            </w:pPr>
          </w:p>
        </w:tc>
        <w:tc>
          <w:tcPr>
            <w:tcW w:w="4904" w:type="dxa"/>
            <w:vAlign w:val="center"/>
          </w:tcPr>
          <w:p w14:paraId="20B987E2" w14:textId="77777777" w:rsidR="00FF4432" w:rsidRDefault="00000000">
            <w:pPr>
              <w:jc w:val="center"/>
            </w:pPr>
            <w:r>
              <w:rPr>
                <w:sz w:val="17"/>
              </w:rPr>
              <w:t>Seçmeli Ders</w:t>
            </w:r>
          </w:p>
        </w:tc>
        <w:tc>
          <w:tcPr>
            <w:tcW w:w="578" w:type="dxa"/>
            <w:vAlign w:val="center"/>
          </w:tcPr>
          <w:p w14:paraId="089EB8E7" w14:textId="77777777" w:rsidR="00FF4432" w:rsidRDefault="00FF4432">
            <w:pPr>
              <w:jc w:val="center"/>
            </w:pPr>
          </w:p>
        </w:tc>
        <w:tc>
          <w:tcPr>
            <w:tcW w:w="578" w:type="dxa"/>
            <w:vAlign w:val="center"/>
          </w:tcPr>
          <w:p w14:paraId="4C283A8D" w14:textId="77777777" w:rsidR="00FF4432" w:rsidRDefault="00FF4432">
            <w:pPr>
              <w:jc w:val="center"/>
            </w:pPr>
          </w:p>
        </w:tc>
        <w:tc>
          <w:tcPr>
            <w:tcW w:w="578" w:type="dxa"/>
            <w:vAlign w:val="center"/>
          </w:tcPr>
          <w:p w14:paraId="3E5B1BC0" w14:textId="77777777" w:rsidR="00FF4432" w:rsidRDefault="00FF4432">
            <w:pPr>
              <w:jc w:val="center"/>
            </w:pPr>
          </w:p>
        </w:tc>
        <w:tc>
          <w:tcPr>
            <w:tcW w:w="675" w:type="dxa"/>
            <w:vAlign w:val="center"/>
          </w:tcPr>
          <w:p w14:paraId="48445723" w14:textId="77777777" w:rsidR="00FF4432" w:rsidRDefault="00000000">
            <w:pPr>
              <w:jc w:val="center"/>
            </w:pPr>
            <w:r>
              <w:rPr>
                <w:sz w:val="17"/>
              </w:rPr>
              <w:t>1</w:t>
            </w:r>
          </w:p>
        </w:tc>
      </w:tr>
      <w:tr w:rsidR="00FF4432" w14:paraId="066E7A21" w14:textId="77777777">
        <w:trPr>
          <w:cantSplit/>
          <w:jc w:val="center"/>
        </w:trPr>
        <w:tc>
          <w:tcPr>
            <w:tcW w:w="1247" w:type="dxa"/>
            <w:shd w:val="clear" w:color="auto" w:fill="FFF2CC"/>
            <w:vAlign w:val="center"/>
          </w:tcPr>
          <w:p w14:paraId="3AC664A8" w14:textId="77777777" w:rsidR="00FF4432" w:rsidRDefault="00000000">
            <w:pPr>
              <w:jc w:val="center"/>
            </w:pPr>
            <w:r>
              <w:rPr>
                <w:b/>
                <w:sz w:val="17"/>
              </w:rPr>
              <w:t>TOPLAM</w:t>
            </w:r>
          </w:p>
        </w:tc>
        <w:tc>
          <w:tcPr>
            <w:tcW w:w="4904" w:type="dxa"/>
            <w:shd w:val="clear" w:color="auto" w:fill="FFF2CC"/>
            <w:vAlign w:val="center"/>
          </w:tcPr>
          <w:p w14:paraId="68104D15" w14:textId="77777777" w:rsidR="00FF4432" w:rsidRDefault="00FF4432">
            <w:pPr>
              <w:jc w:val="center"/>
            </w:pPr>
          </w:p>
        </w:tc>
        <w:tc>
          <w:tcPr>
            <w:tcW w:w="578" w:type="dxa"/>
            <w:shd w:val="clear" w:color="auto" w:fill="FFF2CC"/>
            <w:vAlign w:val="center"/>
          </w:tcPr>
          <w:p w14:paraId="546A11F1" w14:textId="77777777" w:rsidR="00FF4432" w:rsidRDefault="00000000">
            <w:pPr>
              <w:jc w:val="center"/>
            </w:pPr>
            <w:r>
              <w:rPr>
                <w:b/>
                <w:sz w:val="17"/>
              </w:rPr>
              <w:t>16</w:t>
            </w:r>
          </w:p>
        </w:tc>
        <w:tc>
          <w:tcPr>
            <w:tcW w:w="578" w:type="dxa"/>
            <w:shd w:val="clear" w:color="auto" w:fill="FFF2CC"/>
            <w:vAlign w:val="center"/>
          </w:tcPr>
          <w:p w14:paraId="043F394C" w14:textId="77777777" w:rsidR="00FF4432" w:rsidRDefault="00000000">
            <w:pPr>
              <w:jc w:val="center"/>
            </w:pPr>
            <w:r>
              <w:rPr>
                <w:b/>
                <w:sz w:val="17"/>
              </w:rPr>
              <w:t>9</w:t>
            </w:r>
          </w:p>
        </w:tc>
        <w:tc>
          <w:tcPr>
            <w:tcW w:w="578" w:type="dxa"/>
            <w:shd w:val="clear" w:color="auto" w:fill="FFF2CC"/>
            <w:vAlign w:val="center"/>
          </w:tcPr>
          <w:p w14:paraId="0885DDEC" w14:textId="77777777" w:rsidR="00FF4432" w:rsidRDefault="00000000">
            <w:pPr>
              <w:jc w:val="center"/>
            </w:pPr>
            <w:r>
              <w:rPr>
                <w:b/>
                <w:sz w:val="17"/>
              </w:rPr>
              <w:t>21</w:t>
            </w:r>
          </w:p>
        </w:tc>
        <w:tc>
          <w:tcPr>
            <w:tcW w:w="675" w:type="dxa"/>
            <w:shd w:val="clear" w:color="auto" w:fill="FFF2CC"/>
            <w:vAlign w:val="center"/>
          </w:tcPr>
          <w:p w14:paraId="129F5AE3" w14:textId="77777777" w:rsidR="00FF4432" w:rsidRDefault="00000000">
            <w:pPr>
              <w:jc w:val="center"/>
            </w:pPr>
            <w:r>
              <w:rPr>
                <w:b/>
                <w:sz w:val="17"/>
              </w:rPr>
              <w:t>30</w:t>
            </w:r>
          </w:p>
        </w:tc>
      </w:tr>
    </w:tbl>
    <w:p w14:paraId="574FF84A" w14:textId="77777777" w:rsidR="00FF4432" w:rsidRDefault="00000000">
      <w:r>
        <w:br w:type="page"/>
      </w:r>
    </w:p>
    <w:p w14:paraId="31F5007B" w14:textId="77777777" w:rsidR="00FF4432" w:rsidRDefault="00000000">
      <w:pPr>
        <w:spacing w:after="20"/>
        <w:jc w:val="center"/>
      </w:pPr>
      <w:r>
        <w:rPr>
          <w:b/>
          <w:sz w:val="24"/>
        </w:rPr>
        <w:lastRenderedPageBreak/>
        <w:t>3. YARIYIL</w:t>
      </w:r>
    </w:p>
    <w:tbl>
      <w:tblPr>
        <w:tblStyle w:val="TabloKlavuzu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247"/>
        <w:gridCol w:w="4904"/>
        <w:gridCol w:w="578"/>
        <w:gridCol w:w="578"/>
        <w:gridCol w:w="578"/>
        <w:gridCol w:w="675"/>
      </w:tblGrid>
      <w:tr w:rsidR="00FF4432" w14:paraId="4D7EAE0A" w14:textId="77777777">
        <w:trPr>
          <w:cantSplit/>
          <w:jc w:val="center"/>
        </w:trPr>
        <w:tc>
          <w:tcPr>
            <w:tcW w:w="1247" w:type="dxa"/>
            <w:shd w:val="clear" w:color="auto" w:fill="D9EAD3"/>
            <w:vAlign w:val="center"/>
          </w:tcPr>
          <w:p w14:paraId="1F20411B" w14:textId="77777777" w:rsidR="00FF4432" w:rsidRDefault="00000000">
            <w:pPr>
              <w:jc w:val="center"/>
            </w:pPr>
            <w:r>
              <w:rPr>
                <w:b/>
              </w:rPr>
              <w:t>Ders Kodu</w:t>
            </w:r>
          </w:p>
        </w:tc>
        <w:tc>
          <w:tcPr>
            <w:tcW w:w="4904" w:type="dxa"/>
            <w:shd w:val="clear" w:color="auto" w:fill="D9EAD3"/>
            <w:vAlign w:val="center"/>
          </w:tcPr>
          <w:p w14:paraId="336E7B28" w14:textId="77777777" w:rsidR="00FF4432" w:rsidRDefault="00000000">
            <w:pPr>
              <w:jc w:val="center"/>
            </w:pPr>
            <w:r>
              <w:rPr>
                <w:b/>
              </w:rPr>
              <w:t>Ders Adı</w:t>
            </w:r>
          </w:p>
        </w:tc>
        <w:tc>
          <w:tcPr>
            <w:tcW w:w="578" w:type="dxa"/>
            <w:shd w:val="clear" w:color="auto" w:fill="D9EAD3"/>
            <w:vAlign w:val="center"/>
          </w:tcPr>
          <w:p w14:paraId="307778E9" w14:textId="77777777" w:rsidR="00FF4432" w:rsidRDefault="00000000">
            <w:pPr>
              <w:jc w:val="center"/>
            </w:pPr>
            <w:r>
              <w:rPr>
                <w:b/>
              </w:rPr>
              <w:t>T</w:t>
            </w:r>
          </w:p>
        </w:tc>
        <w:tc>
          <w:tcPr>
            <w:tcW w:w="578" w:type="dxa"/>
            <w:shd w:val="clear" w:color="auto" w:fill="D9EAD3"/>
            <w:vAlign w:val="center"/>
          </w:tcPr>
          <w:p w14:paraId="72665224" w14:textId="77777777" w:rsidR="00FF4432" w:rsidRDefault="00000000">
            <w:pPr>
              <w:jc w:val="center"/>
            </w:pPr>
            <w:r>
              <w:rPr>
                <w:b/>
              </w:rPr>
              <w:t>U</w:t>
            </w:r>
          </w:p>
        </w:tc>
        <w:tc>
          <w:tcPr>
            <w:tcW w:w="578" w:type="dxa"/>
            <w:shd w:val="clear" w:color="auto" w:fill="D9EAD3"/>
            <w:vAlign w:val="center"/>
          </w:tcPr>
          <w:p w14:paraId="5A6A2490" w14:textId="77777777" w:rsidR="00FF4432" w:rsidRDefault="00000000">
            <w:pPr>
              <w:jc w:val="center"/>
            </w:pPr>
            <w:r>
              <w:rPr>
                <w:b/>
              </w:rPr>
              <w:t>K</w:t>
            </w:r>
          </w:p>
        </w:tc>
        <w:tc>
          <w:tcPr>
            <w:tcW w:w="675" w:type="dxa"/>
            <w:shd w:val="clear" w:color="auto" w:fill="D9EAD3"/>
            <w:vAlign w:val="center"/>
          </w:tcPr>
          <w:p w14:paraId="3509A153" w14:textId="77777777" w:rsidR="00FF4432" w:rsidRDefault="00000000">
            <w:pPr>
              <w:jc w:val="center"/>
            </w:pPr>
            <w:r>
              <w:rPr>
                <w:b/>
              </w:rPr>
              <w:t>AKTS</w:t>
            </w:r>
          </w:p>
        </w:tc>
      </w:tr>
      <w:tr w:rsidR="00FF4432" w14:paraId="5E5DD2B8" w14:textId="77777777">
        <w:trPr>
          <w:cantSplit/>
          <w:jc w:val="center"/>
        </w:trPr>
        <w:tc>
          <w:tcPr>
            <w:tcW w:w="1247" w:type="dxa"/>
            <w:vAlign w:val="center"/>
          </w:tcPr>
          <w:p w14:paraId="0FE79B04" w14:textId="77777777" w:rsidR="00FF4432" w:rsidRDefault="00000000">
            <w:pPr>
              <w:jc w:val="center"/>
            </w:pPr>
            <w:r>
              <w:rPr>
                <w:sz w:val="17"/>
              </w:rPr>
              <w:t>FIZ201</w:t>
            </w:r>
          </w:p>
        </w:tc>
        <w:tc>
          <w:tcPr>
            <w:tcW w:w="4904" w:type="dxa"/>
            <w:vAlign w:val="center"/>
          </w:tcPr>
          <w:p w14:paraId="433292B6" w14:textId="77777777" w:rsidR="00FF4432" w:rsidRDefault="00000000">
            <w:pPr>
              <w:jc w:val="center"/>
            </w:pPr>
            <w:r>
              <w:rPr>
                <w:sz w:val="17"/>
              </w:rPr>
              <w:t>Fizyoterapi Mesleki Eğitimi-I (İME)</w:t>
            </w:r>
          </w:p>
        </w:tc>
        <w:tc>
          <w:tcPr>
            <w:tcW w:w="578" w:type="dxa"/>
            <w:vAlign w:val="center"/>
          </w:tcPr>
          <w:p w14:paraId="06333B0B" w14:textId="77777777" w:rsidR="00FF4432" w:rsidRDefault="00000000">
            <w:pPr>
              <w:jc w:val="center"/>
            </w:pPr>
            <w:r>
              <w:rPr>
                <w:sz w:val="17"/>
              </w:rPr>
              <w:t>0</w:t>
            </w:r>
          </w:p>
        </w:tc>
        <w:tc>
          <w:tcPr>
            <w:tcW w:w="578" w:type="dxa"/>
            <w:vAlign w:val="center"/>
          </w:tcPr>
          <w:p w14:paraId="766CD030" w14:textId="77777777" w:rsidR="00FF4432" w:rsidRDefault="00000000">
            <w:pPr>
              <w:jc w:val="center"/>
            </w:pPr>
            <w:r>
              <w:rPr>
                <w:sz w:val="17"/>
              </w:rPr>
              <w:t>6</w:t>
            </w:r>
          </w:p>
        </w:tc>
        <w:tc>
          <w:tcPr>
            <w:tcW w:w="578" w:type="dxa"/>
            <w:vAlign w:val="center"/>
          </w:tcPr>
          <w:p w14:paraId="477BAE4F" w14:textId="77777777" w:rsidR="00FF4432" w:rsidRDefault="00000000">
            <w:pPr>
              <w:jc w:val="center"/>
            </w:pPr>
            <w:r>
              <w:rPr>
                <w:sz w:val="17"/>
              </w:rPr>
              <w:t>3</w:t>
            </w:r>
          </w:p>
        </w:tc>
        <w:tc>
          <w:tcPr>
            <w:tcW w:w="675" w:type="dxa"/>
            <w:vAlign w:val="center"/>
          </w:tcPr>
          <w:p w14:paraId="6EDAE3B0" w14:textId="77777777" w:rsidR="00FF4432" w:rsidRDefault="00000000">
            <w:pPr>
              <w:jc w:val="center"/>
            </w:pPr>
            <w:r>
              <w:rPr>
                <w:sz w:val="17"/>
              </w:rPr>
              <w:t>7</w:t>
            </w:r>
          </w:p>
        </w:tc>
      </w:tr>
      <w:tr w:rsidR="00FF4432" w14:paraId="54DB1154" w14:textId="77777777">
        <w:trPr>
          <w:cantSplit/>
          <w:jc w:val="center"/>
        </w:trPr>
        <w:tc>
          <w:tcPr>
            <w:tcW w:w="1247" w:type="dxa"/>
            <w:vAlign w:val="center"/>
          </w:tcPr>
          <w:p w14:paraId="5069B961" w14:textId="77777777" w:rsidR="00FF4432" w:rsidRDefault="00000000">
            <w:pPr>
              <w:jc w:val="center"/>
            </w:pPr>
            <w:r>
              <w:rPr>
                <w:sz w:val="17"/>
              </w:rPr>
              <w:t>FIZ203</w:t>
            </w:r>
          </w:p>
        </w:tc>
        <w:tc>
          <w:tcPr>
            <w:tcW w:w="4904" w:type="dxa"/>
            <w:vAlign w:val="center"/>
          </w:tcPr>
          <w:p w14:paraId="02F9A498" w14:textId="77777777" w:rsidR="00FF4432" w:rsidRDefault="00000000">
            <w:pPr>
              <w:jc w:val="center"/>
            </w:pPr>
            <w:r>
              <w:rPr>
                <w:sz w:val="17"/>
              </w:rPr>
              <w:t>Ortopedik Hastalıklarda Fizik Tedavi</w:t>
            </w:r>
          </w:p>
        </w:tc>
        <w:tc>
          <w:tcPr>
            <w:tcW w:w="578" w:type="dxa"/>
            <w:vAlign w:val="center"/>
          </w:tcPr>
          <w:p w14:paraId="3E2C1357" w14:textId="77777777" w:rsidR="00FF4432" w:rsidRDefault="00000000">
            <w:pPr>
              <w:jc w:val="center"/>
            </w:pPr>
            <w:r>
              <w:rPr>
                <w:sz w:val="17"/>
              </w:rPr>
              <w:t>3</w:t>
            </w:r>
          </w:p>
        </w:tc>
        <w:tc>
          <w:tcPr>
            <w:tcW w:w="578" w:type="dxa"/>
            <w:vAlign w:val="center"/>
          </w:tcPr>
          <w:p w14:paraId="3BEECC52" w14:textId="77777777" w:rsidR="00FF4432" w:rsidRDefault="00000000">
            <w:pPr>
              <w:jc w:val="center"/>
            </w:pPr>
            <w:r>
              <w:rPr>
                <w:sz w:val="17"/>
              </w:rPr>
              <w:t>0</w:t>
            </w:r>
          </w:p>
        </w:tc>
        <w:tc>
          <w:tcPr>
            <w:tcW w:w="578" w:type="dxa"/>
            <w:vAlign w:val="center"/>
          </w:tcPr>
          <w:p w14:paraId="53213CDB" w14:textId="77777777" w:rsidR="00FF4432" w:rsidRDefault="00000000">
            <w:pPr>
              <w:jc w:val="center"/>
            </w:pPr>
            <w:r>
              <w:rPr>
                <w:sz w:val="17"/>
              </w:rPr>
              <w:t>3</w:t>
            </w:r>
          </w:p>
        </w:tc>
        <w:tc>
          <w:tcPr>
            <w:tcW w:w="675" w:type="dxa"/>
            <w:vAlign w:val="center"/>
          </w:tcPr>
          <w:p w14:paraId="3D2879F2" w14:textId="77777777" w:rsidR="00FF4432" w:rsidRDefault="00000000">
            <w:pPr>
              <w:jc w:val="center"/>
            </w:pPr>
            <w:r>
              <w:rPr>
                <w:sz w:val="17"/>
              </w:rPr>
              <w:t>4</w:t>
            </w:r>
          </w:p>
        </w:tc>
      </w:tr>
      <w:tr w:rsidR="00FF4432" w14:paraId="2F4A1F70" w14:textId="77777777">
        <w:trPr>
          <w:cantSplit/>
          <w:jc w:val="center"/>
        </w:trPr>
        <w:tc>
          <w:tcPr>
            <w:tcW w:w="1247" w:type="dxa"/>
            <w:vAlign w:val="center"/>
          </w:tcPr>
          <w:p w14:paraId="7334AA3D" w14:textId="77777777" w:rsidR="00FF4432" w:rsidRDefault="00000000">
            <w:pPr>
              <w:jc w:val="center"/>
            </w:pPr>
            <w:r>
              <w:rPr>
                <w:sz w:val="17"/>
              </w:rPr>
              <w:t>FIZ205</w:t>
            </w:r>
          </w:p>
        </w:tc>
        <w:tc>
          <w:tcPr>
            <w:tcW w:w="4904" w:type="dxa"/>
            <w:vAlign w:val="center"/>
          </w:tcPr>
          <w:p w14:paraId="4673E77D" w14:textId="77777777" w:rsidR="00FF4432" w:rsidRDefault="00000000">
            <w:pPr>
              <w:jc w:val="center"/>
            </w:pPr>
            <w:r>
              <w:rPr>
                <w:sz w:val="17"/>
              </w:rPr>
              <w:t>Romatizmal Hastalıklarda Fizik Tedavi</w:t>
            </w:r>
          </w:p>
        </w:tc>
        <w:tc>
          <w:tcPr>
            <w:tcW w:w="578" w:type="dxa"/>
            <w:vAlign w:val="center"/>
          </w:tcPr>
          <w:p w14:paraId="67846DAA" w14:textId="77777777" w:rsidR="00FF4432" w:rsidRDefault="00000000">
            <w:pPr>
              <w:jc w:val="center"/>
            </w:pPr>
            <w:r>
              <w:rPr>
                <w:sz w:val="17"/>
              </w:rPr>
              <w:t>3</w:t>
            </w:r>
          </w:p>
        </w:tc>
        <w:tc>
          <w:tcPr>
            <w:tcW w:w="578" w:type="dxa"/>
            <w:vAlign w:val="center"/>
          </w:tcPr>
          <w:p w14:paraId="5E7008FE" w14:textId="77777777" w:rsidR="00FF4432" w:rsidRDefault="00000000">
            <w:pPr>
              <w:jc w:val="center"/>
            </w:pPr>
            <w:r>
              <w:rPr>
                <w:sz w:val="17"/>
              </w:rPr>
              <w:t>0</w:t>
            </w:r>
          </w:p>
        </w:tc>
        <w:tc>
          <w:tcPr>
            <w:tcW w:w="578" w:type="dxa"/>
            <w:vAlign w:val="center"/>
          </w:tcPr>
          <w:p w14:paraId="0B15EA3E" w14:textId="77777777" w:rsidR="00FF4432" w:rsidRDefault="00000000">
            <w:pPr>
              <w:jc w:val="center"/>
            </w:pPr>
            <w:r>
              <w:rPr>
                <w:sz w:val="17"/>
              </w:rPr>
              <w:t>3</w:t>
            </w:r>
          </w:p>
        </w:tc>
        <w:tc>
          <w:tcPr>
            <w:tcW w:w="675" w:type="dxa"/>
            <w:vAlign w:val="center"/>
          </w:tcPr>
          <w:p w14:paraId="62C80A90" w14:textId="77777777" w:rsidR="00FF4432" w:rsidRDefault="00000000">
            <w:pPr>
              <w:jc w:val="center"/>
            </w:pPr>
            <w:r>
              <w:rPr>
                <w:sz w:val="17"/>
              </w:rPr>
              <w:t>4</w:t>
            </w:r>
          </w:p>
        </w:tc>
      </w:tr>
      <w:tr w:rsidR="00FF4432" w14:paraId="38FD55EB" w14:textId="77777777">
        <w:trPr>
          <w:cantSplit/>
          <w:jc w:val="center"/>
        </w:trPr>
        <w:tc>
          <w:tcPr>
            <w:tcW w:w="1247" w:type="dxa"/>
            <w:vAlign w:val="center"/>
          </w:tcPr>
          <w:p w14:paraId="49A4DF75" w14:textId="77777777" w:rsidR="00FF4432" w:rsidRDefault="00000000">
            <w:pPr>
              <w:jc w:val="center"/>
            </w:pPr>
            <w:r>
              <w:rPr>
                <w:sz w:val="17"/>
              </w:rPr>
              <w:t>FIZ207</w:t>
            </w:r>
          </w:p>
        </w:tc>
        <w:tc>
          <w:tcPr>
            <w:tcW w:w="4904" w:type="dxa"/>
            <w:vAlign w:val="center"/>
          </w:tcPr>
          <w:p w14:paraId="551D6830" w14:textId="77777777" w:rsidR="00FF4432" w:rsidRDefault="00000000">
            <w:pPr>
              <w:jc w:val="center"/>
            </w:pPr>
            <w:r>
              <w:rPr>
                <w:sz w:val="17"/>
              </w:rPr>
              <w:t>Elektroterapi</w:t>
            </w:r>
          </w:p>
        </w:tc>
        <w:tc>
          <w:tcPr>
            <w:tcW w:w="578" w:type="dxa"/>
            <w:vAlign w:val="center"/>
          </w:tcPr>
          <w:p w14:paraId="6432EDB9" w14:textId="77777777" w:rsidR="00FF4432" w:rsidRDefault="00000000">
            <w:pPr>
              <w:jc w:val="center"/>
            </w:pPr>
            <w:r>
              <w:rPr>
                <w:sz w:val="17"/>
              </w:rPr>
              <w:t>2</w:t>
            </w:r>
          </w:p>
        </w:tc>
        <w:tc>
          <w:tcPr>
            <w:tcW w:w="578" w:type="dxa"/>
            <w:vAlign w:val="center"/>
          </w:tcPr>
          <w:p w14:paraId="10D6CED1" w14:textId="77777777" w:rsidR="00FF4432" w:rsidRDefault="00000000">
            <w:pPr>
              <w:jc w:val="center"/>
            </w:pPr>
            <w:r>
              <w:rPr>
                <w:sz w:val="17"/>
              </w:rPr>
              <w:t>2</w:t>
            </w:r>
          </w:p>
        </w:tc>
        <w:tc>
          <w:tcPr>
            <w:tcW w:w="578" w:type="dxa"/>
            <w:vAlign w:val="center"/>
          </w:tcPr>
          <w:p w14:paraId="1BC8DE07" w14:textId="77777777" w:rsidR="00FF4432" w:rsidRDefault="00000000">
            <w:pPr>
              <w:jc w:val="center"/>
            </w:pPr>
            <w:r>
              <w:rPr>
                <w:sz w:val="17"/>
              </w:rPr>
              <w:t>3</w:t>
            </w:r>
          </w:p>
        </w:tc>
        <w:tc>
          <w:tcPr>
            <w:tcW w:w="675" w:type="dxa"/>
            <w:vAlign w:val="center"/>
          </w:tcPr>
          <w:p w14:paraId="03FA6B91" w14:textId="77777777" w:rsidR="00FF4432" w:rsidRDefault="00000000">
            <w:pPr>
              <w:jc w:val="center"/>
            </w:pPr>
            <w:r>
              <w:rPr>
                <w:sz w:val="17"/>
              </w:rPr>
              <w:t>5</w:t>
            </w:r>
          </w:p>
        </w:tc>
      </w:tr>
      <w:tr w:rsidR="00FF4432" w14:paraId="5233727A" w14:textId="77777777">
        <w:trPr>
          <w:cantSplit/>
          <w:jc w:val="center"/>
        </w:trPr>
        <w:tc>
          <w:tcPr>
            <w:tcW w:w="1247" w:type="dxa"/>
            <w:vAlign w:val="center"/>
          </w:tcPr>
          <w:p w14:paraId="69D5F3B5" w14:textId="77777777" w:rsidR="00FF4432" w:rsidRDefault="00000000">
            <w:pPr>
              <w:jc w:val="center"/>
            </w:pPr>
            <w:r>
              <w:rPr>
                <w:sz w:val="17"/>
              </w:rPr>
              <w:t>FIZ209</w:t>
            </w:r>
          </w:p>
        </w:tc>
        <w:tc>
          <w:tcPr>
            <w:tcW w:w="4904" w:type="dxa"/>
            <w:vAlign w:val="center"/>
          </w:tcPr>
          <w:p w14:paraId="4FF350B4" w14:textId="77777777" w:rsidR="00FF4432" w:rsidRDefault="00000000">
            <w:pPr>
              <w:jc w:val="center"/>
            </w:pPr>
            <w:r>
              <w:rPr>
                <w:sz w:val="17"/>
              </w:rPr>
              <w:t>Ergoterapi</w:t>
            </w:r>
          </w:p>
        </w:tc>
        <w:tc>
          <w:tcPr>
            <w:tcW w:w="578" w:type="dxa"/>
            <w:vAlign w:val="center"/>
          </w:tcPr>
          <w:p w14:paraId="446BDD16" w14:textId="77777777" w:rsidR="00FF4432" w:rsidRDefault="00000000">
            <w:pPr>
              <w:jc w:val="center"/>
            </w:pPr>
            <w:r>
              <w:rPr>
                <w:sz w:val="17"/>
              </w:rPr>
              <w:t>2</w:t>
            </w:r>
          </w:p>
        </w:tc>
        <w:tc>
          <w:tcPr>
            <w:tcW w:w="578" w:type="dxa"/>
            <w:vAlign w:val="center"/>
          </w:tcPr>
          <w:p w14:paraId="790D6AB5" w14:textId="77777777" w:rsidR="00FF4432" w:rsidRDefault="00000000">
            <w:pPr>
              <w:jc w:val="center"/>
            </w:pPr>
            <w:r>
              <w:rPr>
                <w:sz w:val="17"/>
              </w:rPr>
              <w:t>0</w:t>
            </w:r>
          </w:p>
        </w:tc>
        <w:tc>
          <w:tcPr>
            <w:tcW w:w="578" w:type="dxa"/>
            <w:vAlign w:val="center"/>
          </w:tcPr>
          <w:p w14:paraId="12C39A2B" w14:textId="77777777" w:rsidR="00FF4432" w:rsidRDefault="00000000">
            <w:pPr>
              <w:jc w:val="center"/>
            </w:pPr>
            <w:r>
              <w:rPr>
                <w:sz w:val="17"/>
              </w:rPr>
              <w:t>2</w:t>
            </w:r>
          </w:p>
        </w:tc>
        <w:tc>
          <w:tcPr>
            <w:tcW w:w="675" w:type="dxa"/>
            <w:vAlign w:val="center"/>
          </w:tcPr>
          <w:p w14:paraId="74FE1333" w14:textId="77777777" w:rsidR="00FF4432" w:rsidRDefault="00000000">
            <w:pPr>
              <w:jc w:val="center"/>
            </w:pPr>
            <w:r>
              <w:rPr>
                <w:sz w:val="17"/>
              </w:rPr>
              <w:t>3</w:t>
            </w:r>
          </w:p>
        </w:tc>
      </w:tr>
      <w:tr w:rsidR="00FF4432" w14:paraId="775035F7" w14:textId="77777777">
        <w:trPr>
          <w:cantSplit/>
          <w:jc w:val="center"/>
        </w:trPr>
        <w:tc>
          <w:tcPr>
            <w:tcW w:w="1247" w:type="dxa"/>
            <w:vAlign w:val="center"/>
          </w:tcPr>
          <w:p w14:paraId="1ABBA257" w14:textId="77777777" w:rsidR="00FF4432" w:rsidRDefault="00000000">
            <w:pPr>
              <w:jc w:val="center"/>
            </w:pPr>
            <w:r>
              <w:rPr>
                <w:sz w:val="17"/>
              </w:rPr>
              <w:t>SMY117</w:t>
            </w:r>
          </w:p>
        </w:tc>
        <w:tc>
          <w:tcPr>
            <w:tcW w:w="4904" w:type="dxa"/>
            <w:vAlign w:val="center"/>
          </w:tcPr>
          <w:p w14:paraId="2B4FAC4A" w14:textId="77777777" w:rsidR="00FF4432" w:rsidRDefault="00000000">
            <w:pPr>
              <w:jc w:val="center"/>
            </w:pPr>
            <w:r>
              <w:rPr>
                <w:sz w:val="17"/>
              </w:rPr>
              <w:t>Psikoloji ve Davranış Bilimleri</w:t>
            </w:r>
          </w:p>
        </w:tc>
        <w:tc>
          <w:tcPr>
            <w:tcW w:w="578" w:type="dxa"/>
            <w:vAlign w:val="center"/>
          </w:tcPr>
          <w:p w14:paraId="2A914DB4" w14:textId="77777777" w:rsidR="00FF4432" w:rsidRDefault="00000000">
            <w:pPr>
              <w:jc w:val="center"/>
            </w:pPr>
            <w:r>
              <w:rPr>
                <w:sz w:val="17"/>
              </w:rPr>
              <w:t>2</w:t>
            </w:r>
          </w:p>
        </w:tc>
        <w:tc>
          <w:tcPr>
            <w:tcW w:w="578" w:type="dxa"/>
            <w:vAlign w:val="center"/>
          </w:tcPr>
          <w:p w14:paraId="235EBC6C" w14:textId="77777777" w:rsidR="00FF4432" w:rsidRDefault="00000000">
            <w:pPr>
              <w:jc w:val="center"/>
            </w:pPr>
            <w:r>
              <w:rPr>
                <w:sz w:val="17"/>
              </w:rPr>
              <w:t>0</w:t>
            </w:r>
          </w:p>
        </w:tc>
        <w:tc>
          <w:tcPr>
            <w:tcW w:w="578" w:type="dxa"/>
            <w:vAlign w:val="center"/>
          </w:tcPr>
          <w:p w14:paraId="046F4066" w14:textId="77777777" w:rsidR="00FF4432" w:rsidRDefault="00000000">
            <w:pPr>
              <w:jc w:val="center"/>
            </w:pPr>
            <w:r>
              <w:rPr>
                <w:sz w:val="17"/>
              </w:rPr>
              <w:t>2</w:t>
            </w:r>
          </w:p>
        </w:tc>
        <w:tc>
          <w:tcPr>
            <w:tcW w:w="675" w:type="dxa"/>
            <w:vAlign w:val="center"/>
          </w:tcPr>
          <w:p w14:paraId="3B062F45" w14:textId="77777777" w:rsidR="00FF4432" w:rsidRDefault="00000000">
            <w:pPr>
              <w:jc w:val="center"/>
            </w:pPr>
            <w:r>
              <w:rPr>
                <w:sz w:val="17"/>
              </w:rPr>
              <w:t>2</w:t>
            </w:r>
          </w:p>
        </w:tc>
      </w:tr>
      <w:tr w:rsidR="00FF4432" w14:paraId="7B16B3BD" w14:textId="77777777">
        <w:trPr>
          <w:cantSplit/>
          <w:jc w:val="center"/>
        </w:trPr>
        <w:tc>
          <w:tcPr>
            <w:tcW w:w="1247" w:type="dxa"/>
            <w:vAlign w:val="center"/>
          </w:tcPr>
          <w:p w14:paraId="5B334502" w14:textId="77777777" w:rsidR="00FF4432" w:rsidRDefault="00FF4432">
            <w:pPr>
              <w:jc w:val="center"/>
            </w:pPr>
          </w:p>
        </w:tc>
        <w:tc>
          <w:tcPr>
            <w:tcW w:w="4904" w:type="dxa"/>
            <w:vAlign w:val="center"/>
          </w:tcPr>
          <w:p w14:paraId="58EB365E" w14:textId="77777777" w:rsidR="00FF4432" w:rsidRDefault="00000000">
            <w:pPr>
              <w:jc w:val="center"/>
            </w:pPr>
            <w:r>
              <w:rPr>
                <w:sz w:val="17"/>
              </w:rPr>
              <w:t>Seçmeli Ders</w:t>
            </w:r>
          </w:p>
        </w:tc>
        <w:tc>
          <w:tcPr>
            <w:tcW w:w="578" w:type="dxa"/>
            <w:vAlign w:val="center"/>
          </w:tcPr>
          <w:p w14:paraId="5291896B" w14:textId="77777777" w:rsidR="00FF4432" w:rsidRDefault="00FF4432">
            <w:pPr>
              <w:jc w:val="center"/>
            </w:pPr>
          </w:p>
        </w:tc>
        <w:tc>
          <w:tcPr>
            <w:tcW w:w="578" w:type="dxa"/>
            <w:vAlign w:val="center"/>
          </w:tcPr>
          <w:p w14:paraId="34519C79" w14:textId="77777777" w:rsidR="00FF4432" w:rsidRDefault="00FF4432">
            <w:pPr>
              <w:jc w:val="center"/>
            </w:pPr>
          </w:p>
        </w:tc>
        <w:tc>
          <w:tcPr>
            <w:tcW w:w="578" w:type="dxa"/>
            <w:vAlign w:val="center"/>
          </w:tcPr>
          <w:p w14:paraId="39EC9630" w14:textId="77777777" w:rsidR="00FF4432" w:rsidRDefault="00FF4432">
            <w:pPr>
              <w:jc w:val="center"/>
            </w:pPr>
          </w:p>
        </w:tc>
        <w:tc>
          <w:tcPr>
            <w:tcW w:w="675" w:type="dxa"/>
            <w:vAlign w:val="center"/>
          </w:tcPr>
          <w:p w14:paraId="444A8D2C" w14:textId="77777777" w:rsidR="00FF4432" w:rsidRDefault="00000000">
            <w:pPr>
              <w:jc w:val="center"/>
            </w:pPr>
            <w:r>
              <w:rPr>
                <w:sz w:val="17"/>
              </w:rPr>
              <w:t>3</w:t>
            </w:r>
          </w:p>
        </w:tc>
      </w:tr>
      <w:tr w:rsidR="00FF4432" w14:paraId="52B2F278" w14:textId="77777777">
        <w:trPr>
          <w:cantSplit/>
          <w:jc w:val="center"/>
        </w:trPr>
        <w:tc>
          <w:tcPr>
            <w:tcW w:w="1247" w:type="dxa"/>
            <w:vAlign w:val="center"/>
          </w:tcPr>
          <w:p w14:paraId="30FA42F0" w14:textId="77777777" w:rsidR="00FF4432" w:rsidRDefault="00FF4432">
            <w:pPr>
              <w:jc w:val="center"/>
            </w:pPr>
          </w:p>
        </w:tc>
        <w:tc>
          <w:tcPr>
            <w:tcW w:w="4904" w:type="dxa"/>
            <w:vAlign w:val="center"/>
          </w:tcPr>
          <w:p w14:paraId="0BE6AC9C" w14:textId="77777777" w:rsidR="00FF4432" w:rsidRDefault="00000000">
            <w:pPr>
              <w:jc w:val="center"/>
            </w:pPr>
            <w:r>
              <w:rPr>
                <w:sz w:val="17"/>
              </w:rPr>
              <w:t>Seçmeli Ders</w:t>
            </w:r>
          </w:p>
        </w:tc>
        <w:tc>
          <w:tcPr>
            <w:tcW w:w="578" w:type="dxa"/>
            <w:vAlign w:val="center"/>
          </w:tcPr>
          <w:p w14:paraId="2B7891B9" w14:textId="77777777" w:rsidR="00FF4432" w:rsidRDefault="00FF4432">
            <w:pPr>
              <w:jc w:val="center"/>
            </w:pPr>
          </w:p>
        </w:tc>
        <w:tc>
          <w:tcPr>
            <w:tcW w:w="578" w:type="dxa"/>
            <w:vAlign w:val="center"/>
          </w:tcPr>
          <w:p w14:paraId="4B7B30C3" w14:textId="77777777" w:rsidR="00FF4432" w:rsidRDefault="00FF4432">
            <w:pPr>
              <w:jc w:val="center"/>
            </w:pPr>
          </w:p>
        </w:tc>
        <w:tc>
          <w:tcPr>
            <w:tcW w:w="578" w:type="dxa"/>
            <w:vAlign w:val="center"/>
          </w:tcPr>
          <w:p w14:paraId="500A786A" w14:textId="77777777" w:rsidR="00FF4432" w:rsidRDefault="00FF4432">
            <w:pPr>
              <w:jc w:val="center"/>
            </w:pPr>
          </w:p>
        </w:tc>
        <w:tc>
          <w:tcPr>
            <w:tcW w:w="675" w:type="dxa"/>
            <w:vAlign w:val="center"/>
          </w:tcPr>
          <w:p w14:paraId="3CBA509A" w14:textId="77777777" w:rsidR="00FF4432" w:rsidRDefault="00000000">
            <w:pPr>
              <w:jc w:val="center"/>
            </w:pPr>
            <w:r>
              <w:rPr>
                <w:sz w:val="17"/>
              </w:rPr>
              <w:t>2</w:t>
            </w:r>
          </w:p>
        </w:tc>
      </w:tr>
      <w:tr w:rsidR="00FF4432" w14:paraId="2E310682" w14:textId="77777777">
        <w:trPr>
          <w:cantSplit/>
          <w:jc w:val="center"/>
        </w:trPr>
        <w:tc>
          <w:tcPr>
            <w:tcW w:w="1247" w:type="dxa"/>
            <w:shd w:val="clear" w:color="auto" w:fill="FFF2CC"/>
            <w:vAlign w:val="center"/>
          </w:tcPr>
          <w:p w14:paraId="360CCD38" w14:textId="77777777" w:rsidR="00FF4432" w:rsidRDefault="00000000">
            <w:pPr>
              <w:jc w:val="center"/>
            </w:pPr>
            <w:r>
              <w:rPr>
                <w:b/>
                <w:sz w:val="17"/>
              </w:rPr>
              <w:t>TOPLAM</w:t>
            </w:r>
          </w:p>
        </w:tc>
        <w:tc>
          <w:tcPr>
            <w:tcW w:w="4904" w:type="dxa"/>
            <w:shd w:val="clear" w:color="auto" w:fill="FFF2CC"/>
            <w:vAlign w:val="center"/>
          </w:tcPr>
          <w:p w14:paraId="2429BF34" w14:textId="77777777" w:rsidR="00FF4432" w:rsidRDefault="00FF4432">
            <w:pPr>
              <w:jc w:val="center"/>
            </w:pPr>
          </w:p>
        </w:tc>
        <w:tc>
          <w:tcPr>
            <w:tcW w:w="578" w:type="dxa"/>
            <w:shd w:val="clear" w:color="auto" w:fill="FFF2CC"/>
            <w:vAlign w:val="center"/>
          </w:tcPr>
          <w:p w14:paraId="7098E9E8" w14:textId="77777777" w:rsidR="00FF4432" w:rsidRDefault="00000000">
            <w:pPr>
              <w:jc w:val="center"/>
            </w:pPr>
            <w:r>
              <w:rPr>
                <w:b/>
                <w:sz w:val="17"/>
              </w:rPr>
              <w:t>12</w:t>
            </w:r>
          </w:p>
        </w:tc>
        <w:tc>
          <w:tcPr>
            <w:tcW w:w="578" w:type="dxa"/>
            <w:shd w:val="clear" w:color="auto" w:fill="FFF2CC"/>
            <w:vAlign w:val="center"/>
          </w:tcPr>
          <w:p w14:paraId="35525614" w14:textId="77777777" w:rsidR="00FF4432" w:rsidRDefault="00000000">
            <w:pPr>
              <w:jc w:val="center"/>
            </w:pPr>
            <w:r>
              <w:rPr>
                <w:b/>
                <w:sz w:val="17"/>
              </w:rPr>
              <w:t>8</w:t>
            </w:r>
          </w:p>
        </w:tc>
        <w:tc>
          <w:tcPr>
            <w:tcW w:w="578" w:type="dxa"/>
            <w:shd w:val="clear" w:color="auto" w:fill="FFF2CC"/>
            <w:vAlign w:val="center"/>
          </w:tcPr>
          <w:p w14:paraId="32BD0D37" w14:textId="77777777" w:rsidR="00FF4432" w:rsidRDefault="00000000">
            <w:pPr>
              <w:jc w:val="center"/>
            </w:pPr>
            <w:r>
              <w:rPr>
                <w:b/>
                <w:sz w:val="17"/>
              </w:rPr>
              <w:t>16</w:t>
            </w:r>
          </w:p>
        </w:tc>
        <w:tc>
          <w:tcPr>
            <w:tcW w:w="675" w:type="dxa"/>
            <w:shd w:val="clear" w:color="auto" w:fill="FFF2CC"/>
            <w:vAlign w:val="center"/>
          </w:tcPr>
          <w:p w14:paraId="19B0C98E" w14:textId="77777777" w:rsidR="00FF4432" w:rsidRDefault="00000000">
            <w:pPr>
              <w:jc w:val="center"/>
            </w:pPr>
            <w:r>
              <w:rPr>
                <w:b/>
                <w:sz w:val="17"/>
              </w:rPr>
              <w:t>30</w:t>
            </w:r>
          </w:p>
        </w:tc>
      </w:tr>
    </w:tbl>
    <w:p w14:paraId="29D36C5D" w14:textId="77777777" w:rsidR="00FF4432" w:rsidRDefault="00FF4432">
      <w:pPr>
        <w:spacing w:after="0"/>
      </w:pPr>
    </w:p>
    <w:p w14:paraId="2EF0FC09" w14:textId="77777777" w:rsidR="00FF4432" w:rsidRDefault="00000000">
      <w:pPr>
        <w:spacing w:after="20"/>
        <w:jc w:val="center"/>
      </w:pPr>
      <w:r>
        <w:rPr>
          <w:b/>
          <w:sz w:val="24"/>
        </w:rPr>
        <w:t>4. YARIYIL</w:t>
      </w:r>
    </w:p>
    <w:tbl>
      <w:tblPr>
        <w:tblStyle w:val="TabloKlavuzu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247"/>
        <w:gridCol w:w="4904"/>
        <w:gridCol w:w="578"/>
        <w:gridCol w:w="578"/>
        <w:gridCol w:w="578"/>
        <w:gridCol w:w="675"/>
      </w:tblGrid>
      <w:tr w:rsidR="00FF4432" w14:paraId="033C64BF" w14:textId="77777777">
        <w:trPr>
          <w:cantSplit/>
          <w:jc w:val="center"/>
        </w:trPr>
        <w:tc>
          <w:tcPr>
            <w:tcW w:w="1247" w:type="dxa"/>
            <w:shd w:val="clear" w:color="auto" w:fill="D9EAD3"/>
            <w:vAlign w:val="center"/>
          </w:tcPr>
          <w:p w14:paraId="6E01AD59" w14:textId="77777777" w:rsidR="00FF4432" w:rsidRDefault="00000000">
            <w:pPr>
              <w:jc w:val="center"/>
            </w:pPr>
            <w:r>
              <w:rPr>
                <w:b/>
              </w:rPr>
              <w:t>Ders Kodu</w:t>
            </w:r>
          </w:p>
        </w:tc>
        <w:tc>
          <w:tcPr>
            <w:tcW w:w="4904" w:type="dxa"/>
            <w:shd w:val="clear" w:color="auto" w:fill="D9EAD3"/>
            <w:vAlign w:val="center"/>
          </w:tcPr>
          <w:p w14:paraId="5164257E" w14:textId="77777777" w:rsidR="00FF4432" w:rsidRDefault="00000000">
            <w:pPr>
              <w:jc w:val="center"/>
            </w:pPr>
            <w:r>
              <w:rPr>
                <w:b/>
              </w:rPr>
              <w:t>Ders Adı</w:t>
            </w:r>
          </w:p>
        </w:tc>
        <w:tc>
          <w:tcPr>
            <w:tcW w:w="578" w:type="dxa"/>
            <w:shd w:val="clear" w:color="auto" w:fill="D9EAD3"/>
            <w:vAlign w:val="center"/>
          </w:tcPr>
          <w:p w14:paraId="09FF3DD9" w14:textId="77777777" w:rsidR="00FF4432" w:rsidRDefault="00000000">
            <w:pPr>
              <w:jc w:val="center"/>
            </w:pPr>
            <w:r>
              <w:rPr>
                <w:b/>
              </w:rPr>
              <w:t>T</w:t>
            </w:r>
          </w:p>
        </w:tc>
        <w:tc>
          <w:tcPr>
            <w:tcW w:w="578" w:type="dxa"/>
            <w:shd w:val="clear" w:color="auto" w:fill="D9EAD3"/>
            <w:vAlign w:val="center"/>
          </w:tcPr>
          <w:p w14:paraId="1FF476F7" w14:textId="77777777" w:rsidR="00FF4432" w:rsidRDefault="00000000">
            <w:pPr>
              <w:jc w:val="center"/>
            </w:pPr>
            <w:r>
              <w:rPr>
                <w:b/>
              </w:rPr>
              <w:t>U</w:t>
            </w:r>
          </w:p>
        </w:tc>
        <w:tc>
          <w:tcPr>
            <w:tcW w:w="578" w:type="dxa"/>
            <w:shd w:val="clear" w:color="auto" w:fill="D9EAD3"/>
            <w:vAlign w:val="center"/>
          </w:tcPr>
          <w:p w14:paraId="0084A000" w14:textId="77777777" w:rsidR="00FF4432" w:rsidRDefault="00000000">
            <w:pPr>
              <w:jc w:val="center"/>
            </w:pPr>
            <w:r>
              <w:rPr>
                <w:b/>
              </w:rPr>
              <w:t>K</w:t>
            </w:r>
          </w:p>
        </w:tc>
        <w:tc>
          <w:tcPr>
            <w:tcW w:w="675" w:type="dxa"/>
            <w:shd w:val="clear" w:color="auto" w:fill="D9EAD3"/>
            <w:vAlign w:val="center"/>
          </w:tcPr>
          <w:p w14:paraId="7AFAD14D" w14:textId="77777777" w:rsidR="00FF4432" w:rsidRDefault="00000000">
            <w:pPr>
              <w:jc w:val="center"/>
            </w:pPr>
            <w:r>
              <w:rPr>
                <w:b/>
              </w:rPr>
              <w:t>AKTS</w:t>
            </w:r>
          </w:p>
        </w:tc>
      </w:tr>
      <w:tr w:rsidR="00FF4432" w14:paraId="699509FA" w14:textId="77777777">
        <w:trPr>
          <w:cantSplit/>
          <w:jc w:val="center"/>
        </w:trPr>
        <w:tc>
          <w:tcPr>
            <w:tcW w:w="1247" w:type="dxa"/>
            <w:vAlign w:val="center"/>
          </w:tcPr>
          <w:p w14:paraId="3EF1B673" w14:textId="77777777" w:rsidR="00FF4432" w:rsidRDefault="00000000">
            <w:pPr>
              <w:jc w:val="center"/>
            </w:pPr>
            <w:r>
              <w:rPr>
                <w:sz w:val="17"/>
              </w:rPr>
              <w:t>FIZ202</w:t>
            </w:r>
          </w:p>
        </w:tc>
        <w:tc>
          <w:tcPr>
            <w:tcW w:w="4904" w:type="dxa"/>
            <w:vAlign w:val="center"/>
          </w:tcPr>
          <w:p w14:paraId="59F1230F" w14:textId="77777777" w:rsidR="00FF4432" w:rsidRDefault="00000000">
            <w:pPr>
              <w:jc w:val="center"/>
            </w:pPr>
            <w:r>
              <w:rPr>
                <w:sz w:val="17"/>
              </w:rPr>
              <w:t>Fizyoterapi Mesleki Eğitimi-II (İME)</w:t>
            </w:r>
          </w:p>
        </w:tc>
        <w:tc>
          <w:tcPr>
            <w:tcW w:w="578" w:type="dxa"/>
            <w:vAlign w:val="center"/>
          </w:tcPr>
          <w:p w14:paraId="12DAD9A8" w14:textId="77777777" w:rsidR="00FF4432" w:rsidRDefault="00000000">
            <w:pPr>
              <w:jc w:val="center"/>
            </w:pPr>
            <w:r>
              <w:rPr>
                <w:sz w:val="17"/>
              </w:rPr>
              <w:t>0</w:t>
            </w:r>
          </w:p>
        </w:tc>
        <w:tc>
          <w:tcPr>
            <w:tcW w:w="578" w:type="dxa"/>
            <w:vAlign w:val="center"/>
          </w:tcPr>
          <w:p w14:paraId="70DCC863" w14:textId="77777777" w:rsidR="00FF4432" w:rsidRDefault="00000000">
            <w:pPr>
              <w:jc w:val="center"/>
            </w:pPr>
            <w:r>
              <w:rPr>
                <w:sz w:val="17"/>
              </w:rPr>
              <w:t>6</w:t>
            </w:r>
          </w:p>
        </w:tc>
        <w:tc>
          <w:tcPr>
            <w:tcW w:w="578" w:type="dxa"/>
            <w:vAlign w:val="center"/>
          </w:tcPr>
          <w:p w14:paraId="61006D4E" w14:textId="77777777" w:rsidR="00FF4432" w:rsidRDefault="00000000">
            <w:pPr>
              <w:jc w:val="center"/>
            </w:pPr>
            <w:r>
              <w:rPr>
                <w:sz w:val="17"/>
              </w:rPr>
              <w:t>3</w:t>
            </w:r>
          </w:p>
        </w:tc>
        <w:tc>
          <w:tcPr>
            <w:tcW w:w="675" w:type="dxa"/>
            <w:vAlign w:val="center"/>
          </w:tcPr>
          <w:p w14:paraId="686E468A" w14:textId="77777777" w:rsidR="00FF4432" w:rsidRDefault="00000000">
            <w:pPr>
              <w:jc w:val="center"/>
            </w:pPr>
            <w:r>
              <w:rPr>
                <w:sz w:val="17"/>
              </w:rPr>
              <w:t>8</w:t>
            </w:r>
          </w:p>
        </w:tc>
      </w:tr>
      <w:tr w:rsidR="00FF4432" w14:paraId="21E98C4D" w14:textId="77777777">
        <w:trPr>
          <w:cantSplit/>
          <w:jc w:val="center"/>
        </w:trPr>
        <w:tc>
          <w:tcPr>
            <w:tcW w:w="1247" w:type="dxa"/>
            <w:vAlign w:val="center"/>
          </w:tcPr>
          <w:p w14:paraId="15ACA09A" w14:textId="77777777" w:rsidR="00FF4432" w:rsidRDefault="00000000">
            <w:pPr>
              <w:jc w:val="center"/>
            </w:pPr>
            <w:r>
              <w:rPr>
                <w:sz w:val="17"/>
              </w:rPr>
              <w:t>FIZ204</w:t>
            </w:r>
          </w:p>
        </w:tc>
        <w:tc>
          <w:tcPr>
            <w:tcW w:w="4904" w:type="dxa"/>
            <w:vAlign w:val="center"/>
          </w:tcPr>
          <w:p w14:paraId="1A99F330" w14:textId="77777777" w:rsidR="00FF4432" w:rsidRDefault="00000000">
            <w:pPr>
              <w:jc w:val="center"/>
            </w:pPr>
            <w:r>
              <w:rPr>
                <w:sz w:val="17"/>
              </w:rPr>
              <w:t>Nörolojik Hastalıklarda Fizik Tedavi</w:t>
            </w:r>
          </w:p>
        </w:tc>
        <w:tc>
          <w:tcPr>
            <w:tcW w:w="578" w:type="dxa"/>
            <w:vAlign w:val="center"/>
          </w:tcPr>
          <w:p w14:paraId="1F13379B" w14:textId="77777777" w:rsidR="00FF4432" w:rsidRDefault="00000000">
            <w:pPr>
              <w:jc w:val="center"/>
            </w:pPr>
            <w:r>
              <w:rPr>
                <w:sz w:val="17"/>
              </w:rPr>
              <w:t>3</w:t>
            </w:r>
          </w:p>
        </w:tc>
        <w:tc>
          <w:tcPr>
            <w:tcW w:w="578" w:type="dxa"/>
            <w:vAlign w:val="center"/>
          </w:tcPr>
          <w:p w14:paraId="3F48ED81" w14:textId="77777777" w:rsidR="00FF4432" w:rsidRDefault="00000000">
            <w:pPr>
              <w:jc w:val="center"/>
            </w:pPr>
            <w:r>
              <w:rPr>
                <w:sz w:val="17"/>
              </w:rPr>
              <w:t>0</w:t>
            </w:r>
          </w:p>
        </w:tc>
        <w:tc>
          <w:tcPr>
            <w:tcW w:w="578" w:type="dxa"/>
            <w:vAlign w:val="center"/>
          </w:tcPr>
          <w:p w14:paraId="6BCC508B" w14:textId="77777777" w:rsidR="00FF4432" w:rsidRDefault="00000000">
            <w:pPr>
              <w:jc w:val="center"/>
            </w:pPr>
            <w:r>
              <w:rPr>
                <w:sz w:val="17"/>
              </w:rPr>
              <w:t>3</w:t>
            </w:r>
          </w:p>
        </w:tc>
        <w:tc>
          <w:tcPr>
            <w:tcW w:w="675" w:type="dxa"/>
            <w:vAlign w:val="center"/>
          </w:tcPr>
          <w:p w14:paraId="183AC6CE" w14:textId="77777777" w:rsidR="00FF4432" w:rsidRDefault="00000000">
            <w:pPr>
              <w:jc w:val="center"/>
            </w:pPr>
            <w:r>
              <w:rPr>
                <w:sz w:val="17"/>
              </w:rPr>
              <w:t>4</w:t>
            </w:r>
          </w:p>
        </w:tc>
      </w:tr>
      <w:tr w:rsidR="00FF4432" w14:paraId="00C2E190" w14:textId="77777777">
        <w:trPr>
          <w:cantSplit/>
          <w:jc w:val="center"/>
        </w:trPr>
        <w:tc>
          <w:tcPr>
            <w:tcW w:w="1247" w:type="dxa"/>
            <w:vAlign w:val="center"/>
          </w:tcPr>
          <w:p w14:paraId="17B83A0C" w14:textId="77777777" w:rsidR="00FF4432" w:rsidRDefault="00000000">
            <w:pPr>
              <w:jc w:val="center"/>
            </w:pPr>
            <w:r>
              <w:rPr>
                <w:sz w:val="17"/>
              </w:rPr>
              <w:t>FIZ206</w:t>
            </w:r>
          </w:p>
        </w:tc>
        <w:tc>
          <w:tcPr>
            <w:tcW w:w="4904" w:type="dxa"/>
            <w:vAlign w:val="center"/>
          </w:tcPr>
          <w:p w14:paraId="11978A32" w14:textId="77777777" w:rsidR="00FF4432" w:rsidRDefault="00000000">
            <w:pPr>
              <w:jc w:val="center"/>
            </w:pPr>
            <w:r>
              <w:rPr>
                <w:sz w:val="17"/>
              </w:rPr>
              <w:t>Kinezyoloji</w:t>
            </w:r>
          </w:p>
        </w:tc>
        <w:tc>
          <w:tcPr>
            <w:tcW w:w="578" w:type="dxa"/>
            <w:vAlign w:val="center"/>
          </w:tcPr>
          <w:p w14:paraId="7D9D5D9A" w14:textId="77777777" w:rsidR="00FF4432" w:rsidRDefault="00000000">
            <w:pPr>
              <w:jc w:val="center"/>
            </w:pPr>
            <w:r>
              <w:rPr>
                <w:sz w:val="17"/>
              </w:rPr>
              <w:t>2</w:t>
            </w:r>
          </w:p>
        </w:tc>
        <w:tc>
          <w:tcPr>
            <w:tcW w:w="578" w:type="dxa"/>
            <w:vAlign w:val="center"/>
          </w:tcPr>
          <w:p w14:paraId="191CDB0D" w14:textId="77777777" w:rsidR="00FF4432" w:rsidRDefault="00000000">
            <w:pPr>
              <w:jc w:val="center"/>
            </w:pPr>
            <w:r>
              <w:rPr>
                <w:sz w:val="17"/>
              </w:rPr>
              <w:t>0</w:t>
            </w:r>
          </w:p>
        </w:tc>
        <w:tc>
          <w:tcPr>
            <w:tcW w:w="578" w:type="dxa"/>
            <w:vAlign w:val="center"/>
          </w:tcPr>
          <w:p w14:paraId="030C502D" w14:textId="77777777" w:rsidR="00FF4432" w:rsidRDefault="00000000">
            <w:pPr>
              <w:jc w:val="center"/>
            </w:pPr>
            <w:r>
              <w:rPr>
                <w:sz w:val="17"/>
              </w:rPr>
              <w:t>2</w:t>
            </w:r>
          </w:p>
        </w:tc>
        <w:tc>
          <w:tcPr>
            <w:tcW w:w="675" w:type="dxa"/>
            <w:vAlign w:val="center"/>
          </w:tcPr>
          <w:p w14:paraId="0A6C88A5" w14:textId="77777777" w:rsidR="00FF4432" w:rsidRDefault="00000000">
            <w:pPr>
              <w:jc w:val="center"/>
            </w:pPr>
            <w:r>
              <w:rPr>
                <w:sz w:val="17"/>
              </w:rPr>
              <w:t>3</w:t>
            </w:r>
          </w:p>
        </w:tc>
      </w:tr>
      <w:tr w:rsidR="00FF4432" w14:paraId="03A7CB82" w14:textId="77777777">
        <w:trPr>
          <w:cantSplit/>
          <w:jc w:val="center"/>
        </w:trPr>
        <w:tc>
          <w:tcPr>
            <w:tcW w:w="1247" w:type="dxa"/>
            <w:vAlign w:val="center"/>
          </w:tcPr>
          <w:p w14:paraId="4F53FD96" w14:textId="77777777" w:rsidR="00FF4432" w:rsidRDefault="00000000">
            <w:pPr>
              <w:jc w:val="center"/>
            </w:pPr>
            <w:r>
              <w:rPr>
                <w:sz w:val="17"/>
              </w:rPr>
              <w:t>SMY104</w:t>
            </w:r>
          </w:p>
        </w:tc>
        <w:tc>
          <w:tcPr>
            <w:tcW w:w="4904" w:type="dxa"/>
            <w:vAlign w:val="center"/>
          </w:tcPr>
          <w:p w14:paraId="64343B7C" w14:textId="77777777" w:rsidR="00FF4432" w:rsidRDefault="00000000">
            <w:pPr>
              <w:jc w:val="center"/>
            </w:pPr>
            <w:r>
              <w:rPr>
                <w:sz w:val="17"/>
              </w:rPr>
              <w:t>Halk Sağlığı</w:t>
            </w:r>
          </w:p>
        </w:tc>
        <w:tc>
          <w:tcPr>
            <w:tcW w:w="578" w:type="dxa"/>
            <w:vAlign w:val="center"/>
          </w:tcPr>
          <w:p w14:paraId="42DAFA35" w14:textId="77777777" w:rsidR="00FF4432" w:rsidRDefault="00000000">
            <w:pPr>
              <w:jc w:val="center"/>
            </w:pPr>
            <w:r>
              <w:rPr>
                <w:sz w:val="17"/>
              </w:rPr>
              <w:t>2</w:t>
            </w:r>
          </w:p>
        </w:tc>
        <w:tc>
          <w:tcPr>
            <w:tcW w:w="578" w:type="dxa"/>
            <w:vAlign w:val="center"/>
          </w:tcPr>
          <w:p w14:paraId="65BDAE40" w14:textId="77777777" w:rsidR="00FF4432" w:rsidRDefault="00000000">
            <w:pPr>
              <w:jc w:val="center"/>
            </w:pPr>
            <w:r>
              <w:rPr>
                <w:sz w:val="17"/>
              </w:rPr>
              <w:t>0</w:t>
            </w:r>
          </w:p>
        </w:tc>
        <w:tc>
          <w:tcPr>
            <w:tcW w:w="578" w:type="dxa"/>
            <w:vAlign w:val="center"/>
          </w:tcPr>
          <w:p w14:paraId="38D2B5C7" w14:textId="77777777" w:rsidR="00FF4432" w:rsidRDefault="00000000">
            <w:pPr>
              <w:jc w:val="center"/>
            </w:pPr>
            <w:r>
              <w:rPr>
                <w:sz w:val="17"/>
              </w:rPr>
              <w:t>2</w:t>
            </w:r>
          </w:p>
        </w:tc>
        <w:tc>
          <w:tcPr>
            <w:tcW w:w="675" w:type="dxa"/>
            <w:vAlign w:val="center"/>
          </w:tcPr>
          <w:p w14:paraId="069455AF" w14:textId="77777777" w:rsidR="00FF4432" w:rsidRDefault="00000000">
            <w:pPr>
              <w:jc w:val="center"/>
            </w:pPr>
            <w:r>
              <w:rPr>
                <w:sz w:val="17"/>
              </w:rPr>
              <w:t>2</w:t>
            </w:r>
          </w:p>
        </w:tc>
      </w:tr>
      <w:tr w:rsidR="00FF4432" w14:paraId="1CC038CB" w14:textId="77777777">
        <w:trPr>
          <w:cantSplit/>
          <w:jc w:val="center"/>
        </w:trPr>
        <w:tc>
          <w:tcPr>
            <w:tcW w:w="1247" w:type="dxa"/>
            <w:vAlign w:val="center"/>
          </w:tcPr>
          <w:p w14:paraId="5736DECA" w14:textId="77777777" w:rsidR="00FF4432" w:rsidRDefault="00000000">
            <w:pPr>
              <w:jc w:val="center"/>
            </w:pPr>
            <w:r>
              <w:rPr>
                <w:sz w:val="17"/>
              </w:rPr>
              <w:t>FIZ208</w:t>
            </w:r>
          </w:p>
        </w:tc>
        <w:tc>
          <w:tcPr>
            <w:tcW w:w="4904" w:type="dxa"/>
            <w:vAlign w:val="center"/>
          </w:tcPr>
          <w:p w14:paraId="6F0DDDCC" w14:textId="77777777" w:rsidR="00FF4432" w:rsidRDefault="00000000">
            <w:pPr>
              <w:jc w:val="center"/>
            </w:pPr>
            <w:r>
              <w:rPr>
                <w:sz w:val="17"/>
              </w:rPr>
              <w:t>Ortez Protez</w:t>
            </w:r>
          </w:p>
        </w:tc>
        <w:tc>
          <w:tcPr>
            <w:tcW w:w="578" w:type="dxa"/>
            <w:vAlign w:val="center"/>
          </w:tcPr>
          <w:p w14:paraId="0202C2F7" w14:textId="77777777" w:rsidR="00FF4432" w:rsidRDefault="00000000">
            <w:pPr>
              <w:jc w:val="center"/>
            </w:pPr>
            <w:r>
              <w:rPr>
                <w:sz w:val="17"/>
              </w:rPr>
              <w:t>2</w:t>
            </w:r>
          </w:p>
        </w:tc>
        <w:tc>
          <w:tcPr>
            <w:tcW w:w="578" w:type="dxa"/>
            <w:vAlign w:val="center"/>
          </w:tcPr>
          <w:p w14:paraId="3EFE27EA" w14:textId="77777777" w:rsidR="00FF4432" w:rsidRDefault="00000000">
            <w:pPr>
              <w:jc w:val="center"/>
            </w:pPr>
            <w:r>
              <w:rPr>
                <w:sz w:val="17"/>
              </w:rPr>
              <w:t>0</w:t>
            </w:r>
          </w:p>
        </w:tc>
        <w:tc>
          <w:tcPr>
            <w:tcW w:w="578" w:type="dxa"/>
            <w:vAlign w:val="center"/>
          </w:tcPr>
          <w:p w14:paraId="374E1FF7" w14:textId="77777777" w:rsidR="00FF4432" w:rsidRDefault="00000000">
            <w:pPr>
              <w:jc w:val="center"/>
            </w:pPr>
            <w:r>
              <w:rPr>
                <w:sz w:val="17"/>
              </w:rPr>
              <w:t>2</w:t>
            </w:r>
          </w:p>
        </w:tc>
        <w:tc>
          <w:tcPr>
            <w:tcW w:w="675" w:type="dxa"/>
            <w:vAlign w:val="center"/>
          </w:tcPr>
          <w:p w14:paraId="4B2D1D0C" w14:textId="77777777" w:rsidR="00FF4432" w:rsidRDefault="00000000">
            <w:pPr>
              <w:jc w:val="center"/>
            </w:pPr>
            <w:r>
              <w:rPr>
                <w:sz w:val="17"/>
              </w:rPr>
              <w:t>4</w:t>
            </w:r>
          </w:p>
        </w:tc>
      </w:tr>
      <w:tr w:rsidR="00FF4432" w14:paraId="3EE1A9A3" w14:textId="77777777">
        <w:trPr>
          <w:cantSplit/>
          <w:jc w:val="center"/>
        </w:trPr>
        <w:tc>
          <w:tcPr>
            <w:tcW w:w="1247" w:type="dxa"/>
            <w:vAlign w:val="center"/>
          </w:tcPr>
          <w:p w14:paraId="154F78A6" w14:textId="77777777" w:rsidR="00FF4432" w:rsidRDefault="00FF4432">
            <w:pPr>
              <w:jc w:val="center"/>
            </w:pPr>
          </w:p>
        </w:tc>
        <w:tc>
          <w:tcPr>
            <w:tcW w:w="4904" w:type="dxa"/>
            <w:vAlign w:val="center"/>
          </w:tcPr>
          <w:p w14:paraId="24D434EC" w14:textId="77777777" w:rsidR="00FF4432" w:rsidRDefault="00000000">
            <w:pPr>
              <w:jc w:val="center"/>
            </w:pPr>
            <w:r>
              <w:rPr>
                <w:sz w:val="17"/>
              </w:rPr>
              <w:t>Seçmeli Ders</w:t>
            </w:r>
          </w:p>
        </w:tc>
        <w:tc>
          <w:tcPr>
            <w:tcW w:w="578" w:type="dxa"/>
            <w:vAlign w:val="center"/>
          </w:tcPr>
          <w:p w14:paraId="7BFF198C" w14:textId="77777777" w:rsidR="00FF4432" w:rsidRDefault="00FF4432">
            <w:pPr>
              <w:jc w:val="center"/>
            </w:pPr>
          </w:p>
        </w:tc>
        <w:tc>
          <w:tcPr>
            <w:tcW w:w="578" w:type="dxa"/>
            <w:vAlign w:val="center"/>
          </w:tcPr>
          <w:p w14:paraId="04840B92" w14:textId="77777777" w:rsidR="00FF4432" w:rsidRDefault="00FF4432">
            <w:pPr>
              <w:jc w:val="center"/>
            </w:pPr>
          </w:p>
        </w:tc>
        <w:tc>
          <w:tcPr>
            <w:tcW w:w="578" w:type="dxa"/>
            <w:vAlign w:val="center"/>
          </w:tcPr>
          <w:p w14:paraId="58BC8F51" w14:textId="77777777" w:rsidR="00FF4432" w:rsidRDefault="00FF4432">
            <w:pPr>
              <w:jc w:val="center"/>
            </w:pPr>
          </w:p>
        </w:tc>
        <w:tc>
          <w:tcPr>
            <w:tcW w:w="675" w:type="dxa"/>
            <w:vAlign w:val="center"/>
          </w:tcPr>
          <w:p w14:paraId="54D307DE" w14:textId="77777777" w:rsidR="00FF4432" w:rsidRDefault="00000000">
            <w:pPr>
              <w:jc w:val="center"/>
            </w:pPr>
            <w:r>
              <w:rPr>
                <w:sz w:val="17"/>
              </w:rPr>
              <w:t>3</w:t>
            </w:r>
          </w:p>
        </w:tc>
      </w:tr>
      <w:tr w:rsidR="00FF4432" w14:paraId="62908C86" w14:textId="77777777">
        <w:trPr>
          <w:cantSplit/>
          <w:jc w:val="center"/>
        </w:trPr>
        <w:tc>
          <w:tcPr>
            <w:tcW w:w="1247" w:type="dxa"/>
            <w:vAlign w:val="center"/>
          </w:tcPr>
          <w:p w14:paraId="7235B1D2" w14:textId="77777777" w:rsidR="00FF4432" w:rsidRDefault="00FF4432">
            <w:pPr>
              <w:jc w:val="center"/>
            </w:pPr>
          </w:p>
        </w:tc>
        <w:tc>
          <w:tcPr>
            <w:tcW w:w="4904" w:type="dxa"/>
            <w:vAlign w:val="center"/>
          </w:tcPr>
          <w:p w14:paraId="10F3BCCE" w14:textId="77777777" w:rsidR="00FF4432" w:rsidRDefault="00000000">
            <w:pPr>
              <w:jc w:val="center"/>
            </w:pPr>
            <w:r>
              <w:rPr>
                <w:sz w:val="17"/>
              </w:rPr>
              <w:t>Seçmeli Ders</w:t>
            </w:r>
          </w:p>
        </w:tc>
        <w:tc>
          <w:tcPr>
            <w:tcW w:w="578" w:type="dxa"/>
            <w:vAlign w:val="center"/>
          </w:tcPr>
          <w:p w14:paraId="719ED385" w14:textId="77777777" w:rsidR="00FF4432" w:rsidRDefault="00FF4432">
            <w:pPr>
              <w:jc w:val="center"/>
            </w:pPr>
          </w:p>
        </w:tc>
        <w:tc>
          <w:tcPr>
            <w:tcW w:w="578" w:type="dxa"/>
            <w:vAlign w:val="center"/>
          </w:tcPr>
          <w:p w14:paraId="7525875B" w14:textId="77777777" w:rsidR="00FF4432" w:rsidRDefault="00FF4432">
            <w:pPr>
              <w:jc w:val="center"/>
            </w:pPr>
          </w:p>
        </w:tc>
        <w:tc>
          <w:tcPr>
            <w:tcW w:w="578" w:type="dxa"/>
            <w:vAlign w:val="center"/>
          </w:tcPr>
          <w:p w14:paraId="3BC69995" w14:textId="77777777" w:rsidR="00FF4432" w:rsidRDefault="00FF4432">
            <w:pPr>
              <w:jc w:val="center"/>
            </w:pPr>
          </w:p>
        </w:tc>
        <w:tc>
          <w:tcPr>
            <w:tcW w:w="675" w:type="dxa"/>
            <w:vAlign w:val="center"/>
          </w:tcPr>
          <w:p w14:paraId="4CFEB5C8" w14:textId="77777777" w:rsidR="00FF4432" w:rsidRDefault="00000000">
            <w:pPr>
              <w:jc w:val="center"/>
            </w:pPr>
            <w:r>
              <w:rPr>
                <w:sz w:val="17"/>
              </w:rPr>
              <w:t>3</w:t>
            </w:r>
          </w:p>
        </w:tc>
      </w:tr>
      <w:tr w:rsidR="00FF4432" w14:paraId="6270B5FE" w14:textId="77777777">
        <w:trPr>
          <w:cantSplit/>
          <w:jc w:val="center"/>
        </w:trPr>
        <w:tc>
          <w:tcPr>
            <w:tcW w:w="1247" w:type="dxa"/>
            <w:vAlign w:val="center"/>
          </w:tcPr>
          <w:p w14:paraId="5E6BECD6" w14:textId="77777777" w:rsidR="00FF4432" w:rsidRDefault="00FF4432">
            <w:pPr>
              <w:jc w:val="center"/>
            </w:pPr>
          </w:p>
        </w:tc>
        <w:tc>
          <w:tcPr>
            <w:tcW w:w="4904" w:type="dxa"/>
            <w:vAlign w:val="center"/>
          </w:tcPr>
          <w:p w14:paraId="6D69A6C1" w14:textId="77777777" w:rsidR="00FF4432" w:rsidRDefault="00000000">
            <w:pPr>
              <w:jc w:val="center"/>
            </w:pPr>
            <w:r>
              <w:rPr>
                <w:sz w:val="17"/>
              </w:rPr>
              <w:t>Seçmeli Ders</w:t>
            </w:r>
          </w:p>
        </w:tc>
        <w:tc>
          <w:tcPr>
            <w:tcW w:w="578" w:type="dxa"/>
            <w:vAlign w:val="center"/>
          </w:tcPr>
          <w:p w14:paraId="092F323A" w14:textId="77777777" w:rsidR="00FF4432" w:rsidRDefault="00FF4432">
            <w:pPr>
              <w:jc w:val="center"/>
            </w:pPr>
          </w:p>
        </w:tc>
        <w:tc>
          <w:tcPr>
            <w:tcW w:w="578" w:type="dxa"/>
            <w:vAlign w:val="center"/>
          </w:tcPr>
          <w:p w14:paraId="72A69523" w14:textId="77777777" w:rsidR="00FF4432" w:rsidRDefault="00FF4432">
            <w:pPr>
              <w:jc w:val="center"/>
            </w:pPr>
          </w:p>
        </w:tc>
        <w:tc>
          <w:tcPr>
            <w:tcW w:w="578" w:type="dxa"/>
            <w:vAlign w:val="center"/>
          </w:tcPr>
          <w:p w14:paraId="7BB45726" w14:textId="77777777" w:rsidR="00FF4432" w:rsidRDefault="00FF4432">
            <w:pPr>
              <w:jc w:val="center"/>
            </w:pPr>
          </w:p>
        </w:tc>
        <w:tc>
          <w:tcPr>
            <w:tcW w:w="675" w:type="dxa"/>
            <w:vAlign w:val="center"/>
          </w:tcPr>
          <w:p w14:paraId="50803B53" w14:textId="77777777" w:rsidR="00FF4432" w:rsidRDefault="00000000">
            <w:pPr>
              <w:jc w:val="center"/>
            </w:pPr>
            <w:r>
              <w:rPr>
                <w:sz w:val="17"/>
              </w:rPr>
              <w:t>3</w:t>
            </w:r>
          </w:p>
        </w:tc>
      </w:tr>
      <w:tr w:rsidR="00FF4432" w14:paraId="28D2B752" w14:textId="77777777">
        <w:trPr>
          <w:cantSplit/>
          <w:jc w:val="center"/>
        </w:trPr>
        <w:tc>
          <w:tcPr>
            <w:tcW w:w="1247" w:type="dxa"/>
            <w:shd w:val="clear" w:color="auto" w:fill="FFF2CC"/>
            <w:vAlign w:val="center"/>
          </w:tcPr>
          <w:p w14:paraId="1902BF1F" w14:textId="77777777" w:rsidR="00FF4432" w:rsidRDefault="00000000">
            <w:pPr>
              <w:jc w:val="center"/>
            </w:pPr>
            <w:r>
              <w:rPr>
                <w:b/>
                <w:sz w:val="17"/>
              </w:rPr>
              <w:t>TOPLAM</w:t>
            </w:r>
          </w:p>
        </w:tc>
        <w:tc>
          <w:tcPr>
            <w:tcW w:w="4904" w:type="dxa"/>
            <w:shd w:val="clear" w:color="auto" w:fill="FFF2CC"/>
            <w:vAlign w:val="center"/>
          </w:tcPr>
          <w:p w14:paraId="196AC6AE" w14:textId="77777777" w:rsidR="00FF4432" w:rsidRDefault="00FF4432">
            <w:pPr>
              <w:jc w:val="center"/>
            </w:pPr>
          </w:p>
        </w:tc>
        <w:tc>
          <w:tcPr>
            <w:tcW w:w="578" w:type="dxa"/>
            <w:shd w:val="clear" w:color="auto" w:fill="FFF2CC"/>
            <w:vAlign w:val="center"/>
          </w:tcPr>
          <w:p w14:paraId="3054C074" w14:textId="77777777" w:rsidR="00FF4432" w:rsidRDefault="00000000">
            <w:pPr>
              <w:jc w:val="center"/>
            </w:pPr>
            <w:r>
              <w:rPr>
                <w:b/>
                <w:sz w:val="17"/>
              </w:rPr>
              <w:t>9</w:t>
            </w:r>
          </w:p>
        </w:tc>
        <w:tc>
          <w:tcPr>
            <w:tcW w:w="578" w:type="dxa"/>
            <w:shd w:val="clear" w:color="auto" w:fill="FFF2CC"/>
            <w:vAlign w:val="center"/>
          </w:tcPr>
          <w:p w14:paraId="3E67E14E" w14:textId="77777777" w:rsidR="00FF4432" w:rsidRDefault="00000000">
            <w:pPr>
              <w:jc w:val="center"/>
            </w:pPr>
            <w:r>
              <w:rPr>
                <w:b/>
                <w:sz w:val="17"/>
              </w:rPr>
              <w:t>6</w:t>
            </w:r>
          </w:p>
        </w:tc>
        <w:tc>
          <w:tcPr>
            <w:tcW w:w="578" w:type="dxa"/>
            <w:shd w:val="clear" w:color="auto" w:fill="FFF2CC"/>
            <w:vAlign w:val="center"/>
          </w:tcPr>
          <w:p w14:paraId="323B4BE6" w14:textId="77777777" w:rsidR="00FF4432" w:rsidRDefault="00000000">
            <w:pPr>
              <w:jc w:val="center"/>
            </w:pPr>
            <w:r>
              <w:rPr>
                <w:b/>
                <w:sz w:val="17"/>
              </w:rPr>
              <w:t>12</w:t>
            </w:r>
          </w:p>
        </w:tc>
        <w:tc>
          <w:tcPr>
            <w:tcW w:w="675" w:type="dxa"/>
            <w:shd w:val="clear" w:color="auto" w:fill="FFF2CC"/>
            <w:vAlign w:val="center"/>
          </w:tcPr>
          <w:p w14:paraId="27DB72E0" w14:textId="77777777" w:rsidR="00FF4432" w:rsidRDefault="00000000">
            <w:pPr>
              <w:jc w:val="center"/>
            </w:pPr>
            <w:r>
              <w:rPr>
                <w:b/>
                <w:sz w:val="17"/>
              </w:rPr>
              <w:t>30</w:t>
            </w:r>
          </w:p>
        </w:tc>
      </w:tr>
    </w:tbl>
    <w:p w14:paraId="36CF8441" w14:textId="77777777" w:rsidR="005F0E8D" w:rsidRDefault="005F0E8D"/>
    <w:sectPr w:rsidR="005F0E8D" w:rsidSect="00034616">
      <w:pgSz w:w="11906" w:h="16838"/>
      <w:pgMar w:top="709" w:right="709" w:bottom="709" w:left="70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171025625">
    <w:abstractNumId w:val="8"/>
  </w:num>
  <w:num w:numId="2" w16cid:durableId="744231663">
    <w:abstractNumId w:val="6"/>
  </w:num>
  <w:num w:numId="3" w16cid:durableId="2011980251">
    <w:abstractNumId w:val="5"/>
  </w:num>
  <w:num w:numId="4" w16cid:durableId="1011637588">
    <w:abstractNumId w:val="4"/>
  </w:num>
  <w:num w:numId="5" w16cid:durableId="1424568852">
    <w:abstractNumId w:val="7"/>
  </w:num>
  <w:num w:numId="6" w16cid:durableId="977959852">
    <w:abstractNumId w:val="3"/>
  </w:num>
  <w:num w:numId="7" w16cid:durableId="1054162263">
    <w:abstractNumId w:val="2"/>
  </w:num>
  <w:num w:numId="8" w16cid:durableId="952975660">
    <w:abstractNumId w:val="1"/>
  </w:num>
  <w:num w:numId="9" w16cid:durableId="15775491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473E60"/>
    <w:rsid w:val="005F0E8D"/>
    <w:rsid w:val="008D20DA"/>
    <w:rsid w:val="00AA1D8D"/>
    <w:rsid w:val="00B47730"/>
    <w:rsid w:val="00CB0664"/>
    <w:rsid w:val="00FC693F"/>
    <w:rsid w:val="00FF44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0191F9A"/>
  <w14:defaultImageDpi w14:val="300"/>
  <w15:docId w15:val="{725DAAFF-66A3-4F10-B58C-400520A392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  <w:sz w:val="18"/>
    </w:rPr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Alnt">
    <w:name w:val="Quote"/>
    <w:basedOn w:val="Normal"/>
    <w:next w:val="Normal"/>
    <w:link w:val="AlntChar"/>
    <w:uiPriority w:val="29"/>
    <w:qFormat/>
    <w:rsid w:val="00FC693F"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264</Words>
  <Characters>1509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1770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arzu dilekçier</cp:lastModifiedBy>
  <cp:revision>2</cp:revision>
  <dcterms:created xsi:type="dcterms:W3CDTF">2026-10-10T22:39:00Z</dcterms:created>
  <dcterms:modified xsi:type="dcterms:W3CDTF">2026-10-10T22:39:00Z</dcterms:modified>
  <cp:category/>
</cp:coreProperties>
</file>