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55564" w14:textId="77777777" w:rsidR="00427B86" w:rsidRDefault="00000000">
      <w:pPr>
        <w:spacing w:after="20"/>
        <w:jc w:val="center"/>
      </w:pPr>
      <w:r>
        <w:rPr>
          <w:b/>
          <w:sz w:val="26"/>
        </w:rPr>
        <w:t>İSTANBUL KENT ÜNİVERSİTESİ</w:t>
      </w:r>
    </w:p>
    <w:p w14:paraId="4CF9868A" w14:textId="77777777" w:rsidR="00427B86" w:rsidRDefault="00000000">
      <w:pPr>
        <w:spacing w:after="20"/>
        <w:jc w:val="center"/>
      </w:pPr>
      <w:r>
        <w:rPr>
          <w:b/>
          <w:sz w:val="24"/>
        </w:rPr>
        <w:t>SAĞLIK HİZMETLERİ MESLEK YÜKSEKOKULU</w:t>
      </w:r>
    </w:p>
    <w:p w14:paraId="1BAB323A" w14:textId="77777777" w:rsidR="00427B86" w:rsidRDefault="00000000">
      <w:pPr>
        <w:spacing w:after="20"/>
        <w:jc w:val="center"/>
      </w:pPr>
      <w:r>
        <w:rPr>
          <w:b/>
          <w:sz w:val="24"/>
        </w:rPr>
        <w:t>FİZYOTERAPİ PROGRAMI</w:t>
      </w:r>
    </w:p>
    <w:p w14:paraId="11B2A999" w14:textId="77777777" w:rsidR="00427B86" w:rsidRDefault="00000000">
      <w:pPr>
        <w:spacing w:after="20"/>
        <w:jc w:val="center"/>
      </w:pPr>
      <w:r>
        <w:rPr>
          <w:b/>
          <w:color w:val="800000"/>
          <w:sz w:val="28"/>
        </w:rPr>
        <w:t>2024-2025 EĞİTİM ÖĞRETİM YILI MÜFREDATI</w:t>
      </w:r>
    </w:p>
    <w:p w14:paraId="0E2113D9" w14:textId="77777777" w:rsidR="00427B86" w:rsidRDefault="00000000">
      <w:pPr>
        <w:spacing w:after="20"/>
        <w:jc w:val="center"/>
      </w:pPr>
      <w:r>
        <w:rPr>
          <w:b/>
          <w:sz w:val="24"/>
        </w:rPr>
        <w:t>1.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427B86" w14:paraId="038F0162" w14:textId="7777777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26032754" w14:textId="77777777" w:rsidR="00427B86" w:rsidRDefault="00000000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62087D88" w14:textId="77777777" w:rsidR="00427B86" w:rsidRDefault="00000000">
            <w:pPr>
              <w:jc w:val="center"/>
            </w:pPr>
            <w:r>
              <w:rPr>
                <w:b/>
              </w:rPr>
              <w:t>Ders Adı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7AC4B733" w14:textId="77777777" w:rsidR="00427B86" w:rsidRDefault="00000000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67B515D6" w14:textId="77777777" w:rsidR="00427B86" w:rsidRDefault="00000000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2913ABC1" w14:textId="77777777" w:rsidR="00427B86" w:rsidRDefault="00000000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72B0CC00" w14:textId="77777777" w:rsidR="00427B86" w:rsidRDefault="00000000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427B86" w14:paraId="3F8A775B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2034B6F0" w14:textId="77777777" w:rsidR="00427B86" w:rsidRDefault="00000000">
            <w:pPr>
              <w:jc w:val="center"/>
            </w:pPr>
            <w:r>
              <w:rPr>
                <w:sz w:val="17"/>
              </w:rPr>
              <w:t>TDL101</w:t>
            </w:r>
          </w:p>
        </w:tc>
        <w:tc>
          <w:tcPr>
            <w:tcW w:w="4904" w:type="dxa"/>
            <w:vAlign w:val="center"/>
          </w:tcPr>
          <w:p w14:paraId="215AE0B8" w14:textId="77777777" w:rsidR="00427B86" w:rsidRDefault="00000000">
            <w:pPr>
              <w:jc w:val="center"/>
            </w:pPr>
            <w:r>
              <w:rPr>
                <w:sz w:val="17"/>
              </w:rPr>
              <w:t>Türk Dili-I</w:t>
            </w:r>
          </w:p>
        </w:tc>
        <w:tc>
          <w:tcPr>
            <w:tcW w:w="578" w:type="dxa"/>
            <w:vAlign w:val="center"/>
          </w:tcPr>
          <w:p w14:paraId="366BA9EB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5B626340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68868802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0C1C94F0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427B86" w14:paraId="5A8C126E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3E11B26E" w14:textId="77777777" w:rsidR="00427B86" w:rsidRDefault="00000000">
            <w:pPr>
              <w:jc w:val="center"/>
            </w:pPr>
            <w:r>
              <w:rPr>
                <w:sz w:val="17"/>
              </w:rPr>
              <w:t>ATA101</w:t>
            </w:r>
          </w:p>
        </w:tc>
        <w:tc>
          <w:tcPr>
            <w:tcW w:w="4904" w:type="dxa"/>
            <w:vAlign w:val="center"/>
          </w:tcPr>
          <w:p w14:paraId="47F6EDAB" w14:textId="77777777" w:rsidR="00427B86" w:rsidRDefault="00000000">
            <w:pPr>
              <w:jc w:val="center"/>
            </w:pPr>
            <w:r>
              <w:rPr>
                <w:sz w:val="17"/>
              </w:rPr>
              <w:t>Atatürk İlkeleri ve İnkılap Tarihi-I</w:t>
            </w:r>
          </w:p>
        </w:tc>
        <w:tc>
          <w:tcPr>
            <w:tcW w:w="578" w:type="dxa"/>
            <w:vAlign w:val="center"/>
          </w:tcPr>
          <w:p w14:paraId="67088C70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4E00A44A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9AB918A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15FB08C4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427B86" w14:paraId="2130904E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AABEDE3" w14:textId="77777777" w:rsidR="00427B86" w:rsidRDefault="00000000">
            <w:pPr>
              <w:jc w:val="center"/>
            </w:pPr>
            <w:r>
              <w:rPr>
                <w:sz w:val="17"/>
              </w:rPr>
              <w:t>ING101</w:t>
            </w:r>
          </w:p>
        </w:tc>
        <w:tc>
          <w:tcPr>
            <w:tcW w:w="4904" w:type="dxa"/>
            <w:vAlign w:val="center"/>
          </w:tcPr>
          <w:p w14:paraId="40D1F4D5" w14:textId="77777777" w:rsidR="00427B86" w:rsidRDefault="00000000">
            <w:pPr>
              <w:jc w:val="center"/>
            </w:pPr>
            <w:r>
              <w:rPr>
                <w:sz w:val="17"/>
              </w:rPr>
              <w:t>İngilizce-I</w:t>
            </w:r>
          </w:p>
        </w:tc>
        <w:tc>
          <w:tcPr>
            <w:tcW w:w="578" w:type="dxa"/>
            <w:vAlign w:val="center"/>
          </w:tcPr>
          <w:p w14:paraId="51AA6146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1062A8BA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3EFA96F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0C43D434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427B86" w14:paraId="58222538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5F1CC9C4" w14:textId="77777777" w:rsidR="00427B86" w:rsidRDefault="00000000">
            <w:pPr>
              <w:jc w:val="center"/>
            </w:pPr>
            <w:r>
              <w:rPr>
                <w:sz w:val="17"/>
              </w:rPr>
              <w:t>SMY133</w:t>
            </w:r>
          </w:p>
        </w:tc>
        <w:tc>
          <w:tcPr>
            <w:tcW w:w="4904" w:type="dxa"/>
            <w:vAlign w:val="center"/>
          </w:tcPr>
          <w:p w14:paraId="6E753E57" w14:textId="77777777" w:rsidR="00427B86" w:rsidRDefault="00000000">
            <w:pPr>
              <w:jc w:val="center"/>
            </w:pPr>
            <w:r>
              <w:rPr>
                <w:sz w:val="17"/>
              </w:rPr>
              <w:t>Tıbbi Terminoloji</w:t>
            </w:r>
          </w:p>
        </w:tc>
        <w:tc>
          <w:tcPr>
            <w:tcW w:w="578" w:type="dxa"/>
            <w:vAlign w:val="center"/>
          </w:tcPr>
          <w:p w14:paraId="22E57D27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58FF0A39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4B380A5E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3FF293F0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427B86" w14:paraId="2E2A636F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30FAB6AD" w14:textId="77777777" w:rsidR="00427B86" w:rsidRDefault="00000000">
            <w:pPr>
              <w:jc w:val="center"/>
            </w:pPr>
            <w:r>
              <w:rPr>
                <w:sz w:val="17"/>
              </w:rPr>
              <w:t>SMY101</w:t>
            </w:r>
          </w:p>
        </w:tc>
        <w:tc>
          <w:tcPr>
            <w:tcW w:w="4904" w:type="dxa"/>
            <w:vAlign w:val="center"/>
          </w:tcPr>
          <w:p w14:paraId="1D3EE2D1" w14:textId="77777777" w:rsidR="00427B86" w:rsidRDefault="00000000">
            <w:pPr>
              <w:jc w:val="center"/>
            </w:pPr>
            <w:r>
              <w:rPr>
                <w:sz w:val="17"/>
              </w:rPr>
              <w:t>Anatomi</w:t>
            </w:r>
          </w:p>
        </w:tc>
        <w:tc>
          <w:tcPr>
            <w:tcW w:w="578" w:type="dxa"/>
            <w:vAlign w:val="center"/>
          </w:tcPr>
          <w:p w14:paraId="109028D9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57BB3CC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75AD5DF7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16FACA2A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427B86" w14:paraId="3F78720F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2B355951" w14:textId="77777777" w:rsidR="00427B86" w:rsidRDefault="00000000">
            <w:pPr>
              <w:jc w:val="center"/>
            </w:pPr>
            <w:r>
              <w:rPr>
                <w:sz w:val="17"/>
              </w:rPr>
              <w:t>SMY107</w:t>
            </w:r>
          </w:p>
        </w:tc>
        <w:tc>
          <w:tcPr>
            <w:tcW w:w="4904" w:type="dxa"/>
            <w:vAlign w:val="center"/>
          </w:tcPr>
          <w:p w14:paraId="38B0308C" w14:textId="77777777" w:rsidR="00427B86" w:rsidRDefault="00000000">
            <w:pPr>
              <w:jc w:val="center"/>
            </w:pPr>
            <w:r>
              <w:rPr>
                <w:sz w:val="17"/>
              </w:rPr>
              <w:t>Fizyoloji</w:t>
            </w:r>
          </w:p>
        </w:tc>
        <w:tc>
          <w:tcPr>
            <w:tcW w:w="578" w:type="dxa"/>
            <w:vAlign w:val="center"/>
          </w:tcPr>
          <w:p w14:paraId="5A434692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1F73577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63CAFBAE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7D264029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427B86" w14:paraId="00675B5C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ABC8B62" w14:textId="77777777" w:rsidR="00427B86" w:rsidRDefault="00000000">
            <w:pPr>
              <w:jc w:val="center"/>
            </w:pPr>
            <w:r>
              <w:rPr>
                <w:sz w:val="17"/>
              </w:rPr>
              <w:t>FIZ103</w:t>
            </w:r>
          </w:p>
        </w:tc>
        <w:tc>
          <w:tcPr>
            <w:tcW w:w="4904" w:type="dxa"/>
            <w:vAlign w:val="center"/>
          </w:tcPr>
          <w:p w14:paraId="7E3BF196" w14:textId="77777777" w:rsidR="00427B86" w:rsidRDefault="00000000">
            <w:pPr>
              <w:jc w:val="center"/>
            </w:pPr>
            <w:r>
              <w:rPr>
                <w:sz w:val="17"/>
              </w:rPr>
              <w:t>Fizyoterapi ve Rehabilitasyona Giriş</w:t>
            </w:r>
          </w:p>
        </w:tc>
        <w:tc>
          <w:tcPr>
            <w:tcW w:w="578" w:type="dxa"/>
            <w:vAlign w:val="center"/>
          </w:tcPr>
          <w:p w14:paraId="5CAFF02A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49D7204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72BFFD6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3E027C4D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427B86" w14:paraId="52028684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828938B" w14:textId="77777777" w:rsidR="00427B86" w:rsidRDefault="00000000">
            <w:pPr>
              <w:jc w:val="center"/>
            </w:pPr>
            <w:r>
              <w:rPr>
                <w:sz w:val="17"/>
              </w:rPr>
              <w:t>FIZ101</w:t>
            </w:r>
          </w:p>
        </w:tc>
        <w:tc>
          <w:tcPr>
            <w:tcW w:w="4904" w:type="dxa"/>
            <w:vAlign w:val="center"/>
          </w:tcPr>
          <w:p w14:paraId="67B0FB09" w14:textId="77777777" w:rsidR="00427B86" w:rsidRDefault="00000000">
            <w:pPr>
              <w:jc w:val="center"/>
            </w:pPr>
            <w:r>
              <w:rPr>
                <w:sz w:val="17"/>
              </w:rPr>
              <w:t>Isı - Işık, Hidroterapi</w:t>
            </w:r>
          </w:p>
        </w:tc>
        <w:tc>
          <w:tcPr>
            <w:tcW w:w="578" w:type="dxa"/>
            <w:vAlign w:val="center"/>
          </w:tcPr>
          <w:p w14:paraId="0B9B71AE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564CAFE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6CC679C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4AAFB6BE" w14:textId="77777777" w:rsidR="00427B86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427B86" w14:paraId="6529D94F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5EF5A95" w14:textId="77777777" w:rsidR="00427B86" w:rsidRDefault="00000000">
            <w:pPr>
              <w:jc w:val="center"/>
            </w:pPr>
            <w:r>
              <w:rPr>
                <w:sz w:val="17"/>
              </w:rPr>
              <w:t>SMY131</w:t>
            </w:r>
          </w:p>
        </w:tc>
        <w:tc>
          <w:tcPr>
            <w:tcW w:w="4904" w:type="dxa"/>
            <w:vAlign w:val="center"/>
          </w:tcPr>
          <w:p w14:paraId="0A72DDCC" w14:textId="77777777" w:rsidR="00427B86" w:rsidRDefault="00000000">
            <w:pPr>
              <w:jc w:val="center"/>
            </w:pPr>
            <w:r>
              <w:rPr>
                <w:sz w:val="17"/>
              </w:rPr>
              <w:t>Tıbbi Etik Hasta ve Hakları</w:t>
            </w:r>
          </w:p>
        </w:tc>
        <w:tc>
          <w:tcPr>
            <w:tcW w:w="578" w:type="dxa"/>
            <w:vAlign w:val="center"/>
          </w:tcPr>
          <w:p w14:paraId="73B3A283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4D6E7FC3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23284591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5B018A77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427B86" w14:paraId="399F2F6D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182A2FD" w14:textId="77777777" w:rsidR="00427B86" w:rsidRDefault="00000000">
            <w:pPr>
              <w:jc w:val="center"/>
            </w:pPr>
            <w:r>
              <w:rPr>
                <w:sz w:val="17"/>
              </w:rPr>
              <w:t>SMY117</w:t>
            </w:r>
          </w:p>
        </w:tc>
        <w:tc>
          <w:tcPr>
            <w:tcW w:w="4904" w:type="dxa"/>
            <w:vAlign w:val="center"/>
          </w:tcPr>
          <w:p w14:paraId="5BB37DFA" w14:textId="77777777" w:rsidR="00427B86" w:rsidRDefault="00000000">
            <w:pPr>
              <w:jc w:val="center"/>
            </w:pPr>
            <w:r>
              <w:rPr>
                <w:sz w:val="17"/>
              </w:rPr>
              <w:t>Psikoloji ve Davranış Bilimleri</w:t>
            </w:r>
          </w:p>
        </w:tc>
        <w:tc>
          <w:tcPr>
            <w:tcW w:w="578" w:type="dxa"/>
            <w:vAlign w:val="center"/>
          </w:tcPr>
          <w:p w14:paraId="0FF4D742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EF2C6FC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2C87A62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600BA3FE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427B86" w14:paraId="7D4A6284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2AEB4583" w14:textId="77777777" w:rsidR="00427B86" w:rsidRDefault="00000000">
            <w:pPr>
              <w:jc w:val="center"/>
            </w:pPr>
            <w:r>
              <w:rPr>
                <w:sz w:val="17"/>
              </w:rPr>
              <w:t>BIL101</w:t>
            </w:r>
          </w:p>
        </w:tc>
        <w:tc>
          <w:tcPr>
            <w:tcW w:w="4904" w:type="dxa"/>
            <w:vAlign w:val="center"/>
          </w:tcPr>
          <w:p w14:paraId="1ED66F0F" w14:textId="77777777" w:rsidR="00427B86" w:rsidRDefault="00000000">
            <w:pPr>
              <w:jc w:val="center"/>
            </w:pPr>
            <w:r>
              <w:rPr>
                <w:sz w:val="17"/>
              </w:rPr>
              <w:t>Bilişim Okuryazarlığı (ECDL/ICDL)</w:t>
            </w:r>
          </w:p>
        </w:tc>
        <w:tc>
          <w:tcPr>
            <w:tcW w:w="578" w:type="dxa"/>
            <w:vAlign w:val="center"/>
          </w:tcPr>
          <w:p w14:paraId="236F5C55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235E01B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67E31A43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0E736DDD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427B86" w14:paraId="73C0CEEF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29B25ABD" w14:textId="77777777" w:rsidR="00427B86" w:rsidRDefault="00427B86">
            <w:pPr>
              <w:jc w:val="center"/>
            </w:pPr>
          </w:p>
        </w:tc>
        <w:tc>
          <w:tcPr>
            <w:tcW w:w="4904" w:type="dxa"/>
            <w:vAlign w:val="center"/>
          </w:tcPr>
          <w:p w14:paraId="3A4FD702" w14:textId="77777777" w:rsidR="00427B86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23F8331B" w14:textId="77777777" w:rsidR="00427B86" w:rsidRDefault="00427B86">
            <w:pPr>
              <w:jc w:val="center"/>
            </w:pPr>
          </w:p>
        </w:tc>
        <w:tc>
          <w:tcPr>
            <w:tcW w:w="578" w:type="dxa"/>
            <w:vAlign w:val="center"/>
          </w:tcPr>
          <w:p w14:paraId="03CD6250" w14:textId="77777777" w:rsidR="00427B86" w:rsidRDefault="00427B86">
            <w:pPr>
              <w:jc w:val="center"/>
            </w:pPr>
          </w:p>
        </w:tc>
        <w:tc>
          <w:tcPr>
            <w:tcW w:w="578" w:type="dxa"/>
            <w:vAlign w:val="center"/>
          </w:tcPr>
          <w:p w14:paraId="79413FD2" w14:textId="77777777" w:rsidR="00427B86" w:rsidRDefault="00427B86">
            <w:pPr>
              <w:jc w:val="center"/>
            </w:pPr>
          </w:p>
        </w:tc>
        <w:tc>
          <w:tcPr>
            <w:tcW w:w="675" w:type="dxa"/>
            <w:vAlign w:val="center"/>
          </w:tcPr>
          <w:p w14:paraId="573A544C" w14:textId="77777777" w:rsidR="00427B86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427B86" w14:paraId="50C4A4CF" w14:textId="7777777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46CF932C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244DCBA3" w14:textId="77777777" w:rsidR="00427B86" w:rsidRDefault="00427B86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5789FF16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22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640BC4C9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2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32892C09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23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536B2704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22F389AB" w14:textId="77777777" w:rsidR="00427B86" w:rsidRDefault="00427B86">
      <w:pPr>
        <w:spacing w:after="0"/>
      </w:pPr>
    </w:p>
    <w:p w14:paraId="73F5313F" w14:textId="77777777" w:rsidR="00427B86" w:rsidRDefault="00000000">
      <w:pPr>
        <w:spacing w:after="20"/>
        <w:jc w:val="center"/>
      </w:pPr>
      <w:r>
        <w:rPr>
          <w:b/>
          <w:sz w:val="24"/>
        </w:rPr>
        <w:t>2.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427B86" w14:paraId="0CADE791" w14:textId="7777777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206F2CB5" w14:textId="77777777" w:rsidR="00427B86" w:rsidRDefault="00000000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6412E81B" w14:textId="77777777" w:rsidR="00427B86" w:rsidRDefault="00000000">
            <w:pPr>
              <w:jc w:val="center"/>
            </w:pPr>
            <w:r>
              <w:rPr>
                <w:b/>
              </w:rPr>
              <w:t>Ders Adı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445F312B" w14:textId="77777777" w:rsidR="00427B86" w:rsidRDefault="00000000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12EE24E7" w14:textId="77777777" w:rsidR="00427B86" w:rsidRDefault="00000000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550A6312" w14:textId="77777777" w:rsidR="00427B86" w:rsidRDefault="00000000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0A878960" w14:textId="77777777" w:rsidR="00427B86" w:rsidRDefault="00000000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427B86" w14:paraId="6CDF0C41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699684A" w14:textId="77777777" w:rsidR="00427B86" w:rsidRDefault="00000000">
            <w:pPr>
              <w:jc w:val="center"/>
            </w:pPr>
            <w:r>
              <w:rPr>
                <w:sz w:val="17"/>
              </w:rPr>
              <w:t>TDL102</w:t>
            </w:r>
          </w:p>
        </w:tc>
        <w:tc>
          <w:tcPr>
            <w:tcW w:w="4904" w:type="dxa"/>
            <w:vAlign w:val="center"/>
          </w:tcPr>
          <w:p w14:paraId="4642A4B7" w14:textId="77777777" w:rsidR="00427B86" w:rsidRDefault="00000000">
            <w:pPr>
              <w:jc w:val="center"/>
            </w:pPr>
            <w:r>
              <w:rPr>
                <w:sz w:val="17"/>
              </w:rPr>
              <w:t>Türk Dili-II</w:t>
            </w:r>
          </w:p>
        </w:tc>
        <w:tc>
          <w:tcPr>
            <w:tcW w:w="578" w:type="dxa"/>
            <w:vAlign w:val="center"/>
          </w:tcPr>
          <w:p w14:paraId="05B5E56A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2E2EBA52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51AEB913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36FEED36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427B86" w14:paraId="2E3ADFF9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3E5F912" w14:textId="77777777" w:rsidR="00427B86" w:rsidRDefault="00000000">
            <w:pPr>
              <w:jc w:val="center"/>
            </w:pPr>
            <w:r>
              <w:rPr>
                <w:sz w:val="17"/>
              </w:rPr>
              <w:t>ATA102</w:t>
            </w:r>
          </w:p>
        </w:tc>
        <w:tc>
          <w:tcPr>
            <w:tcW w:w="4904" w:type="dxa"/>
            <w:vAlign w:val="center"/>
          </w:tcPr>
          <w:p w14:paraId="68911143" w14:textId="77777777" w:rsidR="00427B86" w:rsidRDefault="00000000">
            <w:pPr>
              <w:jc w:val="center"/>
            </w:pPr>
            <w:r>
              <w:rPr>
                <w:sz w:val="17"/>
              </w:rPr>
              <w:t>Atatürk İlkeleri ve İnkılap Tarihi-II</w:t>
            </w:r>
          </w:p>
        </w:tc>
        <w:tc>
          <w:tcPr>
            <w:tcW w:w="578" w:type="dxa"/>
            <w:vAlign w:val="center"/>
          </w:tcPr>
          <w:p w14:paraId="20501C7F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C61EFDB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143B757C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4816D01E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427B86" w14:paraId="047A63B1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23AF1B77" w14:textId="77777777" w:rsidR="00427B86" w:rsidRDefault="00000000">
            <w:pPr>
              <w:jc w:val="center"/>
            </w:pPr>
            <w:r>
              <w:rPr>
                <w:sz w:val="17"/>
              </w:rPr>
              <w:t>ING102</w:t>
            </w:r>
          </w:p>
        </w:tc>
        <w:tc>
          <w:tcPr>
            <w:tcW w:w="4904" w:type="dxa"/>
            <w:vAlign w:val="center"/>
          </w:tcPr>
          <w:p w14:paraId="0FBD6D10" w14:textId="77777777" w:rsidR="00427B86" w:rsidRDefault="00000000">
            <w:pPr>
              <w:jc w:val="center"/>
            </w:pPr>
            <w:r>
              <w:rPr>
                <w:sz w:val="17"/>
              </w:rPr>
              <w:t>İngilizce-II</w:t>
            </w:r>
          </w:p>
        </w:tc>
        <w:tc>
          <w:tcPr>
            <w:tcW w:w="578" w:type="dxa"/>
            <w:vAlign w:val="center"/>
          </w:tcPr>
          <w:p w14:paraId="710DC791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8ADEDD4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389A414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5268405F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427B86" w14:paraId="4085451A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664F3558" w14:textId="77777777" w:rsidR="00427B86" w:rsidRDefault="00000000">
            <w:pPr>
              <w:jc w:val="center"/>
            </w:pPr>
            <w:r>
              <w:rPr>
                <w:sz w:val="17"/>
              </w:rPr>
              <w:t>FIZ104</w:t>
            </w:r>
          </w:p>
        </w:tc>
        <w:tc>
          <w:tcPr>
            <w:tcW w:w="4904" w:type="dxa"/>
            <w:vAlign w:val="center"/>
          </w:tcPr>
          <w:p w14:paraId="07BE6C14" w14:textId="77777777" w:rsidR="00427B86" w:rsidRDefault="00000000">
            <w:pPr>
              <w:jc w:val="center"/>
            </w:pPr>
            <w:r>
              <w:rPr>
                <w:sz w:val="17"/>
              </w:rPr>
              <w:t>Fizik Tedavide Yardımcı Gereçler</w:t>
            </w:r>
          </w:p>
        </w:tc>
        <w:tc>
          <w:tcPr>
            <w:tcW w:w="578" w:type="dxa"/>
            <w:vAlign w:val="center"/>
          </w:tcPr>
          <w:p w14:paraId="2F44FF74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508C3DC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C4E83AC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2B1E3288" w14:textId="77777777" w:rsidR="00427B86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427B86" w14:paraId="3FA774C4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53B8CB0A" w14:textId="77777777" w:rsidR="00427B86" w:rsidRDefault="00000000">
            <w:pPr>
              <w:jc w:val="center"/>
            </w:pPr>
            <w:r>
              <w:rPr>
                <w:sz w:val="17"/>
              </w:rPr>
              <w:t>FIZ102</w:t>
            </w:r>
          </w:p>
        </w:tc>
        <w:tc>
          <w:tcPr>
            <w:tcW w:w="4904" w:type="dxa"/>
            <w:vAlign w:val="center"/>
          </w:tcPr>
          <w:p w14:paraId="73521B3E" w14:textId="77777777" w:rsidR="00427B86" w:rsidRDefault="00000000">
            <w:pPr>
              <w:jc w:val="center"/>
            </w:pPr>
            <w:r>
              <w:rPr>
                <w:sz w:val="17"/>
              </w:rPr>
              <w:t>İskelet ve Kas Sistemi Anatomisi</w:t>
            </w:r>
          </w:p>
        </w:tc>
        <w:tc>
          <w:tcPr>
            <w:tcW w:w="578" w:type="dxa"/>
            <w:vAlign w:val="center"/>
          </w:tcPr>
          <w:p w14:paraId="2FEC06D8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CCF66E9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BABB557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55588307" w14:textId="77777777" w:rsidR="00427B86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427B86" w14:paraId="6D540649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6375926" w14:textId="77777777" w:rsidR="00427B86" w:rsidRDefault="00000000">
            <w:pPr>
              <w:jc w:val="center"/>
            </w:pPr>
            <w:r>
              <w:rPr>
                <w:sz w:val="17"/>
              </w:rPr>
              <w:t>FIZ108</w:t>
            </w:r>
          </w:p>
        </w:tc>
        <w:tc>
          <w:tcPr>
            <w:tcW w:w="4904" w:type="dxa"/>
            <w:vAlign w:val="center"/>
          </w:tcPr>
          <w:p w14:paraId="6463C764" w14:textId="77777777" w:rsidR="00427B86" w:rsidRDefault="00000000">
            <w:pPr>
              <w:jc w:val="center"/>
            </w:pPr>
            <w:r>
              <w:rPr>
                <w:sz w:val="17"/>
              </w:rPr>
              <w:t>Masaj Teknikleri</w:t>
            </w:r>
          </w:p>
        </w:tc>
        <w:tc>
          <w:tcPr>
            <w:tcW w:w="578" w:type="dxa"/>
            <w:vAlign w:val="center"/>
          </w:tcPr>
          <w:p w14:paraId="62E53732" w14:textId="77777777" w:rsidR="00427B86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0E835A46" w14:textId="77777777" w:rsidR="00427B86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578" w:type="dxa"/>
            <w:vAlign w:val="center"/>
          </w:tcPr>
          <w:p w14:paraId="602AF27D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6AA5950D" w14:textId="77777777" w:rsidR="00427B86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427B86" w14:paraId="525702D7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B82144E" w14:textId="77777777" w:rsidR="00427B86" w:rsidRDefault="00000000">
            <w:pPr>
              <w:jc w:val="center"/>
            </w:pPr>
            <w:r>
              <w:rPr>
                <w:sz w:val="17"/>
              </w:rPr>
              <w:t>SMY108</w:t>
            </w:r>
          </w:p>
        </w:tc>
        <w:tc>
          <w:tcPr>
            <w:tcW w:w="4904" w:type="dxa"/>
            <w:vAlign w:val="center"/>
          </w:tcPr>
          <w:p w14:paraId="5851E2DB" w14:textId="77777777" w:rsidR="00427B86" w:rsidRDefault="00000000">
            <w:pPr>
              <w:jc w:val="center"/>
            </w:pPr>
            <w:r>
              <w:rPr>
                <w:sz w:val="17"/>
              </w:rPr>
              <w:t>İş Sağlığı ve Güvenliği</w:t>
            </w:r>
          </w:p>
        </w:tc>
        <w:tc>
          <w:tcPr>
            <w:tcW w:w="578" w:type="dxa"/>
            <w:vAlign w:val="center"/>
          </w:tcPr>
          <w:p w14:paraId="5878C253" w14:textId="77777777" w:rsidR="00427B86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2BC3D108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1236E272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5E99EE47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427B86" w14:paraId="38AF4716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6F14E545" w14:textId="77777777" w:rsidR="00427B86" w:rsidRDefault="00000000">
            <w:pPr>
              <w:jc w:val="center"/>
            </w:pPr>
            <w:r>
              <w:rPr>
                <w:sz w:val="17"/>
              </w:rPr>
              <w:t>FIZ207</w:t>
            </w:r>
          </w:p>
        </w:tc>
        <w:tc>
          <w:tcPr>
            <w:tcW w:w="4904" w:type="dxa"/>
            <w:vAlign w:val="center"/>
          </w:tcPr>
          <w:p w14:paraId="0FAC68E1" w14:textId="77777777" w:rsidR="00427B86" w:rsidRDefault="00000000">
            <w:pPr>
              <w:jc w:val="center"/>
            </w:pPr>
            <w:r>
              <w:rPr>
                <w:sz w:val="17"/>
              </w:rPr>
              <w:t>Elektroterapi</w:t>
            </w:r>
          </w:p>
        </w:tc>
        <w:tc>
          <w:tcPr>
            <w:tcW w:w="578" w:type="dxa"/>
            <w:vAlign w:val="center"/>
          </w:tcPr>
          <w:p w14:paraId="644026ED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C222BDE" w14:textId="77777777" w:rsidR="00427B86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578" w:type="dxa"/>
            <w:vAlign w:val="center"/>
          </w:tcPr>
          <w:p w14:paraId="15F987FE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20E2D26C" w14:textId="77777777" w:rsidR="00427B86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427B86" w14:paraId="45A8D2C5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3746E644" w14:textId="77777777" w:rsidR="00427B86" w:rsidRDefault="00427B86">
            <w:pPr>
              <w:jc w:val="center"/>
            </w:pPr>
          </w:p>
        </w:tc>
        <w:tc>
          <w:tcPr>
            <w:tcW w:w="4904" w:type="dxa"/>
            <w:vAlign w:val="center"/>
          </w:tcPr>
          <w:p w14:paraId="35FC9F49" w14:textId="77777777" w:rsidR="00427B86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37779288" w14:textId="77777777" w:rsidR="00427B86" w:rsidRDefault="00427B86">
            <w:pPr>
              <w:jc w:val="center"/>
            </w:pPr>
          </w:p>
        </w:tc>
        <w:tc>
          <w:tcPr>
            <w:tcW w:w="578" w:type="dxa"/>
            <w:vAlign w:val="center"/>
          </w:tcPr>
          <w:p w14:paraId="013D2B2D" w14:textId="77777777" w:rsidR="00427B86" w:rsidRDefault="00427B86">
            <w:pPr>
              <w:jc w:val="center"/>
            </w:pPr>
          </w:p>
        </w:tc>
        <w:tc>
          <w:tcPr>
            <w:tcW w:w="578" w:type="dxa"/>
            <w:vAlign w:val="center"/>
          </w:tcPr>
          <w:p w14:paraId="22AE0091" w14:textId="77777777" w:rsidR="00427B86" w:rsidRDefault="00427B86">
            <w:pPr>
              <w:jc w:val="center"/>
            </w:pPr>
          </w:p>
        </w:tc>
        <w:tc>
          <w:tcPr>
            <w:tcW w:w="675" w:type="dxa"/>
            <w:vAlign w:val="center"/>
          </w:tcPr>
          <w:p w14:paraId="08587C65" w14:textId="77777777" w:rsidR="00427B86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427B86" w14:paraId="4A33D1B0" w14:textId="7777777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78AAA7DE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45F6DF24" w14:textId="77777777" w:rsidR="00427B86" w:rsidRDefault="00427B86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2ADB4CB5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14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3A1A936C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14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28965DA5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20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2B933A64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41003217" w14:textId="77777777" w:rsidR="00427B86" w:rsidRDefault="00000000">
      <w:r>
        <w:br w:type="page"/>
      </w:r>
    </w:p>
    <w:p w14:paraId="3F8E7E70" w14:textId="77777777" w:rsidR="00427B86" w:rsidRDefault="00000000">
      <w:pPr>
        <w:spacing w:after="20"/>
        <w:jc w:val="center"/>
      </w:pPr>
      <w:r>
        <w:rPr>
          <w:b/>
          <w:sz w:val="24"/>
        </w:rPr>
        <w:lastRenderedPageBreak/>
        <w:t>3.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427B86" w14:paraId="696E3B87" w14:textId="7777777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58955F9C" w14:textId="77777777" w:rsidR="00427B86" w:rsidRDefault="00000000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7581C41A" w14:textId="77777777" w:rsidR="00427B86" w:rsidRDefault="00000000">
            <w:pPr>
              <w:jc w:val="center"/>
            </w:pPr>
            <w:r>
              <w:rPr>
                <w:b/>
              </w:rPr>
              <w:t>Ders Adı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0E4D10E2" w14:textId="77777777" w:rsidR="00427B86" w:rsidRDefault="00000000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3D8D7642" w14:textId="77777777" w:rsidR="00427B86" w:rsidRDefault="00000000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76FE98BE" w14:textId="77777777" w:rsidR="00427B86" w:rsidRDefault="00000000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203697E7" w14:textId="77777777" w:rsidR="00427B86" w:rsidRDefault="00000000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427B86" w14:paraId="198B6F29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4EE963D" w14:textId="77777777" w:rsidR="00427B86" w:rsidRDefault="00000000">
            <w:pPr>
              <w:jc w:val="center"/>
            </w:pPr>
            <w:r>
              <w:rPr>
                <w:sz w:val="17"/>
              </w:rPr>
              <w:t>FIZ201</w:t>
            </w:r>
          </w:p>
        </w:tc>
        <w:tc>
          <w:tcPr>
            <w:tcW w:w="4904" w:type="dxa"/>
            <w:vAlign w:val="center"/>
          </w:tcPr>
          <w:p w14:paraId="10068718" w14:textId="77777777" w:rsidR="00427B86" w:rsidRDefault="00000000">
            <w:pPr>
              <w:jc w:val="center"/>
            </w:pPr>
            <w:r>
              <w:rPr>
                <w:sz w:val="17"/>
              </w:rPr>
              <w:t>Fizyoterapi Mesleki Eğitimi-I (İME)</w:t>
            </w:r>
          </w:p>
        </w:tc>
        <w:tc>
          <w:tcPr>
            <w:tcW w:w="578" w:type="dxa"/>
            <w:vAlign w:val="center"/>
          </w:tcPr>
          <w:p w14:paraId="65794A88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792D20B0" w14:textId="77777777" w:rsidR="00427B86" w:rsidRDefault="00000000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578" w:type="dxa"/>
            <w:vAlign w:val="center"/>
          </w:tcPr>
          <w:p w14:paraId="534C059C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26800D50" w14:textId="77777777" w:rsidR="00427B86" w:rsidRDefault="00000000">
            <w:pPr>
              <w:jc w:val="center"/>
            </w:pPr>
            <w:r>
              <w:rPr>
                <w:sz w:val="17"/>
              </w:rPr>
              <w:t>7</w:t>
            </w:r>
          </w:p>
        </w:tc>
      </w:tr>
      <w:tr w:rsidR="00427B86" w14:paraId="548914F5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5343B1C" w14:textId="77777777" w:rsidR="00427B86" w:rsidRDefault="00000000">
            <w:pPr>
              <w:jc w:val="center"/>
            </w:pPr>
            <w:r>
              <w:rPr>
                <w:sz w:val="17"/>
              </w:rPr>
              <w:t>FIZ203</w:t>
            </w:r>
          </w:p>
        </w:tc>
        <w:tc>
          <w:tcPr>
            <w:tcW w:w="4904" w:type="dxa"/>
            <w:vAlign w:val="center"/>
          </w:tcPr>
          <w:p w14:paraId="0FCC5207" w14:textId="77777777" w:rsidR="00427B86" w:rsidRDefault="00000000">
            <w:pPr>
              <w:jc w:val="center"/>
            </w:pPr>
            <w:r>
              <w:rPr>
                <w:sz w:val="17"/>
              </w:rPr>
              <w:t>Ortopedik Hastalıklarda Fizik Tedavi</w:t>
            </w:r>
          </w:p>
        </w:tc>
        <w:tc>
          <w:tcPr>
            <w:tcW w:w="578" w:type="dxa"/>
            <w:vAlign w:val="center"/>
          </w:tcPr>
          <w:p w14:paraId="2C739A81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9FB1709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0AF9BBE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4BF6C24E" w14:textId="77777777" w:rsidR="00427B86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427B86" w14:paraId="78F520C3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29F5E70D" w14:textId="77777777" w:rsidR="00427B86" w:rsidRDefault="00000000">
            <w:pPr>
              <w:jc w:val="center"/>
            </w:pPr>
            <w:r>
              <w:rPr>
                <w:sz w:val="17"/>
              </w:rPr>
              <w:t>FIZ205</w:t>
            </w:r>
          </w:p>
        </w:tc>
        <w:tc>
          <w:tcPr>
            <w:tcW w:w="4904" w:type="dxa"/>
            <w:vAlign w:val="center"/>
          </w:tcPr>
          <w:p w14:paraId="59ADB4B7" w14:textId="77777777" w:rsidR="00427B86" w:rsidRDefault="00000000">
            <w:pPr>
              <w:jc w:val="center"/>
            </w:pPr>
            <w:r>
              <w:rPr>
                <w:sz w:val="17"/>
              </w:rPr>
              <w:t>Romatizmal Hastalıklarda Fizik Tedavi</w:t>
            </w:r>
          </w:p>
        </w:tc>
        <w:tc>
          <w:tcPr>
            <w:tcW w:w="578" w:type="dxa"/>
            <w:vAlign w:val="center"/>
          </w:tcPr>
          <w:p w14:paraId="77FAA5E5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5BB4517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5C5669C8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7A25031B" w14:textId="77777777" w:rsidR="00427B86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427B86" w14:paraId="669F9063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6EF6BFB7" w14:textId="77777777" w:rsidR="00427B86" w:rsidRDefault="00000000">
            <w:pPr>
              <w:jc w:val="center"/>
            </w:pPr>
            <w:r>
              <w:rPr>
                <w:sz w:val="17"/>
              </w:rPr>
              <w:t>FIZ106</w:t>
            </w:r>
          </w:p>
        </w:tc>
        <w:tc>
          <w:tcPr>
            <w:tcW w:w="4904" w:type="dxa"/>
            <w:vAlign w:val="center"/>
          </w:tcPr>
          <w:p w14:paraId="0B25B875" w14:textId="77777777" w:rsidR="00427B86" w:rsidRDefault="00000000">
            <w:pPr>
              <w:jc w:val="center"/>
            </w:pPr>
            <w:r>
              <w:rPr>
                <w:sz w:val="17"/>
              </w:rPr>
              <w:t>Fizyoterapide Temel Değerlendirme Prensipleri</w:t>
            </w:r>
          </w:p>
        </w:tc>
        <w:tc>
          <w:tcPr>
            <w:tcW w:w="578" w:type="dxa"/>
            <w:vAlign w:val="center"/>
          </w:tcPr>
          <w:p w14:paraId="4122266A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78" w:type="dxa"/>
            <w:vAlign w:val="center"/>
          </w:tcPr>
          <w:p w14:paraId="5628760A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69454D0D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22A9C963" w14:textId="77777777" w:rsidR="00427B86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427B86" w14:paraId="73134BAC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273135D" w14:textId="77777777" w:rsidR="00427B86" w:rsidRDefault="00000000">
            <w:pPr>
              <w:jc w:val="center"/>
            </w:pPr>
            <w:r>
              <w:rPr>
                <w:sz w:val="17"/>
              </w:rPr>
              <w:t>SMY113</w:t>
            </w:r>
          </w:p>
        </w:tc>
        <w:tc>
          <w:tcPr>
            <w:tcW w:w="4904" w:type="dxa"/>
            <w:vAlign w:val="center"/>
          </w:tcPr>
          <w:p w14:paraId="63BA91C0" w14:textId="77777777" w:rsidR="00427B86" w:rsidRDefault="00000000">
            <w:pPr>
              <w:jc w:val="center"/>
            </w:pPr>
            <w:r>
              <w:rPr>
                <w:sz w:val="17"/>
              </w:rPr>
              <w:t>İlk ve Acil Yardım</w:t>
            </w:r>
          </w:p>
        </w:tc>
        <w:tc>
          <w:tcPr>
            <w:tcW w:w="578" w:type="dxa"/>
            <w:vAlign w:val="center"/>
          </w:tcPr>
          <w:p w14:paraId="07767115" w14:textId="77777777" w:rsidR="00427B86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65DCEF8B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7DE9B2F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61F4454B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427B86" w14:paraId="535D5E97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64B083C" w14:textId="77777777" w:rsidR="00427B86" w:rsidRDefault="00427B86">
            <w:pPr>
              <w:jc w:val="center"/>
            </w:pPr>
          </w:p>
        </w:tc>
        <w:tc>
          <w:tcPr>
            <w:tcW w:w="4904" w:type="dxa"/>
            <w:vAlign w:val="center"/>
          </w:tcPr>
          <w:p w14:paraId="4787BE49" w14:textId="77777777" w:rsidR="00427B86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3D9BE437" w14:textId="77777777" w:rsidR="00427B86" w:rsidRDefault="00427B86">
            <w:pPr>
              <w:jc w:val="center"/>
            </w:pPr>
          </w:p>
        </w:tc>
        <w:tc>
          <w:tcPr>
            <w:tcW w:w="578" w:type="dxa"/>
            <w:vAlign w:val="center"/>
          </w:tcPr>
          <w:p w14:paraId="208EE8D3" w14:textId="77777777" w:rsidR="00427B86" w:rsidRDefault="00427B86">
            <w:pPr>
              <w:jc w:val="center"/>
            </w:pPr>
          </w:p>
        </w:tc>
        <w:tc>
          <w:tcPr>
            <w:tcW w:w="578" w:type="dxa"/>
            <w:vAlign w:val="center"/>
          </w:tcPr>
          <w:p w14:paraId="2586AE23" w14:textId="77777777" w:rsidR="00427B86" w:rsidRDefault="00427B86">
            <w:pPr>
              <w:jc w:val="center"/>
            </w:pPr>
          </w:p>
        </w:tc>
        <w:tc>
          <w:tcPr>
            <w:tcW w:w="675" w:type="dxa"/>
            <w:vAlign w:val="center"/>
          </w:tcPr>
          <w:p w14:paraId="3AD33321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427B86" w14:paraId="63C75198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002AC62" w14:textId="77777777" w:rsidR="00427B86" w:rsidRDefault="00427B86">
            <w:pPr>
              <w:jc w:val="center"/>
            </w:pPr>
          </w:p>
        </w:tc>
        <w:tc>
          <w:tcPr>
            <w:tcW w:w="4904" w:type="dxa"/>
            <w:vAlign w:val="center"/>
          </w:tcPr>
          <w:p w14:paraId="419C0A29" w14:textId="77777777" w:rsidR="00427B86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1A3EA994" w14:textId="77777777" w:rsidR="00427B86" w:rsidRDefault="00427B86">
            <w:pPr>
              <w:jc w:val="center"/>
            </w:pPr>
          </w:p>
        </w:tc>
        <w:tc>
          <w:tcPr>
            <w:tcW w:w="578" w:type="dxa"/>
            <w:vAlign w:val="center"/>
          </w:tcPr>
          <w:p w14:paraId="70FC4EB5" w14:textId="77777777" w:rsidR="00427B86" w:rsidRDefault="00427B86">
            <w:pPr>
              <w:jc w:val="center"/>
            </w:pPr>
          </w:p>
        </w:tc>
        <w:tc>
          <w:tcPr>
            <w:tcW w:w="578" w:type="dxa"/>
            <w:vAlign w:val="center"/>
          </w:tcPr>
          <w:p w14:paraId="1A645B96" w14:textId="77777777" w:rsidR="00427B86" w:rsidRDefault="00427B86">
            <w:pPr>
              <w:jc w:val="center"/>
            </w:pPr>
          </w:p>
        </w:tc>
        <w:tc>
          <w:tcPr>
            <w:tcW w:w="675" w:type="dxa"/>
            <w:vAlign w:val="center"/>
          </w:tcPr>
          <w:p w14:paraId="171A3747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427B86" w14:paraId="742FD769" w14:textId="7777777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709213E6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2F125D09" w14:textId="77777777" w:rsidR="00427B86" w:rsidRDefault="00427B86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6E87ED1F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8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6FA0A9B5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12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019B70E1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14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43461F69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6A67BB65" w14:textId="77777777" w:rsidR="00427B86" w:rsidRDefault="00427B86">
      <w:pPr>
        <w:spacing w:after="0"/>
      </w:pPr>
    </w:p>
    <w:p w14:paraId="288D1365" w14:textId="77777777" w:rsidR="00427B86" w:rsidRDefault="00000000">
      <w:pPr>
        <w:spacing w:after="20"/>
        <w:jc w:val="center"/>
      </w:pPr>
      <w:r>
        <w:rPr>
          <w:b/>
          <w:sz w:val="24"/>
        </w:rPr>
        <w:t>4.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427B86" w14:paraId="32C1D2BB" w14:textId="7777777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472DCD47" w14:textId="77777777" w:rsidR="00427B86" w:rsidRDefault="00000000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4328F07D" w14:textId="77777777" w:rsidR="00427B86" w:rsidRDefault="00000000">
            <w:pPr>
              <w:jc w:val="center"/>
            </w:pPr>
            <w:r>
              <w:rPr>
                <w:b/>
              </w:rPr>
              <w:t>Ders Adı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149EC122" w14:textId="77777777" w:rsidR="00427B86" w:rsidRDefault="00000000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2963E109" w14:textId="77777777" w:rsidR="00427B86" w:rsidRDefault="00000000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77BCEC22" w14:textId="77777777" w:rsidR="00427B86" w:rsidRDefault="00000000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25BBDAB3" w14:textId="77777777" w:rsidR="00427B86" w:rsidRDefault="00000000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427B86" w14:paraId="54B28A13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50BE1145" w14:textId="77777777" w:rsidR="00427B86" w:rsidRDefault="00000000">
            <w:pPr>
              <w:jc w:val="center"/>
            </w:pPr>
            <w:r>
              <w:rPr>
                <w:sz w:val="17"/>
              </w:rPr>
              <w:t>FIZ202</w:t>
            </w:r>
          </w:p>
        </w:tc>
        <w:tc>
          <w:tcPr>
            <w:tcW w:w="4904" w:type="dxa"/>
            <w:vAlign w:val="center"/>
          </w:tcPr>
          <w:p w14:paraId="26A96CE5" w14:textId="77777777" w:rsidR="00427B86" w:rsidRDefault="00000000">
            <w:pPr>
              <w:jc w:val="center"/>
            </w:pPr>
            <w:r>
              <w:rPr>
                <w:sz w:val="17"/>
              </w:rPr>
              <w:t>Fizyoterapi Mesleki Eğitimi-II (İME)</w:t>
            </w:r>
          </w:p>
        </w:tc>
        <w:tc>
          <w:tcPr>
            <w:tcW w:w="578" w:type="dxa"/>
            <w:vAlign w:val="center"/>
          </w:tcPr>
          <w:p w14:paraId="4CC34516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7A3E4A29" w14:textId="77777777" w:rsidR="00427B86" w:rsidRDefault="00000000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578" w:type="dxa"/>
            <w:vAlign w:val="center"/>
          </w:tcPr>
          <w:p w14:paraId="42AFF9AF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740A92E6" w14:textId="77777777" w:rsidR="00427B86" w:rsidRDefault="00000000">
            <w:pPr>
              <w:jc w:val="center"/>
            </w:pPr>
            <w:r>
              <w:rPr>
                <w:sz w:val="17"/>
              </w:rPr>
              <w:t>8</w:t>
            </w:r>
          </w:p>
        </w:tc>
      </w:tr>
      <w:tr w:rsidR="00427B86" w14:paraId="57952B18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6067D2F1" w14:textId="77777777" w:rsidR="00427B86" w:rsidRDefault="00000000">
            <w:pPr>
              <w:jc w:val="center"/>
            </w:pPr>
            <w:r>
              <w:rPr>
                <w:sz w:val="17"/>
              </w:rPr>
              <w:t>FIZ204</w:t>
            </w:r>
          </w:p>
        </w:tc>
        <w:tc>
          <w:tcPr>
            <w:tcW w:w="4904" w:type="dxa"/>
            <w:vAlign w:val="center"/>
          </w:tcPr>
          <w:p w14:paraId="0A1451CD" w14:textId="77777777" w:rsidR="00427B86" w:rsidRDefault="00000000">
            <w:pPr>
              <w:jc w:val="center"/>
            </w:pPr>
            <w:r>
              <w:rPr>
                <w:sz w:val="17"/>
              </w:rPr>
              <w:t>Nörolojik Hastalıklarda Fizik Tedavi</w:t>
            </w:r>
          </w:p>
        </w:tc>
        <w:tc>
          <w:tcPr>
            <w:tcW w:w="578" w:type="dxa"/>
            <w:vAlign w:val="center"/>
          </w:tcPr>
          <w:p w14:paraId="4892EEAD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78" w:type="dxa"/>
            <w:vAlign w:val="center"/>
          </w:tcPr>
          <w:p w14:paraId="47DB4E72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435D3EF6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6B452B25" w14:textId="77777777" w:rsidR="00427B86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427B86" w14:paraId="6AD81949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0A30CEA" w14:textId="77777777" w:rsidR="00427B86" w:rsidRDefault="00000000">
            <w:pPr>
              <w:jc w:val="center"/>
            </w:pPr>
            <w:r>
              <w:rPr>
                <w:sz w:val="17"/>
              </w:rPr>
              <w:t>FIZ206</w:t>
            </w:r>
          </w:p>
        </w:tc>
        <w:tc>
          <w:tcPr>
            <w:tcW w:w="4904" w:type="dxa"/>
            <w:vAlign w:val="center"/>
          </w:tcPr>
          <w:p w14:paraId="5A3334A3" w14:textId="77777777" w:rsidR="00427B86" w:rsidRDefault="00000000">
            <w:pPr>
              <w:jc w:val="center"/>
            </w:pPr>
            <w:r>
              <w:rPr>
                <w:sz w:val="17"/>
              </w:rPr>
              <w:t>Kinezyoloji</w:t>
            </w:r>
          </w:p>
        </w:tc>
        <w:tc>
          <w:tcPr>
            <w:tcW w:w="578" w:type="dxa"/>
            <w:vAlign w:val="center"/>
          </w:tcPr>
          <w:p w14:paraId="797743ED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F75DED2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17F204B8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3AABC602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427B86" w14:paraId="156544BC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7F4EE832" w14:textId="77777777" w:rsidR="00427B86" w:rsidRDefault="00000000">
            <w:pPr>
              <w:jc w:val="center"/>
            </w:pPr>
            <w:r>
              <w:rPr>
                <w:sz w:val="17"/>
              </w:rPr>
              <w:t>SMY104</w:t>
            </w:r>
          </w:p>
        </w:tc>
        <w:tc>
          <w:tcPr>
            <w:tcW w:w="4904" w:type="dxa"/>
            <w:vAlign w:val="center"/>
          </w:tcPr>
          <w:p w14:paraId="112ECEE9" w14:textId="77777777" w:rsidR="00427B86" w:rsidRDefault="00000000">
            <w:pPr>
              <w:jc w:val="center"/>
            </w:pPr>
            <w:r>
              <w:rPr>
                <w:sz w:val="17"/>
              </w:rPr>
              <w:t>Halk Sağlığı</w:t>
            </w:r>
          </w:p>
        </w:tc>
        <w:tc>
          <w:tcPr>
            <w:tcW w:w="578" w:type="dxa"/>
            <w:vAlign w:val="center"/>
          </w:tcPr>
          <w:p w14:paraId="4BC48727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4D81BA16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4CCAC72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3B004BB5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427B86" w14:paraId="7BA0276A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690A9BF0" w14:textId="77777777" w:rsidR="00427B86" w:rsidRDefault="00000000">
            <w:pPr>
              <w:jc w:val="center"/>
            </w:pPr>
            <w:r>
              <w:rPr>
                <w:sz w:val="17"/>
              </w:rPr>
              <w:t>FIZ208</w:t>
            </w:r>
          </w:p>
        </w:tc>
        <w:tc>
          <w:tcPr>
            <w:tcW w:w="4904" w:type="dxa"/>
            <w:vAlign w:val="center"/>
          </w:tcPr>
          <w:p w14:paraId="570D3681" w14:textId="77777777" w:rsidR="00427B86" w:rsidRDefault="00000000">
            <w:pPr>
              <w:jc w:val="center"/>
            </w:pPr>
            <w:r>
              <w:rPr>
                <w:sz w:val="17"/>
              </w:rPr>
              <w:t>Ortez Protez</w:t>
            </w:r>
          </w:p>
        </w:tc>
        <w:tc>
          <w:tcPr>
            <w:tcW w:w="578" w:type="dxa"/>
            <w:vAlign w:val="center"/>
          </w:tcPr>
          <w:p w14:paraId="30F0D76B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2284F492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61A75091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6ACAA81C" w14:textId="77777777" w:rsidR="00427B86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427B86" w14:paraId="102A74F4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A15076A" w14:textId="77777777" w:rsidR="00427B86" w:rsidRDefault="00000000">
            <w:pPr>
              <w:jc w:val="center"/>
            </w:pPr>
            <w:r>
              <w:rPr>
                <w:sz w:val="17"/>
              </w:rPr>
              <w:t>KRG102</w:t>
            </w:r>
          </w:p>
        </w:tc>
        <w:tc>
          <w:tcPr>
            <w:tcW w:w="4904" w:type="dxa"/>
            <w:vAlign w:val="center"/>
          </w:tcPr>
          <w:p w14:paraId="23CA5BBB" w14:textId="77777777" w:rsidR="00427B86" w:rsidRDefault="00000000">
            <w:pPr>
              <w:jc w:val="center"/>
            </w:pPr>
            <w:r>
              <w:rPr>
                <w:sz w:val="17"/>
              </w:rPr>
              <w:t>Kariyer Gelişimi</w:t>
            </w:r>
          </w:p>
        </w:tc>
        <w:tc>
          <w:tcPr>
            <w:tcW w:w="578" w:type="dxa"/>
            <w:vAlign w:val="center"/>
          </w:tcPr>
          <w:p w14:paraId="252DCFD4" w14:textId="77777777" w:rsidR="00427B86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698AC903" w14:textId="77777777" w:rsidR="00427B86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C4E5F7F" w14:textId="77777777" w:rsidR="00427B86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75" w:type="dxa"/>
            <w:vAlign w:val="center"/>
          </w:tcPr>
          <w:p w14:paraId="35B231BA" w14:textId="77777777" w:rsidR="00427B8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427B86" w14:paraId="012337F1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7D579F3" w14:textId="77777777" w:rsidR="00427B86" w:rsidRDefault="00427B86">
            <w:pPr>
              <w:jc w:val="center"/>
            </w:pPr>
          </w:p>
        </w:tc>
        <w:tc>
          <w:tcPr>
            <w:tcW w:w="4904" w:type="dxa"/>
            <w:vAlign w:val="center"/>
          </w:tcPr>
          <w:p w14:paraId="63B439CA" w14:textId="77777777" w:rsidR="00427B86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1419E469" w14:textId="77777777" w:rsidR="00427B86" w:rsidRDefault="00427B86">
            <w:pPr>
              <w:jc w:val="center"/>
            </w:pPr>
          </w:p>
        </w:tc>
        <w:tc>
          <w:tcPr>
            <w:tcW w:w="578" w:type="dxa"/>
            <w:vAlign w:val="center"/>
          </w:tcPr>
          <w:p w14:paraId="405C4472" w14:textId="77777777" w:rsidR="00427B86" w:rsidRDefault="00427B86">
            <w:pPr>
              <w:jc w:val="center"/>
            </w:pPr>
          </w:p>
        </w:tc>
        <w:tc>
          <w:tcPr>
            <w:tcW w:w="578" w:type="dxa"/>
            <w:vAlign w:val="center"/>
          </w:tcPr>
          <w:p w14:paraId="2EBA9B03" w14:textId="77777777" w:rsidR="00427B86" w:rsidRDefault="00427B86">
            <w:pPr>
              <w:jc w:val="center"/>
            </w:pPr>
          </w:p>
        </w:tc>
        <w:tc>
          <w:tcPr>
            <w:tcW w:w="675" w:type="dxa"/>
            <w:vAlign w:val="center"/>
          </w:tcPr>
          <w:p w14:paraId="47D99483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427B86" w14:paraId="4B687EBA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3F25BD91" w14:textId="77777777" w:rsidR="00427B86" w:rsidRDefault="00427B86">
            <w:pPr>
              <w:jc w:val="center"/>
            </w:pPr>
          </w:p>
        </w:tc>
        <w:tc>
          <w:tcPr>
            <w:tcW w:w="4904" w:type="dxa"/>
            <w:vAlign w:val="center"/>
          </w:tcPr>
          <w:p w14:paraId="25E6332E" w14:textId="77777777" w:rsidR="00427B86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0B461FF1" w14:textId="77777777" w:rsidR="00427B86" w:rsidRDefault="00427B86">
            <w:pPr>
              <w:jc w:val="center"/>
            </w:pPr>
          </w:p>
        </w:tc>
        <w:tc>
          <w:tcPr>
            <w:tcW w:w="578" w:type="dxa"/>
            <w:vAlign w:val="center"/>
          </w:tcPr>
          <w:p w14:paraId="1C4404D2" w14:textId="77777777" w:rsidR="00427B86" w:rsidRDefault="00427B86">
            <w:pPr>
              <w:jc w:val="center"/>
            </w:pPr>
          </w:p>
        </w:tc>
        <w:tc>
          <w:tcPr>
            <w:tcW w:w="578" w:type="dxa"/>
            <w:vAlign w:val="center"/>
          </w:tcPr>
          <w:p w14:paraId="78799C77" w14:textId="77777777" w:rsidR="00427B86" w:rsidRDefault="00427B86">
            <w:pPr>
              <w:jc w:val="center"/>
            </w:pPr>
          </w:p>
        </w:tc>
        <w:tc>
          <w:tcPr>
            <w:tcW w:w="675" w:type="dxa"/>
            <w:vAlign w:val="center"/>
          </w:tcPr>
          <w:p w14:paraId="6C747990" w14:textId="77777777" w:rsidR="00427B8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427B86" w14:paraId="68BADAB5" w14:textId="7777777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02D27154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5E524921" w14:textId="77777777" w:rsidR="00427B86" w:rsidRDefault="00427B86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15CC57E0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10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5B53F188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6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3E65E159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13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6582DF3C" w14:textId="77777777" w:rsidR="00427B86" w:rsidRDefault="00000000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636550C1" w14:textId="77777777" w:rsidR="00C43889" w:rsidRDefault="00C43889"/>
    <w:sectPr w:rsidR="00C43889" w:rsidSect="00034616">
      <w:pgSz w:w="11906" w:h="16838"/>
      <w:pgMar w:top="709" w:right="709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374795">
    <w:abstractNumId w:val="8"/>
  </w:num>
  <w:num w:numId="2" w16cid:durableId="49689808">
    <w:abstractNumId w:val="6"/>
  </w:num>
  <w:num w:numId="3" w16cid:durableId="1790466187">
    <w:abstractNumId w:val="5"/>
  </w:num>
  <w:num w:numId="4" w16cid:durableId="2131629863">
    <w:abstractNumId w:val="4"/>
  </w:num>
  <w:num w:numId="5" w16cid:durableId="412892480">
    <w:abstractNumId w:val="7"/>
  </w:num>
  <w:num w:numId="6" w16cid:durableId="1014310913">
    <w:abstractNumId w:val="3"/>
  </w:num>
  <w:num w:numId="7" w16cid:durableId="246816346">
    <w:abstractNumId w:val="2"/>
  </w:num>
  <w:num w:numId="8" w16cid:durableId="1658723571">
    <w:abstractNumId w:val="1"/>
  </w:num>
  <w:num w:numId="9" w16cid:durableId="26739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27B86"/>
    <w:rsid w:val="00437E47"/>
    <w:rsid w:val="006F52DD"/>
    <w:rsid w:val="00AA1D8D"/>
    <w:rsid w:val="00B47730"/>
    <w:rsid w:val="00C4388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4C16B3"/>
  <w14:defaultImageDpi w14:val="300"/>
  <w15:docId w15:val="{EE06C587-21D3-4068-95C7-36E9AD75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arzu dilekçier</cp:lastModifiedBy>
  <cp:revision>2</cp:revision>
  <dcterms:created xsi:type="dcterms:W3CDTF">2026-10-10T22:39:00Z</dcterms:created>
  <dcterms:modified xsi:type="dcterms:W3CDTF">2026-10-10T22:39:00Z</dcterms:modified>
  <cp:category/>
</cp:coreProperties>
</file>