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4DC7F" w14:textId="77777777" w:rsidR="0053006E" w:rsidRDefault="00000000">
      <w:pPr>
        <w:spacing w:after="20"/>
        <w:jc w:val="center"/>
      </w:pPr>
      <w:r>
        <w:rPr>
          <w:b/>
          <w:sz w:val="26"/>
        </w:rPr>
        <w:t>İSTANBUL KENT ÜNİVERSİTESİ</w:t>
      </w:r>
    </w:p>
    <w:p w14:paraId="0D9BF012" w14:textId="77777777" w:rsidR="0053006E" w:rsidRDefault="00000000">
      <w:pPr>
        <w:spacing w:after="20"/>
        <w:jc w:val="center"/>
      </w:pPr>
      <w:r>
        <w:rPr>
          <w:b/>
          <w:sz w:val="24"/>
        </w:rPr>
        <w:t>SAĞLIK HİZMETLERİ MESLEK YÜKSEKOKULU</w:t>
      </w:r>
    </w:p>
    <w:p w14:paraId="3255A6CD" w14:textId="77777777" w:rsidR="0053006E" w:rsidRDefault="00000000">
      <w:pPr>
        <w:spacing w:after="20"/>
        <w:jc w:val="center"/>
      </w:pPr>
      <w:r>
        <w:rPr>
          <w:b/>
          <w:sz w:val="24"/>
        </w:rPr>
        <w:t>FİZYOTERAPİ PROGRAMI</w:t>
      </w:r>
    </w:p>
    <w:p w14:paraId="1AECCC29" w14:textId="77777777" w:rsidR="0053006E" w:rsidRDefault="00000000">
      <w:pPr>
        <w:spacing w:after="20"/>
        <w:jc w:val="center"/>
      </w:pPr>
      <w:r>
        <w:rPr>
          <w:b/>
          <w:color w:val="800000"/>
          <w:sz w:val="28"/>
        </w:rPr>
        <w:t>2025-2026 EĞİTİM ÖĞRETİM YILI MÜFREDATI</w:t>
      </w:r>
    </w:p>
    <w:p w14:paraId="0960F187" w14:textId="77777777" w:rsidR="0053006E" w:rsidRDefault="00000000">
      <w:pPr>
        <w:spacing w:after="20"/>
        <w:jc w:val="center"/>
      </w:pPr>
      <w:r>
        <w:rPr>
          <w:b/>
          <w:sz w:val="24"/>
        </w:rPr>
        <w:t>1.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53006E" w14:paraId="4C79DF1F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671E7719" w14:textId="77777777" w:rsidR="0053006E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16CBD69F" w14:textId="77777777" w:rsidR="0053006E" w:rsidRDefault="00000000">
            <w:pPr>
              <w:jc w:val="center"/>
            </w:pPr>
            <w:r>
              <w:rPr>
                <w:b/>
              </w:rPr>
              <w:t xml:space="preserve">Ders </w:t>
            </w:r>
            <w:proofErr w:type="spellStart"/>
            <w:r>
              <w:rPr>
                <w:b/>
              </w:rPr>
              <w:t>Adı</w:t>
            </w:r>
            <w:proofErr w:type="spellEnd"/>
          </w:p>
        </w:tc>
        <w:tc>
          <w:tcPr>
            <w:tcW w:w="578" w:type="dxa"/>
            <w:shd w:val="clear" w:color="auto" w:fill="D9EAD3"/>
            <w:vAlign w:val="center"/>
          </w:tcPr>
          <w:p w14:paraId="24F551C1" w14:textId="77777777" w:rsidR="0053006E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724E113B" w14:textId="77777777" w:rsidR="0053006E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37F80683" w14:textId="77777777" w:rsidR="0053006E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411E8FA7" w14:textId="77777777" w:rsidR="0053006E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53006E" w14:paraId="2F46F21E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A717FDA" w14:textId="77777777" w:rsidR="0053006E" w:rsidRDefault="00000000">
            <w:pPr>
              <w:jc w:val="center"/>
            </w:pPr>
            <w:r>
              <w:rPr>
                <w:sz w:val="17"/>
              </w:rPr>
              <w:t>TDL101</w:t>
            </w:r>
          </w:p>
        </w:tc>
        <w:tc>
          <w:tcPr>
            <w:tcW w:w="4904" w:type="dxa"/>
            <w:vAlign w:val="center"/>
          </w:tcPr>
          <w:p w14:paraId="6F42B4FF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Türk</w:t>
            </w:r>
            <w:proofErr w:type="spellEnd"/>
            <w:r>
              <w:rPr>
                <w:sz w:val="17"/>
              </w:rPr>
              <w:t xml:space="preserve"> Dili-I</w:t>
            </w:r>
          </w:p>
        </w:tc>
        <w:tc>
          <w:tcPr>
            <w:tcW w:w="578" w:type="dxa"/>
            <w:vAlign w:val="center"/>
          </w:tcPr>
          <w:p w14:paraId="6D267C91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7885B019" w14:textId="77777777" w:rsidR="0053006E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BC19ECD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DF5F1B9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3006E" w14:paraId="63207087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FC32D4F" w14:textId="77777777" w:rsidR="0053006E" w:rsidRDefault="00000000">
            <w:pPr>
              <w:jc w:val="center"/>
            </w:pPr>
            <w:r>
              <w:rPr>
                <w:sz w:val="17"/>
              </w:rPr>
              <w:t>ATA101</w:t>
            </w:r>
          </w:p>
        </w:tc>
        <w:tc>
          <w:tcPr>
            <w:tcW w:w="4904" w:type="dxa"/>
            <w:vAlign w:val="center"/>
          </w:tcPr>
          <w:p w14:paraId="0DAE0353" w14:textId="77777777" w:rsidR="0053006E" w:rsidRDefault="00000000">
            <w:pPr>
              <w:jc w:val="center"/>
            </w:pPr>
            <w:r>
              <w:rPr>
                <w:sz w:val="17"/>
              </w:rPr>
              <w:t xml:space="preserve">Atatürk </w:t>
            </w:r>
            <w:proofErr w:type="spellStart"/>
            <w:r>
              <w:rPr>
                <w:sz w:val="17"/>
              </w:rPr>
              <w:t>İlkeleri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İnkılap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Tarihi</w:t>
            </w:r>
            <w:proofErr w:type="spellEnd"/>
            <w:r>
              <w:rPr>
                <w:sz w:val="17"/>
              </w:rPr>
              <w:t>-I</w:t>
            </w:r>
          </w:p>
        </w:tc>
        <w:tc>
          <w:tcPr>
            <w:tcW w:w="578" w:type="dxa"/>
            <w:vAlign w:val="center"/>
          </w:tcPr>
          <w:p w14:paraId="67C22F89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FA6974D" w14:textId="77777777" w:rsidR="0053006E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5073A77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115ACABD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3006E" w14:paraId="076FD040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E89C9E6" w14:textId="77777777" w:rsidR="0053006E" w:rsidRDefault="00000000">
            <w:pPr>
              <w:jc w:val="center"/>
            </w:pPr>
            <w:r>
              <w:rPr>
                <w:sz w:val="17"/>
              </w:rPr>
              <w:t>ING101</w:t>
            </w:r>
          </w:p>
        </w:tc>
        <w:tc>
          <w:tcPr>
            <w:tcW w:w="4904" w:type="dxa"/>
            <w:vAlign w:val="center"/>
          </w:tcPr>
          <w:p w14:paraId="37137B1C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İngilizce</w:t>
            </w:r>
            <w:proofErr w:type="spellEnd"/>
            <w:r>
              <w:rPr>
                <w:sz w:val="17"/>
              </w:rPr>
              <w:t>-I</w:t>
            </w:r>
          </w:p>
        </w:tc>
        <w:tc>
          <w:tcPr>
            <w:tcW w:w="578" w:type="dxa"/>
            <w:vAlign w:val="center"/>
          </w:tcPr>
          <w:p w14:paraId="0166B313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5BF08178" w14:textId="77777777" w:rsidR="0053006E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4A3C0D2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92910A2" w14:textId="77777777" w:rsidR="0053006E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3006E" w14:paraId="3D620F3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794DFF8" w14:textId="77777777" w:rsidR="0053006E" w:rsidRDefault="00000000">
            <w:pPr>
              <w:jc w:val="center"/>
            </w:pPr>
            <w:r>
              <w:rPr>
                <w:sz w:val="17"/>
              </w:rPr>
              <w:t>SMY133</w:t>
            </w:r>
          </w:p>
        </w:tc>
        <w:tc>
          <w:tcPr>
            <w:tcW w:w="4904" w:type="dxa"/>
            <w:vAlign w:val="center"/>
          </w:tcPr>
          <w:p w14:paraId="55611A30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Fizyoterapide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Terminoloji</w:t>
            </w:r>
            <w:proofErr w:type="spellEnd"/>
          </w:p>
        </w:tc>
        <w:tc>
          <w:tcPr>
            <w:tcW w:w="578" w:type="dxa"/>
            <w:vAlign w:val="center"/>
          </w:tcPr>
          <w:p w14:paraId="09368F43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D22BF6E" w14:textId="77777777" w:rsidR="0053006E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9169A62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432D56A7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3006E" w14:paraId="7389D71F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5EECD47" w14:textId="77777777" w:rsidR="0053006E" w:rsidRDefault="00000000">
            <w:pPr>
              <w:jc w:val="center"/>
            </w:pPr>
            <w:r>
              <w:rPr>
                <w:sz w:val="17"/>
              </w:rPr>
              <w:t>SMY101</w:t>
            </w:r>
          </w:p>
        </w:tc>
        <w:tc>
          <w:tcPr>
            <w:tcW w:w="4904" w:type="dxa"/>
            <w:vAlign w:val="center"/>
          </w:tcPr>
          <w:p w14:paraId="6546193F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Anatomi</w:t>
            </w:r>
            <w:proofErr w:type="spellEnd"/>
          </w:p>
        </w:tc>
        <w:tc>
          <w:tcPr>
            <w:tcW w:w="578" w:type="dxa"/>
            <w:vAlign w:val="center"/>
          </w:tcPr>
          <w:p w14:paraId="4D437AD9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0CCC56D" w14:textId="77777777" w:rsidR="0053006E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ABEC455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437ED3A2" w14:textId="77777777" w:rsidR="0053006E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3006E" w14:paraId="7792F490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A0EC856" w14:textId="77777777" w:rsidR="0053006E" w:rsidRDefault="00000000">
            <w:pPr>
              <w:jc w:val="center"/>
            </w:pPr>
            <w:r>
              <w:rPr>
                <w:sz w:val="17"/>
              </w:rPr>
              <w:t>SMY107</w:t>
            </w:r>
          </w:p>
        </w:tc>
        <w:tc>
          <w:tcPr>
            <w:tcW w:w="4904" w:type="dxa"/>
            <w:vAlign w:val="center"/>
          </w:tcPr>
          <w:p w14:paraId="74283952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Fizyoloji</w:t>
            </w:r>
            <w:proofErr w:type="spellEnd"/>
          </w:p>
        </w:tc>
        <w:tc>
          <w:tcPr>
            <w:tcW w:w="578" w:type="dxa"/>
            <w:vAlign w:val="center"/>
          </w:tcPr>
          <w:p w14:paraId="462BF3D4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F35DB5E" w14:textId="77777777" w:rsidR="0053006E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702D6655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18BBCC22" w14:textId="77777777" w:rsidR="0053006E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3006E" w14:paraId="73616F4E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BBD2BB3" w14:textId="77777777" w:rsidR="0053006E" w:rsidRDefault="00000000">
            <w:pPr>
              <w:jc w:val="center"/>
            </w:pPr>
            <w:r>
              <w:rPr>
                <w:sz w:val="17"/>
              </w:rPr>
              <w:t>FIZ103</w:t>
            </w:r>
          </w:p>
        </w:tc>
        <w:tc>
          <w:tcPr>
            <w:tcW w:w="4904" w:type="dxa"/>
            <w:vAlign w:val="center"/>
          </w:tcPr>
          <w:p w14:paraId="034267BE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Fizyoterapi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Rehabilitasyona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Giriş</w:t>
            </w:r>
            <w:proofErr w:type="spellEnd"/>
          </w:p>
        </w:tc>
        <w:tc>
          <w:tcPr>
            <w:tcW w:w="578" w:type="dxa"/>
            <w:vAlign w:val="center"/>
          </w:tcPr>
          <w:p w14:paraId="2592A537" w14:textId="77777777" w:rsidR="0053006E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05D8E383" w14:textId="77777777" w:rsidR="0053006E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C9CC95E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5E5FE81" w14:textId="77777777" w:rsidR="0053006E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53006E" w14:paraId="7E89C0FB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BF7F85F" w14:textId="77777777" w:rsidR="0053006E" w:rsidRDefault="00000000">
            <w:pPr>
              <w:jc w:val="center"/>
            </w:pPr>
            <w:r>
              <w:rPr>
                <w:sz w:val="17"/>
              </w:rPr>
              <w:t>FIZ101</w:t>
            </w:r>
          </w:p>
        </w:tc>
        <w:tc>
          <w:tcPr>
            <w:tcW w:w="4904" w:type="dxa"/>
            <w:vAlign w:val="center"/>
          </w:tcPr>
          <w:p w14:paraId="73004A39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Isı</w:t>
            </w:r>
            <w:proofErr w:type="spellEnd"/>
            <w:r>
              <w:rPr>
                <w:sz w:val="17"/>
              </w:rPr>
              <w:t xml:space="preserve"> - Işık, </w:t>
            </w:r>
            <w:proofErr w:type="spellStart"/>
            <w:r>
              <w:rPr>
                <w:sz w:val="17"/>
              </w:rPr>
              <w:t>Hidroterapi</w:t>
            </w:r>
            <w:proofErr w:type="spellEnd"/>
          </w:p>
        </w:tc>
        <w:tc>
          <w:tcPr>
            <w:tcW w:w="578" w:type="dxa"/>
            <w:vAlign w:val="center"/>
          </w:tcPr>
          <w:p w14:paraId="6D2C5455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58AC22CF" w14:textId="77777777" w:rsidR="0053006E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578" w:type="dxa"/>
            <w:vAlign w:val="center"/>
          </w:tcPr>
          <w:p w14:paraId="5EC0489F" w14:textId="77777777" w:rsidR="0053006E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675" w:type="dxa"/>
            <w:vAlign w:val="center"/>
          </w:tcPr>
          <w:p w14:paraId="11AEEB68" w14:textId="77777777" w:rsidR="0053006E" w:rsidRDefault="00000000">
            <w:pPr>
              <w:jc w:val="center"/>
            </w:pPr>
            <w:r>
              <w:rPr>
                <w:sz w:val="17"/>
              </w:rPr>
              <w:t>7</w:t>
            </w:r>
          </w:p>
        </w:tc>
      </w:tr>
      <w:tr w:rsidR="0053006E" w14:paraId="2B5C4172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5BD52FA" w14:textId="77777777" w:rsidR="0053006E" w:rsidRDefault="00000000">
            <w:pPr>
              <w:jc w:val="center"/>
            </w:pPr>
            <w:r>
              <w:rPr>
                <w:sz w:val="17"/>
              </w:rPr>
              <w:t>BIL101</w:t>
            </w:r>
          </w:p>
        </w:tc>
        <w:tc>
          <w:tcPr>
            <w:tcW w:w="4904" w:type="dxa"/>
            <w:vAlign w:val="center"/>
          </w:tcPr>
          <w:p w14:paraId="4B24E29D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Bilişim</w:t>
            </w:r>
            <w:proofErr w:type="spellEnd"/>
            <w:r>
              <w:rPr>
                <w:sz w:val="17"/>
              </w:rPr>
              <w:t xml:space="preserve"> Okuryazarlığı (ECDL/ICDL)</w:t>
            </w:r>
          </w:p>
        </w:tc>
        <w:tc>
          <w:tcPr>
            <w:tcW w:w="578" w:type="dxa"/>
            <w:vAlign w:val="center"/>
          </w:tcPr>
          <w:p w14:paraId="611677CD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5FEDA5A" w14:textId="77777777" w:rsidR="0053006E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D0B713C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B03C9AA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3006E" w14:paraId="1B6EEFB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D477F38" w14:textId="77777777" w:rsidR="0053006E" w:rsidRDefault="0053006E">
            <w:pPr>
              <w:jc w:val="center"/>
            </w:pPr>
          </w:p>
        </w:tc>
        <w:tc>
          <w:tcPr>
            <w:tcW w:w="4904" w:type="dxa"/>
            <w:vAlign w:val="center"/>
          </w:tcPr>
          <w:p w14:paraId="0AE841CB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578" w:type="dxa"/>
            <w:vAlign w:val="center"/>
          </w:tcPr>
          <w:p w14:paraId="0B30AFF0" w14:textId="77777777" w:rsidR="0053006E" w:rsidRDefault="0053006E">
            <w:pPr>
              <w:jc w:val="center"/>
            </w:pPr>
          </w:p>
        </w:tc>
        <w:tc>
          <w:tcPr>
            <w:tcW w:w="578" w:type="dxa"/>
            <w:vAlign w:val="center"/>
          </w:tcPr>
          <w:p w14:paraId="65DA3D96" w14:textId="77777777" w:rsidR="0053006E" w:rsidRDefault="0053006E">
            <w:pPr>
              <w:jc w:val="center"/>
            </w:pPr>
          </w:p>
        </w:tc>
        <w:tc>
          <w:tcPr>
            <w:tcW w:w="578" w:type="dxa"/>
            <w:vAlign w:val="center"/>
          </w:tcPr>
          <w:p w14:paraId="00799490" w14:textId="77777777" w:rsidR="0053006E" w:rsidRDefault="0053006E">
            <w:pPr>
              <w:jc w:val="center"/>
            </w:pPr>
          </w:p>
        </w:tc>
        <w:tc>
          <w:tcPr>
            <w:tcW w:w="675" w:type="dxa"/>
            <w:vAlign w:val="center"/>
          </w:tcPr>
          <w:p w14:paraId="53450F75" w14:textId="77777777" w:rsidR="0053006E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53006E" w14:paraId="56D27230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09EF4096" w14:textId="77777777" w:rsidR="0053006E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3A8D6CB2" w14:textId="77777777" w:rsidR="0053006E" w:rsidRDefault="0053006E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5E8FB6F6" w14:textId="77777777" w:rsidR="0053006E" w:rsidRDefault="00000000">
            <w:pPr>
              <w:jc w:val="center"/>
            </w:pPr>
            <w:r>
              <w:rPr>
                <w:b/>
                <w:sz w:val="17"/>
              </w:rPr>
              <w:t>19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4A6AF473" w14:textId="77777777" w:rsidR="0053006E" w:rsidRDefault="00000000">
            <w:pPr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0430CE00" w14:textId="77777777" w:rsidR="0053006E" w:rsidRDefault="00000000">
            <w:pPr>
              <w:jc w:val="center"/>
            </w:pPr>
            <w:r>
              <w:rPr>
                <w:b/>
                <w:sz w:val="17"/>
              </w:rPr>
              <w:t>20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5F5B90E4" w14:textId="77777777" w:rsidR="0053006E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627382D6" w14:textId="77777777" w:rsidR="0053006E" w:rsidRDefault="0053006E">
      <w:pPr>
        <w:spacing w:after="0"/>
      </w:pPr>
    </w:p>
    <w:p w14:paraId="046F3F10" w14:textId="77777777" w:rsidR="0053006E" w:rsidRDefault="00000000">
      <w:pPr>
        <w:spacing w:after="20"/>
        <w:jc w:val="center"/>
      </w:pPr>
      <w:r>
        <w:rPr>
          <w:b/>
          <w:sz w:val="24"/>
        </w:rPr>
        <w:t>2.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53006E" w14:paraId="5BF8E77B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3AD2EAD5" w14:textId="77777777" w:rsidR="0053006E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4887B2B0" w14:textId="77777777" w:rsidR="0053006E" w:rsidRDefault="00000000">
            <w:pPr>
              <w:jc w:val="center"/>
            </w:pPr>
            <w:r>
              <w:rPr>
                <w:b/>
              </w:rPr>
              <w:t xml:space="preserve">Ders </w:t>
            </w:r>
            <w:proofErr w:type="spellStart"/>
            <w:r>
              <w:rPr>
                <w:b/>
              </w:rPr>
              <w:t>Adı</w:t>
            </w:r>
            <w:proofErr w:type="spellEnd"/>
          </w:p>
        </w:tc>
        <w:tc>
          <w:tcPr>
            <w:tcW w:w="578" w:type="dxa"/>
            <w:shd w:val="clear" w:color="auto" w:fill="D9EAD3"/>
            <w:vAlign w:val="center"/>
          </w:tcPr>
          <w:p w14:paraId="18DEE474" w14:textId="77777777" w:rsidR="0053006E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39EEF9CD" w14:textId="77777777" w:rsidR="0053006E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1FF20823" w14:textId="77777777" w:rsidR="0053006E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232EF850" w14:textId="77777777" w:rsidR="0053006E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53006E" w14:paraId="33132EE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6D55264" w14:textId="77777777" w:rsidR="0053006E" w:rsidRDefault="00000000">
            <w:pPr>
              <w:jc w:val="center"/>
            </w:pPr>
            <w:r>
              <w:rPr>
                <w:sz w:val="17"/>
              </w:rPr>
              <w:t>TDL102</w:t>
            </w:r>
          </w:p>
        </w:tc>
        <w:tc>
          <w:tcPr>
            <w:tcW w:w="4904" w:type="dxa"/>
            <w:vAlign w:val="center"/>
          </w:tcPr>
          <w:p w14:paraId="70C6B811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Türk</w:t>
            </w:r>
            <w:proofErr w:type="spellEnd"/>
            <w:r>
              <w:rPr>
                <w:sz w:val="17"/>
              </w:rPr>
              <w:t xml:space="preserve"> Dili-II</w:t>
            </w:r>
          </w:p>
        </w:tc>
        <w:tc>
          <w:tcPr>
            <w:tcW w:w="578" w:type="dxa"/>
            <w:vAlign w:val="center"/>
          </w:tcPr>
          <w:p w14:paraId="12905A31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46E0C093" w14:textId="77777777" w:rsidR="0053006E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74898C6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7719C7CE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3006E" w14:paraId="17008C3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1FB6AE7" w14:textId="77777777" w:rsidR="0053006E" w:rsidRDefault="00000000">
            <w:pPr>
              <w:jc w:val="center"/>
            </w:pPr>
            <w:r>
              <w:rPr>
                <w:sz w:val="17"/>
              </w:rPr>
              <w:t>ATA102</w:t>
            </w:r>
          </w:p>
        </w:tc>
        <w:tc>
          <w:tcPr>
            <w:tcW w:w="4904" w:type="dxa"/>
            <w:vAlign w:val="center"/>
          </w:tcPr>
          <w:p w14:paraId="2540D39F" w14:textId="77777777" w:rsidR="0053006E" w:rsidRDefault="00000000">
            <w:pPr>
              <w:jc w:val="center"/>
            </w:pPr>
            <w:r>
              <w:rPr>
                <w:sz w:val="17"/>
              </w:rPr>
              <w:t xml:space="preserve">Atatürk </w:t>
            </w:r>
            <w:proofErr w:type="spellStart"/>
            <w:r>
              <w:rPr>
                <w:sz w:val="17"/>
              </w:rPr>
              <w:t>İlkeleri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İnkılap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Tarihi</w:t>
            </w:r>
            <w:proofErr w:type="spellEnd"/>
            <w:r>
              <w:rPr>
                <w:sz w:val="17"/>
              </w:rPr>
              <w:t>-II</w:t>
            </w:r>
          </w:p>
        </w:tc>
        <w:tc>
          <w:tcPr>
            <w:tcW w:w="578" w:type="dxa"/>
            <w:vAlign w:val="center"/>
          </w:tcPr>
          <w:p w14:paraId="43033AFA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DFA6CD9" w14:textId="77777777" w:rsidR="0053006E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B2EAD7B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8C209D9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3006E" w14:paraId="0B582175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B1017A4" w14:textId="77777777" w:rsidR="0053006E" w:rsidRDefault="00000000">
            <w:pPr>
              <w:jc w:val="center"/>
            </w:pPr>
            <w:r>
              <w:rPr>
                <w:sz w:val="17"/>
              </w:rPr>
              <w:t>ING102</w:t>
            </w:r>
          </w:p>
        </w:tc>
        <w:tc>
          <w:tcPr>
            <w:tcW w:w="4904" w:type="dxa"/>
            <w:vAlign w:val="center"/>
          </w:tcPr>
          <w:p w14:paraId="03679326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İngilizce</w:t>
            </w:r>
            <w:proofErr w:type="spellEnd"/>
            <w:r>
              <w:rPr>
                <w:sz w:val="17"/>
              </w:rPr>
              <w:t>-II</w:t>
            </w:r>
          </w:p>
        </w:tc>
        <w:tc>
          <w:tcPr>
            <w:tcW w:w="578" w:type="dxa"/>
            <w:vAlign w:val="center"/>
          </w:tcPr>
          <w:p w14:paraId="3784BE7F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7A8CCF9F" w14:textId="77777777" w:rsidR="0053006E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705FD87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BDBD3C7" w14:textId="77777777" w:rsidR="0053006E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3006E" w14:paraId="273DA52E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F0846C4" w14:textId="77777777" w:rsidR="0053006E" w:rsidRDefault="00000000">
            <w:pPr>
              <w:jc w:val="center"/>
            </w:pPr>
            <w:r>
              <w:rPr>
                <w:sz w:val="17"/>
              </w:rPr>
              <w:t>FIZ108</w:t>
            </w:r>
          </w:p>
        </w:tc>
        <w:tc>
          <w:tcPr>
            <w:tcW w:w="4904" w:type="dxa"/>
            <w:vAlign w:val="center"/>
          </w:tcPr>
          <w:p w14:paraId="0B8FAF10" w14:textId="77777777" w:rsidR="0053006E" w:rsidRDefault="00000000">
            <w:pPr>
              <w:jc w:val="center"/>
            </w:pPr>
            <w:r>
              <w:rPr>
                <w:sz w:val="17"/>
              </w:rPr>
              <w:t xml:space="preserve">Masaj </w:t>
            </w:r>
            <w:proofErr w:type="spellStart"/>
            <w:r>
              <w:rPr>
                <w:sz w:val="17"/>
              </w:rPr>
              <w:t>Teknikleri</w:t>
            </w:r>
            <w:proofErr w:type="spellEnd"/>
          </w:p>
        </w:tc>
        <w:tc>
          <w:tcPr>
            <w:tcW w:w="578" w:type="dxa"/>
            <w:vAlign w:val="center"/>
          </w:tcPr>
          <w:p w14:paraId="223BB4D5" w14:textId="77777777" w:rsidR="0053006E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679515CF" w14:textId="77777777" w:rsidR="0053006E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578" w:type="dxa"/>
            <w:vAlign w:val="center"/>
          </w:tcPr>
          <w:p w14:paraId="5D729C82" w14:textId="77777777" w:rsidR="0053006E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10EB202A" w14:textId="77777777" w:rsidR="0053006E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53006E" w14:paraId="3BC27C77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2F698DA" w14:textId="77777777" w:rsidR="0053006E" w:rsidRDefault="00000000">
            <w:pPr>
              <w:jc w:val="center"/>
            </w:pPr>
            <w:r>
              <w:rPr>
                <w:sz w:val="17"/>
              </w:rPr>
              <w:t>FIZ207</w:t>
            </w:r>
          </w:p>
        </w:tc>
        <w:tc>
          <w:tcPr>
            <w:tcW w:w="4904" w:type="dxa"/>
            <w:vAlign w:val="center"/>
          </w:tcPr>
          <w:p w14:paraId="49528D14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Elektroterapi</w:t>
            </w:r>
            <w:proofErr w:type="spellEnd"/>
          </w:p>
        </w:tc>
        <w:tc>
          <w:tcPr>
            <w:tcW w:w="578" w:type="dxa"/>
            <w:vAlign w:val="center"/>
          </w:tcPr>
          <w:p w14:paraId="7EFB26B5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408FAEC" w14:textId="77777777" w:rsidR="0053006E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578" w:type="dxa"/>
            <w:vAlign w:val="center"/>
          </w:tcPr>
          <w:p w14:paraId="678EEB4D" w14:textId="77777777" w:rsidR="0053006E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675" w:type="dxa"/>
            <w:vAlign w:val="center"/>
          </w:tcPr>
          <w:p w14:paraId="70E5D252" w14:textId="77777777" w:rsidR="0053006E" w:rsidRDefault="00000000">
            <w:pPr>
              <w:jc w:val="center"/>
            </w:pPr>
            <w:r>
              <w:rPr>
                <w:sz w:val="17"/>
              </w:rPr>
              <w:t>7</w:t>
            </w:r>
          </w:p>
        </w:tc>
      </w:tr>
      <w:tr w:rsidR="0053006E" w14:paraId="636C598A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F2DB1A1" w14:textId="77777777" w:rsidR="0053006E" w:rsidRDefault="00000000">
            <w:pPr>
              <w:jc w:val="center"/>
            </w:pPr>
            <w:r>
              <w:rPr>
                <w:sz w:val="17"/>
              </w:rPr>
              <w:t>FIZ122</w:t>
            </w:r>
          </w:p>
        </w:tc>
        <w:tc>
          <w:tcPr>
            <w:tcW w:w="4904" w:type="dxa"/>
            <w:vAlign w:val="center"/>
          </w:tcPr>
          <w:p w14:paraId="07044382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İskelet</w:t>
            </w:r>
            <w:proofErr w:type="spellEnd"/>
            <w:r>
              <w:rPr>
                <w:sz w:val="17"/>
              </w:rPr>
              <w:t xml:space="preserve"> ve Kas Sistemi Anatomisi</w:t>
            </w:r>
          </w:p>
        </w:tc>
        <w:tc>
          <w:tcPr>
            <w:tcW w:w="578" w:type="dxa"/>
            <w:vAlign w:val="center"/>
          </w:tcPr>
          <w:p w14:paraId="499E99C8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47E7967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30445E6" w14:textId="77777777" w:rsidR="0053006E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35FA6E75" w14:textId="77777777" w:rsidR="0053006E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53006E" w14:paraId="66116364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EB3F792" w14:textId="77777777" w:rsidR="0053006E" w:rsidRDefault="00000000">
            <w:pPr>
              <w:jc w:val="center"/>
            </w:pPr>
            <w:r>
              <w:rPr>
                <w:sz w:val="17"/>
              </w:rPr>
              <w:t>SMY108</w:t>
            </w:r>
          </w:p>
        </w:tc>
        <w:tc>
          <w:tcPr>
            <w:tcW w:w="4904" w:type="dxa"/>
            <w:vAlign w:val="center"/>
          </w:tcPr>
          <w:p w14:paraId="692D8037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İş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Sağlığı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Güvenliği</w:t>
            </w:r>
            <w:proofErr w:type="spellEnd"/>
          </w:p>
        </w:tc>
        <w:tc>
          <w:tcPr>
            <w:tcW w:w="578" w:type="dxa"/>
            <w:vAlign w:val="center"/>
          </w:tcPr>
          <w:p w14:paraId="119CB891" w14:textId="77777777" w:rsidR="0053006E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44614C72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3BE8CF9" w14:textId="77777777" w:rsidR="0053006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20332B50" w14:textId="77777777" w:rsidR="0053006E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3006E" w14:paraId="266D9A8E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41EF089" w14:textId="77777777" w:rsidR="0053006E" w:rsidRDefault="0053006E">
            <w:pPr>
              <w:jc w:val="center"/>
            </w:pPr>
          </w:p>
        </w:tc>
        <w:tc>
          <w:tcPr>
            <w:tcW w:w="4904" w:type="dxa"/>
            <w:vAlign w:val="center"/>
          </w:tcPr>
          <w:p w14:paraId="71FE7F40" w14:textId="77777777" w:rsidR="0053006E" w:rsidRDefault="00000000">
            <w:pPr>
              <w:jc w:val="center"/>
            </w:pPr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578" w:type="dxa"/>
            <w:vAlign w:val="center"/>
          </w:tcPr>
          <w:p w14:paraId="4B649F07" w14:textId="77777777" w:rsidR="0053006E" w:rsidRDefault="0053006E">
            <w:pPr>
              <w:jc w:val="center"/>
            </w:pPr>
          </w:p>
        </w:tc>
        <w:tc>
          <w:tcPr>
            <w:tcW w:w="578" w:type="dxa"/>
            <w:vAlign w:val="center"/>
          </w:tcPr>
          <w:p w14:paraId="6E35B538" w14:textId="77777777" w:rsidR="0053006E" w:rsidRDefault="0053006E">
            <w:pPr>
              <w:jc w:val="center"/>
            </w:pPr>
          </w:p>
        </w:tc>
        <w:tc>
          <w:tcPr>
            <w:tcW w:w="578" w:type="dxa"/>
            <w:vAlign w:val="center"/>
          </w:tcPr>
          <w:p w14:paraId="1D7611D8" w14:textId="77777777" w:rsidR="0053006E" w:rsidRDefault="0053006E">
            <w:pPr>
              <w:jc w:val="center"/>
            </w:pPr>
          </w:p>
        </w:tc>
        <w:tc>
          <w:tcPr>
            <w:tcW w:w="675" w:type="dxa"/>
            <w:vAlign w:val="center"/>
          </w:tcPr>
          <w:p w14:paraId="55973F8B" w14:textId="77777777" w:rsidR="0053006E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53006E" w14:paraId="559B0934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55CEF202" w14:textId="77777777" w:rsidR="0053006E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7F2707F2" w14:textId="77777777" w:rsidR="0053006E" w:rsidRDefault="0053006E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1768CB39" w14:textId="77777777" w:rsidR="0053006E" w:rsidRDefault="00000000">
            <w:pPr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2A490A5F" w14:textId="77777777" w:rsidR="0053006E" w:rsidRDefault="00000000">
            <w:pPr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4F1FAEFC" w14:textId="77777777" w:rsidR="0053006E" w:rsidRDefault="00000000">
            <w:pPr>
              <w:jc w:val="center"/>
            </w:pPr>
            <w:r>
              <w:rPr>
                <w:b/>
                <w:sz w:val="17"/>
              </w:rPr>
              <w:t>13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0D88D689" w14:textId="77777777" w:rsidR="0053006E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37BCFC03" w14:textId="77777777" w:rsidR="0053006E" w:rsidRDefault="00000000">
      <w:r>
        <w:br w:type="page"/>
      </w:r>
    </w:p>
    <w:p w14:paraId="744C50D3" w14:textId="491B55CB" w:rsidR="00E452DC" w:rsidRDefault="00E452DC" w:rsidP="00E452DC">
      <w:pPr>
        <w:spacing w:after="20"/>
        <w:jc w:val="center"/>
      </w:pPr>
      <w:r>
        <w:rPr>
          <w:b/>
          <w:sz w:val="24"/>
        </w:rPr>
        <w:lastRenderedPageBreak/>
        <w:t>3.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E452DC" w14:paraId="6100AF69" w14:textId="77777777" w:rsidTr="00096C9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2EC59FB8" w14:textId="77777777" w:rsidR="00E452DC" w:rsidRDefault="00E452DC" w:rsidP="00096C97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6E8D336D" w14:textId="77777777" w:rsidR="00E452DC" w:rsidRDefault="00E452DC" w:rsidP="00096C97">
            <w:pPr>
              <w:jc w:val="center"/>
            </w:pPr>
            <w:r>
              <w:rPr>
                <w:b/>
              </w:rPr>
              <w:t xml:space="preserve">Ders </w:t>
            </w:r>
            <w:proofErr w:type="spellStart"/>
            <w:r>
              <w:rPr>
                <w:b/>
              </w:rPr>
              <w:t>Adı</w:t>
            </w:r>
            <w:proofErr w:type="spellEnd"/>
          </w:p>
        </w:tc>
        <w:tc>
          <w:tcPr>
            <w:tcW w:w="578" w:type="dxa"/>
            <w:shd w:val="clear" w:color="auto" w:fill="D9EAD3"/>
            <w:vAlign w:val="center"/>
          </w:tcPr>
          <w:p w14:paraId="39FAD7C8" w14:textId="77777777" w:rsidR="00E452DC" w:rsidRDefault="00E452DC" w:rsidP="00096C97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6734DECF" w14:textId="77777777" w:rsidR="00E452DC" w:rsidRDefault="00E452DC" w:rsidP="00096C97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72548C27" w14:textId="77777777" w:rsidR="00E452DC" w:rsidRDefault="00E452DC" w:rsidP="00096C97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3091B605" w14:textId="77777777" w:rsidR="00E452DC" w:rsidRDefault="00E452DC" w:rsidP="00096C97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E452DC" w14:paraId="0CDCF039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725647ED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FIZ201</w:t>
            </w:r>
          </w:p>
        </w:tc>
        <w:tc>
          <w:tcPr>
            <w:tcW w:w="4904" w:type="dxa"/>
            <w:vAlign w:val="center"/>
          </w:tcPr>
          <w:p w14:paraId="731247CE" w14:textId="77777777" w:rsidR="00E452DC" w:rsidRDefault="00E452DC" w:rsidP="00096C97">
            <w:pPr>
              <w:jc w:val="center"/>
            </w:pPr>
            <w:proofErr w:type="spellStart"/>
            <w:r>
              <w:rPr>
                <w:sz w:val="17"/>
              </w:rPr>
              <w:t>Fizyoterapi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Mesleki</w:t>
            </w:r>
            <w:proofErr w:type="spellEnd"/>
            <w:r>
              <w:rPr>
                <w:sz w:val="17"/>
              </w:rPr>
              <w:t xml:space="preserve"> Eğitimi-I (İME)</w:t>
            </w:r>
          </w:p>
        </w:tc>
        <w:tc>
          <w:tcPr>
            <w:tcW w:w="578" w:type="dxa"/>
            <w:vAlign w:val="center"/>
          </w:tcPr>
          <w:p w14:paraId="1F599BA8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4BB52C36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578" w:type="dxa"/>
            <w:vAlign w:val="center"/>
          </w:tcPr>
          <w:p w14:paraId="006DE598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130DA0C2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7</w:t>
            </w:r>
          </w:p>
        </w:tc>
      </w:tr>
      <w:tr w:rsidR="00E452DC" w14:paraId="5B0040D8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12F86D19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FIZ203</w:t>
            </w:r>
          </w:p>
        </w:tc>
        <w:tc>
          <w:tcPr>
            <w:tcW w:w="4904" w:type="dxa"/>
            <w:vAlign w:val="center"/>
          </w:tcPr>
          <w:p w14:paraId="5F7E249F" w14:textId="77777777" w:rsidR="00E452DC" w:rsidRDefault="00E452DC" w:rsidP="00096C97">
            <w:pPr>
              <w:jc w:val="center"/>
            </w:pPr>
            <w:proofErr w:type="spellStart"/>
            <w:r>
              <w:rPr>
                <w:sz w:val="17"/>
              </w:rPr>
              <w:t>Ortopedik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Hastalıklarda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578" w:type="dxa"/>
            <w:vAlign w:val="center"/>
          </w:tcPr>
          <w:p w14:paraId="054FC35E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0068F9D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76C06927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4E8EE551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E452DC" w14:paraId="1C6A79EB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33C4984E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FIZ205</w:t>
            </w:r>
          </w:p>
        </w:tc>
        <w:tc>
          <w:tcPr>
            <w:tcW w:w="4904" w:type="dxa"/>
            <w:vAlign w:val="center"/>
          </w:tcPr>
          <w:p w14:paraId="1813A927" w14:textId="77777777" w:rsidR="00E452DC" w:rsidRDefault="00E452DC" w:rsidP="00096C97">
            <w:pPr>
              <w:jc w:val="center"/>
            </w:pPr>
            <w:proofErr w:type="spellStart"/>
            <w:r>
              <w:rPr>
                <w:sz w:val="17"/>
              </w:rPr>
              <w:t>Romatizmal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Hastalıklarda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578" w:type="dxa"/>
            <w:vAlign w:val="center"/>
          </w:tcPr>
          <w:p w14:paraId="454CF537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46813BA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7C98AC2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29DCF331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E452DC" w14:paraId="1BF12A8E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3BD3DB0D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SMY113</w:t>
            </w:r>
          </w:p>
        </w:tc>
        <w:tc>
          <w:tcPr>
            <w:tcW w:w="4904" w:type="dxa"/>
            <w:vAlign w:val="center"/>
          </w:tcPr>
          <w:p w14:paraId="498761C8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İlk ve Acil Yardım</w:t>
            </w:r>
          </w:p>
        </w:tc>
        <w:tc>
          <w:tcPr>
            <w:tcW w:w="578" w:type="dxa"/>
            <w:vAlign w:val="center"/>
          </w:tcPr>
          <w:p w14:paraId="69BF0A40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60F915DC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4EC8863E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7DD2D2E2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E452DC" w14:paraId="58A0656F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0DFA4635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FIZ106</w:t>
            </w:r>
          </w:p>
        </w:tc>
        <w:tc>
          <w:tcPr>
            <w:tcW w:w="4904" w:type="dxa"/>
            <w:vAlign w:val="center"/>
          </w:tcPr>
          <w:p w14:paraId="556410B5" w14:textId="77777777" w:rsidR="00E452DC" w:rsidRDefault="00E452DC" w:rsidP="00096C97">
            <w:pPr>
              <w:jc w:val="center"/>
            </w:pPr>
            <w:proofErr w:type="spellStart"/>
            <w:r>
              <w:rPr>
                <w:sz w:val="17"/>
              </w:rPr>
              <w:t>Fizyoterapide</w:t>
            </w:r>
            <w:proofErr w:type="spellEnd"/>
            <w:r>
              <w:rPr>
                <w:sz w:val="17"/>
              </w:rPr>
              <w:t xml:space="preserve"> Temel </w:t>
            </w:r>
            <w:proofErr w:type="spellStart"/>
            <w:r>
              <w:rPr>
                <w:sz w:val="17"/>
              </w:rPr>
              <w:t>Değerlendirme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Prensipleri</w:t>
            </w:r>
            <w:proofErr w:type="spellEnd"/>
          </w:p>
        </w:tc>
        <w:tc>
          <w:tcPr>
            <w:tcW w:w="578" w:type="dxa"/>
            <w:vAlign w:val="center"/>
          </w:tcPr>
          <w:p w14:paraId="7AE1C518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425325A6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AD83BEE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247FDF25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E452DC" w14:paraId="26F3483C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1C6028BF" w14:textId="77777777" w:rsidR="00E452DC" w:rsidRDefault="00E452DC" w:rsidP="00096C97">
            <w:pPr>
              <w:jc w:val="center"/>
            </w:pPr>
          </w:p>
        </w:tc>
        <w:tc>
          <w:tcPr>
            <w:tcW w:w="4904" w:type="dxa"/>
            <w:vAlign w:val="center"/>
          </w:tcPr>
          <w:p w14:paraId="3007DD90" w14:textId="77777777" w:rsidR="00E452DC" w:rsidRDefault="00E452DC" w:rsidP="00096C97">
            <w:pPr>
              <w:jc w:val="center"/>
            </w:pPr>
            <w:proofErr w:type="spellStart"/>
            <w:r>
              <w:rPr>
                <w:sz w:val="17"/>
              </w:rPr>
              <w:t>Ergoterapi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Terapötik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Egzersiz</w:t>
            </w:r>
            <w:proofErr w:type="spellEnd"/>
          </w:p>
        </w:tc>
        <w:tc>
          <w:tcPr>
            <w:tcW w:w="578" w:type="dxa"/>
            <w:vAlign w:val="center"/>
          </w:tcPr>
          <w:p w14:paraId="38CB9D4D" w14:textId="77777777" w:rsidR="00E452DC" w:rsidRDefault="00E452DC" w:rsidP="00096C97">
            <w:pPr>
              <w:jc w:val="center"/>
            </w:pPr>
          </w:p>
        </w:tc>
        <w:tc>
          <w:tcPr>
            <w:tcW w:w="578" w:type="dxa"/>
            <w:vAlign w:val="center"/>
          </w:tcPr>
          <w:p w14:paraId="765E7174" w14:textId="77777777" w:rsidR="00E452DC" w:rsidRDefault="00E452DC" w:rsidP="00096C97">
            <w:pPr>
              <w:jc w:val="center"/>
            </w:pPr>
          </w:p>
        </w:tc>
        <w:tc>
          <w:tcPr>
            <w:tcW w:w="578" w:type="dxa"/>
            <w:vAlign w:val="center"/>
          </w:tcPr>
          <w:p w14:paraId="20337138" w14:textId="77777777" w:rsidR="00E452DC" w:rsidRDefault="00E452DC" w:rsidP="00096C97">
            <w:pPr>
              <w:jc w:val="center"/>
            </w:pPr>
          </w:p>
        </w:tc>
        <w:tc>
          <w:tcPr>
            <w:tcW w:w="675" w:type="dxa"/>
            <w:vAlign w:val="center"/>
          </w:tcPr>
          <w:p w14:paraId="708B3168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E452DC" w14:paraId="4AC06AD7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5E26FD89" w14:textId="77777777" w:rsidR="00E452DC" w:rsidRDefault="00E452DC" w:rsidP="00096C97">
            <w:pPr>
              <w:jc w:val="center"/>
            </w:pPr>
          </w:p>
        </w:tc>
        <w:tc>
          <w:tcPr>
            <w:tcW w:w="4904" w:type="dxa"/>
            <w:vAlign w:val="center"/>
          </w:tcPr>
          <w:p w14:paraId="18D96583" w14:textId="77777777" w:rsidR="00E452DC" w:rsidRDefault="00E452DC" w:rsidP="00096C97">
            <w:pPr>
              <w:jc w:val="center"/>
            </w:pPr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578" w:type="dxa"/>
            <w:vAlign w:val="center"/>
          </w:tcPr>
          <w:p w14:paraId="671805EA" w14:textId="77777777" w:rsidR="00E452DC" w:rsidRDefault="00E452DC" w:rsidP="00096C97">
            <w:pPr>
              <w:jc w:val="center"/>
            </w:pPr>
          </w:p>
        </w:tc>
        <w:tc>
          <w:tcPr>
            <w:tcW w:w="578" w:type="dxa"/>
            <w:vAlign w:val="center"/>
          </w:tcPr>
          <w:p w14:paraId="1FA7CC1C" w14:textId="77777777" w:rsidR="00E452DC" w:rsidRDefault="00E452DC" w:rsidP="00096C97">
            <w:pPr>
              <w:jc w:val="center"/>
            </w:pPr>
          </w:p>
        </w:tc>
        <w:tc>
          <w:tcPr>
            <w:tcW w:w="578" w:type="dxa"/>
            <w:vAlign w:val="center"/>
          </w:tcPr>
          <w:p w14:paraId="034E0972" w14:textId="77777777" w:rsidR="00E452DC" w:rsidRDefault="00E452DC" w:rsidP="00096C97">
            <w:pPr>
              <w:jc w:val="center"/>
            </w:pPr>
          </w:p>
        </w:tc>
        <w:tc>
          <w:tcPr>
            <w:tcW w:w="675" w:type="dxa"/>
            <w:vAlign w:val="center"/>
          </w:tcPr>
          <w:p w14:paraId="63CD0186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E452DC" w14:paraId="4A75EFC4" w14:textId="77777777" w:rsidTr="00096C9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52CF9FEF" w14:textId="77777777" w:rsidR="00E452DC" w:rsidRDefault="00E452DC" w:rsidP="00096C97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023767E6" w14:textId="77777777" w:rsidR="00E452DC" w:rsidRDefault="00E452DC" w:rsidP="00096C97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22998E64" w14:textId="77777777" w:rsidR="00E452DC" w:rsidRDefault="00E452DC" w:rsidP="00096C97">
            <w:pPr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77F84FC5" w14:textId="77777777" w:rsidR="00E452DC" w:rsidRDefault="00E452DC" w:rsidP="00096C97">
            <w:pPr>
              <w:jc w:val="center"/>
            </w:pPr>
            <w:r>
              <w:rPr>
                <w:b/>
                <w:sz w:val="17"/>
              </w:rPr>
              <w:t>12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0C192750" w14:textId="77777777" w:rsidR="00E452DC" w:rsidRDefault="00E452DC" w:rsidP="00096C97">
            <w:pPr>
              <w:jc w:val="center"/>
            </w:pPr>
            <w:r>
              <w:rPr>
                <w:b/>
                <w:sz w:val="17"/>
              </w:rPr>
              <w:t>11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3C05ED86" w14:textId="77777777" w:rsidR="00E452DC" w:rsidRDefault="00E452DC" w:rsidP="00096C97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297C13FC" w14:textId="77777777" w:rsidR="00E452DC" w:rsidRDefault="00E452DC" w:rsidP="00E452DC">
      <w:pPr>
        <w:spacing w:after="0"/>
      </w:pPr>
    </w:p>
    <w:p w14:paraId="181785F6" w14:textId="77777777" w:rsidR="00E452DC" w:rsidRDefault="00E452DC" w:rsidP="00E452DC">
      <w:pPr>
        <w:spacing w:after="20"/>
        <w:jc w:val="center"/>
      </w:pPr>
      <w:r>
        <w:rPr>
          <w:b/>
          <w:sz w:val="24"/>
        </w:rPr>
        <w:t>4.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E452DC" w14:paraId="4A81C610" w14:textId="77777777" w:rsidTr="00096C9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597AF8EB" w14:textId="77777777" w:rsidR="00E452DC" w:rsidRDefault="00E452DC" w:rsidP="00096C97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5DAC454F" w14:textId="77777777" w:rsidR="00E452DC" w:rsidRDefault="00E452DC" w:rsidP="00096C97">
            <w:pPr>
              <w:jc w:val="center"/>
            </w:pPr>
            <w:r>
              <w:rPr>
                <w:b/>
              </w:rPr>
              <w:t xml:space="preserve">Ders </w:t>
            </w:r>
            <w:proofErr w:type="spellStart"/>
            <w:r>
              <w:rPr>
                <w:b/>
              </w:rPr>
              <w:t>Adı</w:t>
            </w:r>
            <w:proofErr w:type="spellEnd"/>
          </w:p>
        </w:tc>
        <w:tc>
          <w:tcPr>
            <w:tcW w:w="578" w:type="dxa"/>
            <w:shd w:val="clear" w:color="auto" w:fill="D9EAD3"/>
            <w:vAlign w:val="center"/>
          </w:tcPr>
          <w:p w14:paraId="34EBBDCB" w14:textId="77777777" w:rsidR="00E452DC" w:rsidRDefault="00E452DC" w:rsidP="00096C97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52DCE345" w14:textId="77777777" w:rsidR="00E452DC" w:rsidRDefault="00E452DC" w:rsidP="00096C97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7F07B5B0" w14:textId="77777777" w:rsidR="00E452DC" w:rsidRDefault="00E452DC" w:rsidP="00096C97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65D22928" w14:textId="77777777" w:rsidR="00E452DC" w:rsidRDefault="00E452DC" w:rsidP="00096C97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E452DC" w14:paraId="70431984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6F98282E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FIZ202</w:t>
            </w:r>
          </w:p>
        </w:tc>
        <w:tc>
          <w:tcPr>
            <w:tcW w:w="4904" w:type="dxa"/>
            <w:vAlign w:val="center"/>
          </w:tcPr>
          <w:p w14:paraId="3B4A5AC8" w14:textId="77777777" w:rsidR="00E452DC" w:rsidRDefault="00E452DC" w:rsidP="00096C97">
            <w:pPr>
              <w:jc w:val="center"/>
            </w:pPr>
            <w:proofErr w:type="spellStart"/>
            <w:r>
              <w:rPr>
                <w:sz w:val="17"/>
              </w:rPr>
              <w:t>Fizyoterapi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Mesleki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Eğitimi</w:t>
            </w:r>
            <w:proofErr w:type="spellEnd"/>
            <w:r>
              <w:rPr>
                <w:sz w:val="17"/>
              </w:rPr>
              <w:t>-II (İME)</w:t>
            </w:r>
          </w:p>
        </w:tc>
        <w:tc>
          <w:tcPr>
            <w:tcW w:w="578" w:type="dxa"/>
            <w:vAlign w:val="center"/>
          </w:tcPr>
          <w:p w14:paraId="2E897E0E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BB598EE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578" w:type="dxa"/>
            <w:vAlign w:val="center"/>
          </w:tcPr>
          <w:p w14:paraId="30B8C4FE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3B6A18B8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8</w:t>
            </w:r>
          </w:p>
        </w:tc>
      </w:tr>
      <w:tr w:rsidR="00E452DC" w14:paraId="40440A50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5936D284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FIZ204</w:t>
            </w:r>
          </w:p>
        </w:tc>
        <w:tc>
          <w:tcPr>
            <w:tcW w:w="4904" w:type="dxa"/>
            <w:vAlign w:val="center"/>
          </w:tcPr>
          <w:p w14:paraId="2736EBA5" w14:textId="77777777" w:rsidR="00E452DC" w:rsidRDefault="00E452DC" w:rsidP="00096C97">
            <w:pPr>
              <w:jc w:val="center"/>
            </w:pPr>
            <w:proofErr w:type="spellStart"/>
            <w:r>
              <w:rPr>
                <w:sz w:val="17"/>
              </w:rPr>
              <w:t>Nörolojik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Hastalıklarda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578" w:type="dxa"/>
            <w:vAlign w:val="center"/>
          </w:tcPr>
          <w:p w14:paraId="00FADCAE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2F0BA7B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582ECE29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16A7D932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E452DC" w14:paraId="11916E18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0D4C6CEB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FIZ206</w:t>
            </w:r>
          </w:p>
        </w:tc>
        <w:tc>
          <w:tcPr>
            <w:tcW w:w="4904" w:type="dxa"/>
            <w:vAlign w:val="center"/>
          </w:tcPr>
          <w:p w14:paraId="47FB1C48" w14:textId="77777777" w:rsidR="00E452DC" w:rsidRDefault="00E452DC" w:rsidP="00096C97">
            <w:pPr>
              <w:jc w:val="center"/>
            </w:pPr>
            <w:proofErr w:type="spellStart"/>
            <w:r>
              <w:rPr>
                <w:sz w:val="17"/>
              </w:rPr>
              <w:t>Kinezyoloji</w:t>
            </w:r>
            <w:proofErr w:type="spellEnd"/>
          </w:p>
        </w:tc>
        <w:tc>
          <w:tcPr>
            <w:tcW w:w="578" w:type="dxa"/>
            <w:vAlign w:val="center"/>
          </w:tcPr>
          <w:p w14:paraId="0778D6BE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41D2EFAB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441593F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6A09B5D4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E452DC" w14:paraId="4BDA60A7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13394DA9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KRG102</w:t>
            </w:r>
          </w:p>
        </w:tc>
        <w:tc>
          <w:tcPr>
            <w:tcW w:w="4904" w:type="dxa"/>
            <w:vAlign w:val="center"/>
          </w:tcPr>
          <w:p w14:paraId="1865160D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Kariyer Gelişimi</w:t>
            </w:r>
          </w:p>
        </w:tc>
        <w:tc>
          <w:tcPr>
            <w:tcW w:w="578" w:type="dxa"/>
            <w:vAlign w:val="center"/>
          </w:tcPr>
          <w:p w14:paraId="790BB966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51D48599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1162F0C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75" w:type="dxa"/>
            <w:vAlign w:val="center"/>
          </w:tcPr>
          <w:p w14:paraId="2B17D1DA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E452DC" w14:paraId="6B5798FB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13BAB2F3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FIZ208</w:t>
            </w:r>
          </w:p>
        </w:tc>
        <w:tc>
          <w:tcPr>
            <w:tcW w:w="4904" w:type="dxa"/>
            <w:vAlign w:val="center"/>
          </w:tcPr>
          <w:p w14:paraId="7C6FC44E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 xml:space="preserve">Ortez </w:t>
            </w:r>
            <w:proofErr w:type="spellStart"/>
            <w:r>
              <w:rPr>
                <w:sz w:val="17"/>
              </w:rPr>
              <w:t>Protez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Yardımcı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Gereçler</w:t>
            </w:r>
            <w:proofErr w:type="spellEnd"/>
          </w:p>
        </w:tc>
        <w:tc>
          <w:tcPr>
            <w:tcW w:w="578" w:type="dxa"/>
            <w:vAlign w:val="center"/>
          </w:tcPr>
          <w:p w14:paraId="66CACEBB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D69D971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0C7810B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70AE574A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E452DC" w14:paraId="463FF6C5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1A94D2FE" w14:textId="77777777" w:rsidR="00E452DC" w:rsidRDefault="00E452DC" w:rsidP="00096C97">
            <w:pPr>
              <w:jc w:val="center"/>
            </w:pPr>
          </w:p>
        </w:tc>
        <w:tc>
          <w:tcPr>
            <w:tcW w:w="4904" w:type="dxa"/>
            <w:vAlign w:val="center"/>
          </w:tcPr>
          <w:p w14:paraId="5A6F0CD9" w14:textId="77777777" w:rsidR="00E452DC" w:rsidRDefault="00E452DC" w:rsidP="00096C97">
            <w:pPr>
              <w:jc w:val="center"/>
            </w:pPr>
            <w:proofErr w:type="spellStart"/>
            <w:r>
              <w:rPr>
                <w:sz w:val="17"/>
              </w:rPr>
              <w:t>Yaşlı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Bakım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İlkeleri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Toplumsal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Katkı</w:t>
            </w:r>
            <w:proofErr w:type="spellEnd"/>
          </w:p>
        </w:tc>
        <w:tc>
          <w:tcPr>
            <w:tcW w:w="578" w:type="dxa"/>
            <w:vAlign w:val="center"/>
          </w:tcPr>
          <w:p w14:paraId="714CD1F9" w14:textId="77777777" w:rsidR="00E452DC" w:rsidRDefault="00E452DC" w:rsidP="00096C97">
            <w:pPr>
              <w:jc w:val="center"/>
            </w:pPr>
          </w:p>
        </w:tc>
        <w:tc>
          <w:tcPr>
            <w:tcW w:w="578" w:type="dxa"/>
            <w:vAlign w:val="center"/>
          </w:tcPr>
          <w:p w14:paraId="2B2021F0" w14:textId="77777777" w:rsidR="00E452DC" w:rsidRDefault="00E452DC" w:rsidP="00096C97">
            <w:pPr>
              <w:jc w:val="center"/>
            </w:pPr>
          </w:p>
        </w:tc>
        <w:tc>
          <w:tcPr>
            <w:tcW w:w="578" w:type="dxa"/>
            <w:vAlign w:val="center"/>
          </w:tcPr>
          <w:p w14:paraId="0AC2BDFF" w14:textId="77777777" w:rsidR="00E452DC" w:rsidRDefault="00E452DC" w:rsidP="00096C97">
            <w:pPr>
              <w:jc w:val="center"/>
            </w:pPr>
          </w:p>
        </w:tc>
        <w:tc>
          <w:tcPr>
            <w:tcW w:w="675" w:type="dxa"/>
            <w:vAlign w:val="center"/>
          </w:tcPr>
          <w:p w14:paraId="6BFF8FE3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E452DC" w14:paraId="0975E884" w14:textId="77777777" w:rsidTr="00096C97">
        <w:trPr>
          <w:cantSplit/>
          <w:jc w:val="center"/>
        </w:trPr>
        <w:tc>
          <w:tcPr>
            <w:tcW w:w="1247" w:type="dxa"/>
            <w:vAlign w:val="center"/>
          </w:tcPr>
          <w:p w14:paraId="1EEAAE6C" w14:textId="77777777" w:rsidR="00E452DC" w:rsidRDefault="00E452DC" w:rsidP="00096C97">
            <w:pPr>
              <w:jc w:val="center"/>
            </w:pPr>
          </w:p>
        </w:tc>
        <w:tc>
          <w:tcPr>
            <w:tcW w:w="4904" w:type="dxa"/>
            <w:vAlign w:val="center"/>
          </w:tcPr>
          <w:p w14:paraId="2C322A52" w14:textId="77777777" w:rsidR="00E452DC" w:rsidRDefault="00E452DC" w:rsidP="00096C97">
            <w:pPr>
              <w:jc w:val="center"/>
            </w:pPr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578" w:type="dxa"/>
            <w:vAlign w:val="center"/>
          </w:tcPr>
          <w:p w14:paraId="1B8E5166" w14:textId="77777777" w:rsidR="00E452DC" w:rsidRDefault="00E452DC" w:rsidP="00096C97">
            <w:pPr>
              <w:jc w:val="center"/>
            </w:pPr>
          </w:p>
        </w:tc>
        <w:tc>
          <w:tcPr>
            <w:tcW w:w="578" w:type="dxa"/>
            <w:vAlign w:val="center"/>
          </w:tcPr>
          <w:p w14:paraId="3DD58614" w14:textId="77777777" w:rsidR="00E452DC" w:rsidRDefault="00E452DC" w:rsidP="00096C97">
            <w:pPr>
              <w:jc w:val="center"/>
            </w:pPr>
          </w:p>
        </w:tc>
        <w:tc>
          <w:tcPr>
            <w:tcW w:w="578" w:type="dxa"/>
            <w:vAlign w:val="center"/>
          </w:tcPr>
          <w:p w14:paraId="438586CE" w14:textId="77777777" w:rsidR="00E452DC" w:rsidRDefault="00E452DC" w:rsidP="00096C97">
            <w:pPr>
              <w:jc w:val="center"/>
            </w:pPr>
          </w:p>
        </w:tc>
        <w:tc>
          <w:tcPr>
            <w:tcW w:w="675" w:type="dxa"/>
            <w:vAlign w:val="center"/>
          </w:tcPr>
          <w:p w14:paraId="749168FF" w14:textId="77777777" w:rsidR="00E452DC" w:rsidRDefault="00E452DC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E452DC" w14:paraId="5C24B6E4" w14:textId="77777777" w:rsidTr="00096C9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0B65B665" w14:textId="77777777" w:rsidR="00E452DC" w:rsidRDefault="00E452DC" w:rsidP="00096C97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5812FB22" w14:textId="77777777" w:rsidR="00E452DC" w:rsidRDefault="00E452DC" w:rsidP="00096C97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6B393B43" w14:textId="77777777" w:rsidR="00E452DC" w:rsidRDefault="00E452DC" w:rsidP="00096C97">
            <w:pPr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0DA37978" w14:textId="77777777" w:rsidR="00E452DC" w:rsidRDefault="00E452DC" w:rsidP="00096C97">
            <w:pPr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5377BB72" w14:textId="77777777" w:rsidR="00E452DC" w:rsidRDefault="00E452DC" w:rsidP="00096C97">
            <w:pPr>
              <w:jc w:val="center"/>
            </w:pPr>
            <w:r>
              <w:rPr>
                <w:b/>
                <w:sz w:val="17"/>
              </w:rPr>
              <w:t>10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335EEFDD" w14:textId="77777777" w:rsidR="00E452DC" w:rsidRDefault="00E452DC" w:rsidP="00096C97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26CC8426" w14:textId="77777777" w:rsidR="00D41136" w:rsidRDefault="00D41136"/>
    <w:sectPr w:rsidR="00D41136" w:rsidSect="00034616">
      <w:pgSz w:w="11906" w:h="16838"/>
      <w:pgMar w:top="709" w:right="709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5395800">
    <w:abstractNumId w:val="8"/>
  </w:num>
  <w:num w:numId="2" w16cid:durableId="91901160">
    <w:abstractNumId w:val="6"/>
  </w:num>
  <w:num w:numId="3" w16cid:durableId="1815486134">
    <w:abstractNumId w:val="5"/>
  </w:num>
  <w:num w:numId="4" w16cid:durableId="1202787438">
    <w:abstractNumId w:val="4"/>
  </w:num>
  <w:num w:numId="5" w16cid:durableId="1538620140">
    <w:abstractNumId w:val="7"/>
  </w:num>
  <w:num w:numId="6" w16cid:durableId="1188561984">
    <w:abstractNumId w:val="3"/>
  </w:num>
  <w:num w:numId="7" w16cid:durableId="2003309807">
    <w:abstractNumId w:val="2"/>
  </w:num>
  <w:num w:numId="8" w16cid:durableId="969239859">
    <w:abstractNumId w:val="1"/>
  </w:num>
  <w:num w:numId="9" w16cid:durableId="2088526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006E"/>
    <w:rsid w:val="006957F6"/>
    <w:rsid w:val="00AA1D8D"/>
    <w:rsid w:val="00B47730"/>
    <w:rsid w:val="00CB0664"/>
    <w:rsid w:val="00D41136"/>
    <w:rsid w:val="00E452DC"/>
    <w:rsid w:val="00E5266F"/>
    <w:rsid w:val="00ED47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AF36B9"/>
  <w14:defaultImageDpi w14:val="300"/>
  <w15:docId w15:val="{D1AAA8C1-4BB2-4612-8362-E9B8FAFE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arzu dilekçier</cp:lastModifiedBy>
  <cp:revision>3</cp:revision>
  <dcterms:created xsi:type="dcterms:W3CDTF">2026-10-10T22:40:00Z</dcterms:created>
  <dcterms:modified xsi:type="dcterms:W3CDTF">2026-10-13T07:15:00Z</dcterms:modified>
  <cp:category/>
</cp:coreProperties>
</file>